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E01EA" w14:textId="77777777" w:rsidR="00BF6536" w:rsidRPr="001E4635" w:rsidRDefault="00BE041A" w:rsidP="001E4635">
      <w:pPr>
        <w:pStyle w:val="a9"/>
        <w:rPr>
          <w:lang w:eastAsia="zh-TW"/>
        </w:rPr>
      </w:pPr>
      <w:r w:rsidRPr="001E4635">
        <w:rPr>
          <w:lang w:eastAsia="zh-TW"/>
        </w:rPr>
        <w:t>附件一</w:t>
      </w:r>
    </w:p>
    <w:p w14:paraId="0755072E" w14:textId="43B9F96B" w:rsidR="00BF6536" w:rsidRPr="00040816" w:rsidRDefault="00BE041A" w:rsidP="00040816">
      <w:pPr>
        <w:pStyle w:val="a9"/>
        <w:jc w:val="center"/>
        <w:rPr>
          <w:rFonts w:ascii="微軟正黑體" w:eastAsia="微軟正黑體" w:hAnsi="微軟正黑體"/>
          <w:b/>
          <w:bCs/>
          <w:lang w:eastAsia="zh-TW"/>
        </w:rPr>
      </w:pPr>
      <w:r w:rsidRPr="00040816">
        <w:rPr>
          <w:rFonts w:ascii="微軟正黑體" w:eastAsia="微軟正黑體" w:hAnsi="微軟正黑體"/>
          <w:b/>
          <w:bCs/>
          <w:sz w:val="32"/>
          <w:lang w:eastAsia="zh-TW"/>
        </w:rPr>
        <w:t>屏東縣來義</w:t>
      </w:r>
      <w:r w:rsidRPr="00040816">
        <w:rPr>
          <w:rFonts w:ascii="微軟正黑體" w:eastAsia="微軟正黑體" w:hAnsi="微軟正黑體" w:cs="微軟正黑體" w:hint="eastAsia"/>
          <w:b/>
          <w:bCs/>
          <w:sz w:val="32"/>
          <w:lang w:eastAsia="zh-TW"/>
        </w:rPr>
        <w:t>鄉</w:t>
      </w:r>
      <w:r w:rsidRPr="00040816">
        <w:rPr>
          <w:rFonts w:ascii="微軟正黑體" w:eastAsia="微軟正黑體" w:hAnsi="微軟正黑體" w:cs="MS Mincho" w:hint="eastAsia"/>
          <w:b/>
          <w:bCs/>
          <w:sz w:val="32"/>
          <w:lang w:eastAsia="zh-TW"/>
        </w:rPr>
        <w:t>古樓國民小學</w:t>
      </w:r>
      <w:r w:rsidRPr="00040816">
        <w:rPr>
          <w:rFonts w:ascii="微軟正黑體" w:eastAsia="微軟正黑體" w:hAnsi="微軟正黑體"/>
          <w:b/>
          <w:bCs/>
          <w:sz w:val="32"/>
          <w:lang w:eastAsia="zh-TW"/>
        </w:rPr>
        <w:t>115學年度辦理校</w:t>
      </w:r>
      <w:r w:rsidRPr="00040816">
        <w:rPr>
          <w:rFonts w:ascii="微軟正黑體" w:eastAsia="微軟正黑體" w:hAnsi="微軟正黑體" w:cs="微軟正黑體" w:hint="eastAsia"/>
          <w:b/>
          <w:bCs/>
          <w:sz w:val="32"/>
          <w:lang w:eastAsia="zh-TW"/>
        </w:rPr>
        <w:t>內</w:t>
      </w:r>
      <w:r w:rsidRPr="00040816">
        <w:rPr>
          <w:rFonts w:ascii="微軟正黑體" w:eastAsia="微軟正黑體" w:hAnsi="微軟正黑體" w:cs="MS Mincho" w:hint="eastAsia"/>
          <w:b/>
          <w:bCs/>
          <w:sz w:val="32"/>
          <w:lang w:eastAsia="zh-TW"/>
        </w:rPr>
        <w:t>公開授課</w:t>
      </w:r>
      <w:r w:rsidRPr="00040816">
        <w:rPr>
          <w:rFonts w:ascii="微軟正黑體" w:eastAsia="微軟正黑體" w:hAnsi="微軟正黑體"/>
          <w:b/>
          <w:bCs/>
          <w:sz w:val="32"/>
          <w:lang w:eastAsia="zh-TW"/>
        </w:rPr>
        <w:t>實施期程表</w:t>
      </w:r>
    </w:p>
    <w:tbl>
      <w:tblPr>
        <w:tblW w:w="10897"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888"/>
        <w:gridCol w:w="709"/>
        <w:gridCol w:w="1276"/>
        <w:gridCol w:w="2409"/>
        <w:gridCol w:w="709"/>
        <w:gridCol w:w="1418"/>
        <w:gridCol w:w="2732"/>
        <w:gridCol w:w="756"/>
      </w:tblGrid>
      <w:tr w:rsidR="00BF6536" w:rsidRPr="001E4635" w14:paraId="1E5F699D" w14:textId="77777777" w:rsidTr="008C7592">
        <w:trPr>
          <w:jc w:val="center"/>
        </w:trPr>
        <w:tc>
          <w:tcPr>
            <w:tcW w:w="888" w:type="dxa"/>
            <w:shd w:val="clear" w:color="auto" w:fill="D9EAD3"/>
            <w:vAlign w:val="center"/>
          </w:tcPr>
          <w:p w14:paraId="64011EB0" w14:textId="77777777" w:rsidR="00BF6536" w:rsidRPr="001E4635" w:rsidRDefault="00BE041A" w:rsidP="001E4635">
            <w:pPr>
              <w:pStyle w:val="a9"/>
              <w:jc w:val="center"/>
              <w:rPr>
                <w:rFonts w:ascii="微軟正黑體" w:eastAsia="微軟正黑體" w:hAnsi="微軟正黑體"/>
                <w:b/>
                <w:bCs/>
                <w:sz w:val="24"/>
                <w:szCs w:val="24"/>
              </w:rPr>
            </w:pPr>
            <w:r w:rsidRPr="001E4635">
              <w:rPr>
                <w:rFonts w:ascii="微軟正黑體" w:eastAsia="微軟正黑體" w:hAnsi="微軟正黑體"/>
                <w:b/>
                <w:bCs/>
                <w:sz w:val="24"/>
                <w:szCs w:val="24"/>
              </w:rPr>
              <w:t>組別</w:t>
            </w:r>
          </w:p>
        </w:tc>
        <w:tc>
          <w:tcPr>
            <w:tcW w:w="709" w:type="dxa"/>
            <w:shd w:val="clear" w:color="auto" w:fill="D9EAD3"/>
            <w:vAlign w:val="center"/>
          </w:tcPr>
          <w:p w14:paraId="1A0341DF" w14:textId="77777777" w:rsidR="00BF6536" w:rsidRPr="001E4635" w:rsidRDefault="00BE041A" w:rsidP="001E4635">
            <w:pPr>
              <w:pStyle w:val="a9"/>
              <w:jc w:val="center"/>
              <w:rPr>
                <w:rFonts w:ascii="微軟正黑體" w:eastAsia="微軟正黑體" w:hAnsi="微軟正黑體"/>
                <w:b/>
                <w:bCs/>
                <w:sz w:val="24"/>
                <w:szCs w:val="24"/>
              </w:rPr>
            </w:pPr>
            <w:r w:rsidRPr="001E4635">
              <w:rPr>
                <w:rFonts w:ascii="微軟正黑體" w:eastAsia="微軟正黑體" w:hAnsi="微軟正黑體"/>
                <w:b/>
                <w:bCs/>
                <w:sz w:val="24"/>
                <w:szCs w:val="24"/>
              </w:rPr>
              <w:t>編號</w:t>
            </w:r>
          </w:p>
        </w:tc>
        <w:tc>
          <w:tcPr>
            <w:tcW w:w="1276" w:type="dxa"/>
            <w:shd w:val="clear" w:color="auto" w:fill="D9EAD3"/>
            <w:vAlign w:val="center"/>
          </w:tcPr>
          <w:p w14:paraId="0A02CC20" w14:textId="77777777" w:rsidR="00BF6536" w:rsidRPr="001E4635" w:rsidRDefault="00BE041A" w:rsidP="001E4635">
            <w:pPr>
              <w:pStyle w:val="a9"/>
              <w:jc w:val="center"/>
              <w:rPr>
                <w:rFonts w:ascii="微軟正黑體" w:eastAsia="微軟正黑體" w:hAnsi="微軟正黑體"/>
                <w:b/>
                <w:bCs/>
                <w:sz w:val="24"/>
                <w:szCs w:val="24"/>
              </w:rPr>
            </w:pPr>
            <w:r w:rsidRPr="001E4635">
              <w:rPr>
                <w:rFonts w:ascii="微軟正黑體" w:eastAsia="微軟正黑體" w:hAnsi="微軟正黑體"/>
                <w:b/>
                <w:bCs/>
                <w:sz w:val="24"/>
                <w:szCs w:val="24"/>
              </w:rPr>
              <w:t>教師姓名</w:t>
            </w:r>
          </w:p>
        </w:tc>
        <w:tc>
          <w:tcPr>
            <w:tcW w:w="2409" w:type="dxa"/>
            <w:shd w:val="clear" w:color="auto" w:fill="D9EAD3"/>
            <w:vAlign w:val="center"/>
          </w:tcPr>
          <w:p w14:paraId="285D9F60" w14:textId="77777777" w:rsidR="00BF6536" w:rsidRPr="001E4635" w:rsidRDefault="00BE041A" w:rsidP="001E4635">
            <w:pPr>
              <w:pStyle w:val="a9"/>
              <w:jc w:val="center"/>
              <w:rPr>
                <w:rFonts w:ascii="微軟正黑體" w:eastAsia="微軟正黑體" w:hAnsi="微軟正黑體"/>
                <w:b/>
                <w:bCs/>
                <w:sz w:val="24"/>
                <w:szCs w:val="24"/>
              </w:rPr>
            </w:pPr>
            <w:r w:rsidRPr="001E4635">
              <w:rPr>
                <w:rFonts w:ascii="微軟正黑體" w:eastAsia="微軟正黑體" w:hAnsi="微軟正黑體"/>
                <w:b/>
                <w:bCs/>
                <w:sz w:val="24"/>
                <w:szCs w:val="24"/>
              </w:rPr>
              <w:t>職務</w:t>
            </w:r>
          </w:p>
        </w:tc>
        <w:tc>
          <w:tcPr>
            <w:tcW w:w="709" w:type="dxa"/>
            <w:shd w:val="clear" w:color="auto" w:fill="D9EAD3"/>
            <w:vAlign w:val="center"/>
          </w:tcPr>
          <w:p w14:paraId="2AB7DEBF" w14:textId="77777777" w:rsidR="00BF6536" w:rsidRPr="001E4635" w:rsidRDefault="00BE041A" w:rsidP="001E4635">
            <w:pPr>
              <w:pStyle w:val="a9"/>
              <w:jc w:val="center"/>
              <w:rPr>
                <w:rFonts w:ascii="微軟正黑體" w:eastAsia="微軟正黑體" w:hAnsi="微軟正黑體"/>
                <w:b/>
                <w:bCs/>
                <w:sz w:val="24"/>
                <w:szCs w:val="24"/>
              </w:rPr>
            </w:pPr>
            <w:r w:rsidRPr="001E4635">
              <w:rPr>
                <w:rFonts w:ascii="微軟正黑體" w:eastAsia="微軟正黑體" w:hAnsi="微軟正黑體"/>
                <w:b/>
                <w:bCs/>
                <w:sz w:val="24"/>
                <w:szCs w:val="24"/>
              </w:rPr>
              <w:t>班級</w:t>
            </w:r>
          </w:p>
        </w:tc>
        <w:tc>
          <w:tcPr>
            <w:tcW w:w="1418" w:type="dxa"/>
            <w:shd w:val="clear" w:color="auto" w:fill="D9EAD3"/>
            <w:vAlign w:val="center"/>
          </w:tcPr>
          <w:p w14:paraId="6AE91A0E" w14:textId="77777777" w:rsidR="00BF6536" w:rsidRPr="001E4635" w:rsidRDefault="00BE041A" w:rsidP="001E4635">
            <w:pPr>
              <w:pStyle w:val="a9"/>
              <w:jc w:val="center"/>
              <w:rPr>
                <w:rFonts w:ascii="微軟正黑體" w:eastAsia="微軟正黑體" w:hAnsi="微軟正黑體"/>
                <w:b/>
                <w:bCs/>
                <w:sz w:val="24"/>
                <w:szCs w:val="24"/>
              </w:rPr>
            </w:pPr>
            <w:r w:rsidRPr="001E4635">
              <w:rPr>
                <w:rFonts w:ascii="微軟正黑體" w:eastAsia="微軟正黑體" w:hAnsi="微軟正黑體"/>
                <w:b/>
                <w:bCs/>
                <w:sz w:val="24"/>
                <w:szCs w:val="24"/>
              </w:rPr>
              <w:t>領域/科目</w:t>
            </w:r>
          </w:p>
        </w:tc>
        <w:tc>
          <w:tcPr>
            <w:tcW w:w="2732" w:type="dxa"/>
            <w:shd w:val="clear" w:color="auto" w:fill="D9EAD3"/>
            <w:vAlign w:val="center"/>
          </w:tcPr>
          <w:p w14:paraId="0B996EAB" w14:textId="77777777" w:rsidR="00BF6536" w:rsidRPr="001E4635" w:rsidRDefault="00BE041A" w:rsidP="001E4635">
            <w:pPr>
              <w:pStyle w:val="a9"/>
              <w:jc w:val="center"/>
              <w:rPr>
                <w:rFonts w:ascii="微軟正黑體" w:eastAsia="微軟正黑體" w:hAnsi="微軟正黑體"/>
                <w:b/>
                <w:bCs/>
                <w:sz w:val="24"/>
                <w:szCs w:val="24"/>
              </w:rPr>
            </w:pPr>
            <w:r w:rsidRPr="001E4635">
              <w:rPr>
                <w:rFonts w:ascii="微軟正黑體" w:eastAsia="微軟正黑體" w:hAnsi="微軟正黑體"/>
                <w:b/>
                <w:bCs/>
                <w:sz w:val="24"/>
                <w:szCs w:val="24"/>
              </w:rPr>
              <w:t>日期</w:t>
            </w:r>
          </w:p>
        </w:tc>
        <w:tc>
          <w:tcPr>
            <w:tcW w:w="756" w:type="dxa"/>
            <w:shd w:val="clear" w:color="auto" w:fill="D9EAD3"/>
            <w:vAlign w:val="center"/>
          </w:tcPr>
          <w:p w14:paraId="18375909" w14:textId="77777777" w:rsidR="00BF6536" w:rsidRPr="001E4635" w:rsidRDefault="00BE041A" w:rsidP="001E4635">
            <w:pPr>
              <w:pStyle w:val="a9"/>
              <w:jc w:val="center"/>
              <w:rPr>
                <w:rFonts w:ascii="微軟正黑體" w:eastAsia="微軟正黑體" w:hAnsi="微軟正黑體"/>
                <w:b/>
                <w:bCs/>
                <w:sz w:val="24"/>
                <w:szCs w:val="24"/>
              </w:rPr>
            </w:pPr>
            <w:r w:rsidRPr="001E4635">
              <w:rPr>
                <w:rFonts w:ascii="微軟正黑體" w:eastAsia="微軟正黑體" w:hAnsi="微軟正黑體"/>
                <w:b/>
                <w:bCs/>
                <w:sz w:val="24"/>
                <w:szCs w:val="24"/>
              </w:rPr>
              <w:t>節次</w:t>
            </w:r>
          </w:p>
        </w:tc>
      </w:tr>
      <w:tr w:rsidR="00BF6536" w:rsidRPr="001E4635" w14:paraId="2BBC97C3" w14:textId="77777777" w:rsidTr="006972AA">
        <w:trPr>
          <w:trHeight w:val="629"/>
          <w:jc w:val="center"/>
        </w:trPr>
        <w:tc>
          <w:tcPr>
            <w:tcW w:w="888" w:type="dxa"/>
            <w:vMerge w:val="restart"/>
            <w:vAlign w:val="center"/>
          </w:tcPr>
          <w:p w14:paraId="4D63807B" w14:textId="77777777" w:rsidR="00BF6536" w:rsidRPr="001E4635" w:rsidRDefault="00BE041A" w:rsidP="001E4635">
            <w:pPr>
              <w:pStyle w:val="a9"/>
            </w:pPr>
            <w:r w:rsidRPr="001E4635">
              <w:rPr>
                <w:sz w:val="18"/>
              </w:rPr>
              <w:t>第</w:t>
            </w:r>
            <w:r w:rsidRPr="001E4635">
              <w:rPr>
                <w:sz w:val="18"/>
              </w:rPr>
              <w:t>1</w:t>
            </w:r>
            <w:r w:rsidRPr="001E4635">
              <w:rPr>
                <w:sz w:val="18"/>
              </w:rPr>
              <w:t>組</w:t>
            </w:r>
          </w:p>
        </w:tc>
        <w:tc>
          <w:tcPr>
            <w:tcW w:w="709" w:type="dxa"/>
            <w:vAlign w:val="center"/>
          </w:tcPr>
          <w:p w14:paraId="7D44BD5B" w14:textId="77777777" w:rsidR="00BF6536" w:rsidRPr="001E4635" w:rsidRDefault="00BE041A" w:rsidP="001E4635">
            <w:pPr>
              <w:pStyle w:val="a9"/>
              <w:jc w:val="center"/>
              <w:rPr>
                <w:sz w:val="28"/>
                <w:szCs w:val="28"/>
              </w:rPr>
            </w:pPr>
            <w:r w:rsidRPr="001E4635">
              <w:rPr>
                <w:sz w:val="28"/>
                <w:szCs w:val="28"/>
              </w:rPr>
              <w:t>1</w:t>
            </w:r>
          </w:p>
        </w:tc>
        <w:tc>
          <w:tcPr>
            <w:tcW w:w="1276" w:type="dxa"/>
            <w:vAlign w:val="center"/>
          </w:tcPr>
          <w:p w14:paraId="5121419F" w14:textId="58AE3BB5" w:rsidR="00BF6536" w:rsidRPr="001A0742" w:rsidRDefault="00202E58" w:rsidP="006972AA">
            <w:pPr>
              <w:pStyle w:val="a9"/>
              <w:jc w:val="center"/>
              <w:rPr>
                <w:rFonts w:ascii="微軟正黑體" w:eastAsia="微軟正黑體" w:hAnsi="微軟正黑體"/>
                <w:b/>
                <w:bCs/>
              </w:rPr>
            </w:pPr>
            <w:r w:rsidRPr="001A0742">
              <w:rPr>
                <w:rFonts w:ascii="微軟正黑體" w:eastAsia="微軟正黑體" w:hAnsi="微軟正黑體" w:hint="eastAsia"/>
                <w:b/>
                <w:bCs/>
                <w:lang w:eastAsia="zh-TW"/>
              </w:rPr>
              <w:t>李宏</w:t>
            </w:r>
            <w:r w:rsidRPr="001A0742">
              <w:rPr>
                <w:rFonts w:ascii="微軟正黑體" w:eastAsia="微軟正黑體" w:hAnsi="微軟正黑體" w:cs="微軟正黑體" w:hint="eastAsia"/>
                <w:b/>
                <w:bCs/>
                <w:lang w:eastAsia="zh-TW"/>
              </w:rPr>
              <w:t>彥</w:t>
            </w:r>
          </w:p>
        </w:tc>
        <w:tc>
          <w:tcPr>
            <w:tcW w:w="2409" w:type="dxa"/>
            <w:vAlign w:val="center"/>
          </w:tcPr>
          <w:p w14:paraId="03DF4A74" w14:textId="60DE2FE7" w:rsidR="00BF6536" w:rsidRPr="006972AA" w:rsidRDefault="001E4635" w:rsidP="001E4635">
            <w:pPr>
              <w:pStyle w:val="a9"/>
              <w:rPr>
                <w:rFonts w:ascii="微軟正黑體" w:eastAsia="微軟正黑體" w:hAnsi="微軟正黑體"/>
                <w:sz w:val="24"/>
                <w:szCs w:val="24"/>
                <w:lang w:eastAsia="zh-TW"/>
              </w:rPr>
            </w:pPr>
            <w:r w:rsidRPr="006972AA">
              <w:rPr>
                <w:rFonts w:ascii="Cambria Math" w:eastAsia="微軟正黑體" w:hAnsi="Cambria Math" w:cs="Cambria Math"/>
                <w:sz w:val="24"/>
                <w:szCs w:val="24"/>
                <w:lang w:eastAsia="zh-TW"/>
              </w:rPr>
              <w:t>▢</w:t>
            </w:r>
            <w:r w:rsidR="00BE041A" w:rsidRPr="006972AA">
              <w:rPr>
                <w:rFonts w:ascii="微軟正黑體" w:eastAsia="微軟正黑體" w:hAnsi="微軟正黑體"/>
                <w:sz w:val="24"/>
                <w:szCs w:val="24"/>
                <w:lang w:eastAsia="zh-TW"/>
              </w:rPr>
              <w:t xml:space="preserve">校長 </w:t>
            </w:r>
            <w:r w:rsidRPr="006972AA">
              <w:rPr>
                <w:rFonts w:ascii="Cambria Math" w:eastAsia="微軟正黑體" w:hAnsi="Cambria Math" w:cs="Cambria Math"/>
                <w:sz w:val="24"/>
                <w:szCs w:val="24"/>
                <w:lang w:eastAsia="zh-TW"/>
              </w:rPr>
              <w:t>▢</w:t>
            </w:r>
            <w:r w:rsidR="00BE041A" w:rsidRPr="006972AA">
              <w:rPr>
                <w:rFonts w:ascii="微軟正黑體" w:eastAsia="微軟正黑體" w:hAnsi="微軟正黑體"/>
                <w:sz w:val="24"/>
                <w:szCs w:val="24"/>
                <w:lang w:eastAsia="zh-TW"/>
              </w:rPr>
              <w:t>科任</w:t>
            </w:r>
            <w:r w:rsidR="004C79D7" w:rsidRPr="006972AA">
              <w:rPr>
                <w:rFonts w:ascii="微軟正黑體" w:eastAsia="微軟正黑體" w:hAnsi="微軟正黑體" w:hint="eastAsia"/>
                <w:sz w:val="24"/>
                <w:szCs w:val="24"/>
                <w:lang w:eastAsia="zh-TW"/>
              </w:rPr>
              <w:t xml:space="preserve"> </w:t>
            </w:r>
            <w:r w:rsidRPr="006972AA">
              <w:rPr>
                <w:rFonts w:ascii="微軟正黑體" w:eastAsia="微軟正黑體" w:hAnsi="微軟正黑體" w:hint="eastAsia"/>
                <w:sz w:val="24"/>
                <w:szCs w:val="24"/>
                <w:lang w:eastAsia="zh-TW"/>
              </w:rPr>
              <w:t>█</w:t>
            </w:r>
            <w:r w:rsidR="00BE041A" w:rsidRPr="006972AA">
              <w:rPr>
                <w:rFonts w:ascii="微軟正黑體" w:eastAsia="微軟正黑體" w:hAnsi="微軟正黑體"/>
                <w:sz w:val="24"/>
                <w:szCs w:val="24"/>
                <w:lang w:eastAsia="zh-TW"/>
              </w:rPr>
              <w:t>導師</w:t>
            </w:r>
          </w:p>
        </w:tc>
        <w:tc>
          <w:tcPr>
            <w:tcW w:w="709" w:type="dxa"/>
            <w:vAlign w:val="center"/>
          </w:tcPr>
          <w:p w14:paraId="283807E1" w14:textId="6FFF8311" w:rsidR="00BF6536" w:rsidRPr="004C79D7" w:rsidRDefault="00202E58" w:rsidP="008C7592">
            <w:pPr>
              <w:pStyle w:val="a9"/>
              <w:jc w:val="center"/>
              <w:rPr>
                <w:rFonts w:ascii="微軟正黑體" w:eastAsia="微軟正黑體" w:hAnsi="微軟正黑體"/>
                <w:lang w:eastAsia="zh-TW"/>
              </w:rPr>
            </w:pPr>
            <w:r w:rsidRPr="004C79D7">
              <w:rPr>
                <w:rFonts w:ascii="微軟正黑體" w:eastAsia="微軟正黑體" w:hAnsi="微軟正黑體" w:hint="eastAsia"/>
                <w:lang w:eastAsia="zh-TW"/>
              </w:rPr>
              <w:t>3甲</w:t>
            </w:r>
          </w:p>
        </w:tc>
        <w:tc>
          <w:tcPr>
            <w:tcW w:w="1418" w:type="dxa"/>
            <w:vAlign w:val="center"/>
          </w:tcPr>
          <w:p w14:paraId="0892FE03" w14:textId="78ABCA9A" w:rsidR="00BF6536" w:rsidRPr="006972AA" w:rsidRDefault="00202E58" w:rsidP="006972AA">
            <w:pPr>
              <w:pStyle w:val="a9"/>
              <w:jc w:val="center"/>
              <w:rPr>
                <w:rFonts w:ascii="微軟正黑體" w:eastAsia="微軟正黑體" w:hAnsi="微軟正黑體"/>
                <w:b/>
                <w:bCs/>
                <w:sz w:val="28"/>
                <w:szCs w:val="28"/>
                <w:lang w:eastAsia="zh-TW"/>
              </w:rPr>
            </w:pPr>
            <w:r w:rsidRPr="006972AA">
              <w:rPr>
                <w:rFonts w:ascii="微軟正黑體" w:eastAsia="微軟正黑體" w:hAnsi="微軟正黑體" w:hint="eastAsia"/>
                <w:b/>
                <w:bCs/>
                <w:sz w:val="28"/>
                <w:szCs w:val="28"/>
                <w:lang w:eastAsia="zh-TW"/>
              </w:rPr>
              <w:t>國語</w:t>
            </w:r>
          </w:p>
        </w:tc>
        <w:tc>
          <w:tcPr>
            <w:tcW w:w="2732" w:type="dxa"/>
            <w:vAlign w:val="center"/>
          </w:tcPr>
          <w:p w14:paraId="0A276035" w14:textId="57EE1A7C" w:rsidR="00BF6536" w:rsidRPr="001A0742" w:rsidRDefault="00BE041A" w:rsidP="001E4635">
            <w:pPr>
              <w:pStyle w:val="a9"/>
              <w:rPr>
                <w:rFonts w:ascii="微軟正黑體" w:eastAsia="微軟正黑體" w:hAnsi="微軟正黑體"/>
                <w:sz w:val="21"/>
                <w:szCs w:val="21"/>
              </w:rPr>
            </w:pPr>
            <w:r w:rsidRPr="001A0742">
              <w:rPr>
                <w:rFonts w:ascii="微軟正黑體" w:eastAsia="微軟正黑體" w:hAnsi="微軟正黑體"/>
                <w:sz w:val="21"/>
                <w:szCs w:val="21"/>
              </w:rPr>
              <w:t>115年</w:t>
            </w:r>
            <w:r w:rsidR="00202E58" w:rsidRPr="001A0742">
              <w:rPr>
                <w:rFonts w:ascii="微軟正黑體" w:eastAsia="微軟正黑體" w:hAnsi="微軟正黑體" w:hint="eastAsia"/>
                <w:sz w:val="21"/>
                <w:szCs w:val="21"/>
                <w:lang w:eastAsia="zh-TW"/>
              </w:rPr>
              <w:t>10</w:t>
            </w:r>
            <w:r w:rsidRPr="001A0742">
              <w:rPr>
                <w:rFonts w:ascii="微軟正黑體" w:eastAsia="微軟正黑體" w:hAnsi="微軟正黑體"/>
                <w:sz w:val="21"/>
                <w:szCs w:val="21"/>
              </w:rPr>
              <w:t>月</w:t>
            </w:r>
            <w:r w:rsidR="00202E58" w:rsidRPr="001A0742">
              <w:rPr>
                <w:rFonts w:ascii="微軟正黑體" w:eastAsia="微軟正黑體" w:hAnsi="微軟正黑體" w:hint="eastAsia"/>
                <w:sz w:val="21"/>
                <w:szCs w:val="21"/>
                <w:lang w:eastAsia="zh-TW"/>
              </w:rPr>
              <w:t>23</w:t>
            </w:r>
            <w:r w:rsidRPr="001A0742">
              <w:rPr>
                <w:rFonts w:ascii="微軟正黑體" w:eastAsia="微軟正黑體" w:hAnsi="微軟正黑體"/>
                <w:sz w:val="21"/>
                <w:szCs w:val="21"/>
              </w:rPr>
              <w:t>日(星期</w:t>
            </w:r>
            <w:r w:rsidR="00202E58" w:rsidRPr="001A0742">
              <w:rPr>
                <w:rFonts w:ascii="微軟正黑體" w:eastAsia="微軟正黑體" w:hAnsi="微軟正黑體" w:hint="eastAsia"/>
                <w:sz w:val="21"/>
                <w:szCs w:val="21"/>
                <w:lang w:eastAsia="zh-TW"/>
              </w:rPr>
              <w:t>五</w:t>
            </w:r>
            <w:r w:rsidRPr="001A0742">
              <w:rPr>
                <w:rFonts w:ascii="微軟正黑體" w:eastAsia="微軟正黑體" w:hAnsi="微軟正黑體"/>
                <w:sz w:val="21"/>
                <w:szCs w:val="21"/>
              </w:rPr>
              <w:t>)</w:t>
            </w:r>
          </w:p>
        </w:tc>
        <w:tc>
          <w:tcPr>
            <w:tcW w:w="756" w:type="dxa"/>
            <w:vAlign w:val="center"/>
          </w:tcPr>
          <w:p w14:paraId="23A27DB0" w14:textId="74202D47" w:rsidR="00BF6536" w:rsidRPr="00E20550" w:rsidRDefault="00BE041A" w:rsidP="001E4635">
            <w:pPr>
              <w:pStyle w:val="a9"/>
              <w:rPr>
                <w:rFonts w:ascii="微軟正黑體" w:eastAsia="微軟正黑體" w:hAnsi="微軟正黑體"/>
                <w:sz w:val="16"/>
              </w:rPr>
            </w:pPr>
            <w:r w:rsidRPr="00E20550">
              <w:rPr>
                <w:rFonts w:ascii="微軟正黑體" w:eastAsia="微軟正黑體" w:hAnsi="微軟正黑體"/>
                <w:sz w:val="16"/>
              </w:rPr>
              <w:t>第</w:t>
            </w:r>
            <w:r w:rsidR="00202E58" w:rsidRPr="00E20550">
              <w:rPr>
                <w:rFonts w:ascii="微軟正黑體" w:eastAsia="微軟正黑體" w:hAnsi="微軟正黑體" w:hint="eastAsia"/>
                <w:sz w:val="16"/>
                <w:lang w:eastAsia="zh-TW"/>
              </w:rPr>
              <w:t>2</w:t>
            </w:r>
            <w:r w:rsidRPr="00E20550">
              <w:rPr>
                <w:rFonts w:ascii="微軟正黑體" w:eastAsia="微軟正黑體" w:hAnsi="微軟正黑體"/>
                <w:sz w:val="16"/>
              </w:rPr>
              <w:t>節</w:t>
            </w:r>
          </w:p>
        </w:tc>
      </w:tr>
      <w:tr w:rsidR="00BF6536" w:rsidRPr="001E4635" w14:paraId="1406512D" w14:textId="77777777" w:rsidTr="006972AA">
        <w:trPr>
          <w:trHeight w:val="629"/>
          <w:jc w:val="center"/>
        </w:trPr>
        <w:tc>
          <w:tcPr>
            <w:tcW w:w="888" w:type="dxa"/>
            <w:vMerge/>
            <w:vAlign w:val="center"/>
          </w:tcPr>
          <w:p w14:paraId="7D16F0F9" w14:textId="77777777" w:rsidR="00BF6536" w:rsidRPr="001E4635" w:rsidRDefault="00BF6536" w:rsidP="001E4635">
            <w:pPr>
              <w:pStyle w:val="a9"/>
            </w:pPr>
          </w:p>
        </w:tc>
        <w:tc>
          <w:tcPr>
            <w:tcW w:w="709" w:type="dxa"/>
            <w:vAlign w:val="center"/>
          </w:tcPr>
          <w:p w14:paraId="74277831" w14:textId="77777777" w:rsidR="00BF6536" w:rsidRPr="001E4635" w:rsidRDefault="00BE041A" w:rsidP="001E4635">
            <w:pPr>
              <w:pStyle w:val="a9"/>
              <w:jc w:val="center"/>
              <w:rPr>
                <w:sz w:val="28"/>
                <w:szCs w:val="28"/>
              </w:rPr>
            </w:pPr>
            <w:r w:rsidRPr="001E4635">
              <w:rPr>
                <w:sz w:val="28"/>
                <w:szCs w:val="28"/>
              </w:rPr>
              <w:t>2</w:t>
            </w:r>
          </w:p>
        </w:tc>
        <w:tc>
          <w:tcPr>
            <w:tcW w:w="1276" w:type="dxa"/>
            <w:vAlign w:val="center"/>
          </w:tcPr>
          <w:p w14:paraId="293AD3D5" w14:textId="48105456" w:rsidR="00BF6536" w:rsidRPr="001A0742" w:rsidRDefault="00202E58" w:rsidP="006972AA">
            <w:pPr>
              <w:pStyle w:val="a9"/>
              <w:jc w:val="center"/>
              <w:rPr>
                <w:rFonts w:ascii="微軟正黑體" w:eastAsia="微軟正黑體" w:hAnsi="微軟正黑體"/>
                <w:b/>
                <w:bCs/>
              </w:rPr>
            </w:pPr>
            <w:r w:rsidRPr="001A0742">
              <w:rPr>
                <w:rFonts w:ascii="微軟正黑體" w:eastAsia="微軟正黑體" w:hAnsi="微軟正黑體" w:hint="eastAsia"/>
                <w:b/>
                <w:bCs/>
                <w:lang w:eastAsia="zh-TW"/>
              </w:rPr>
              <w:t>蔡惠林</w:t>
            </w:r>
          </w:p>
        </w:tc>
        <w:tc>
          <w:tcPr>
            <w:tcW w:w="2409" w:type="dxa"/>
            <w:vAlign w:val="center"/>
          </w:tcPr>
          <w:p w14:paraId="50DD58BC" w14:textId="46E090FA" w:rsidR="00BF6536" w:rsidRPr="006972AA" w:rsidRDefault="001E4635" w:rsidP="001E4635">
            <w:pPr>
              <w:pStyle w:val="a9"/>
              <w:rPr>
                <w:rFonts w:ascii="微軟正黑體" w:eastAsia="微軟正黑體" w:hAnsi="微軟正黑體"/>
                <w:sz w:val="24"/>
                <w:szCs w:val="24"/>
                <w:lang w:eastAsia="zh-TW"/>
              </w:rPr>
            </w:pPr>
            <w:r w:rsidRPr="006972AA">
              <w:rPr>
                <w:rFonts w:ascii="Cambria Math" w:eastAsia="微軟正黑體" w:hAnsi="Cambria Math" w:cs="Cambria Math"/>
                <w:sz w:val="24"/>
                <w:szCs w:val="24"/>
                <w:lang w:eastAsia="zh-TW"/>
              </w:rPr>
              <w:t>▢</w:t>
            </w:r>
            <w:r w:rsidRPr="006972AA">
              <w:rPr>
                <w:rFonts w:ascii="微軟正黑體" w:eastAsia="微軟正黑體" w:hAnsi="微軟正黑體"/>
                <w:sz w:val="24"/>
                <w:szCs w:val="24"/>
                <w:lang w:eastAsia="zh-TW"/>
              </w:rPr>
              <w:t xml:space="preserve">校長 </w:t>
            </w:r>
            <w:r w:rsidRPr="006972AA">
              <w:rPr>
                <w:rFonts w:ascii="Cambria Math" w:eastAsia="微軟正黑體" w:hAnsi="Cambria Math" w:cs="Cambria Math"/>
                <w:sz w:val="24"/>
                <w:szCs w:val="24"/>
                <w:lang w:eastAsia="zh-TW"/>
              </w:rPr>
              <w:t>▢</w:t>
            </w:r>
            <w:r w:rsidRPr="006972AA">
              <w:rPr>
                <w:rFonts w:ascii="微軟正黑體" w:eastAsia="微軟正黑體" w:hAnsi="微軟正黑體"/>
                <w:sz w:val="24"/>
                <w:szCs w:val="24"/>
                <w:lang w:eastAsia="zh-TW"/>
              </w:rPr>
              <w:t>科任</w:t>
            </w:r>
            <w:r w:rsidR="004C79D7" w:rsidRPr="006972AA">
              <w:rPr>
                <w:rFonts w:ascii="微軟正黑體" w:eastAsia="微軟正黑體" w:hAnsi="微軟正黑體" w:hint="eastAsia"/>
                <w:sz w:val="24"/>
                <w:szCs w:val="24"/>
                <w:lang w:eastAsia="zh-TW"/>
              </w:rPr>
              <w:t xml:space="preserve"> </w:t>
            </w:r>
            <w:r w:rsidRPr="006972AA">
              <w:rPr>
                <w:rFonts w:ascii="微軟正黑體" w:eastAsia="微軟正黑體" w:hAnsi="微軟正黑體" w:hint="eastAsia"/>
                <w:sz w:val="24"/>
                <w:szCs w:val="24"/>
                <w:lang w:eastAsia="zh-TW"/>
              </w:rPr>
              <w:t>█</w:t>
            </w:r>
            <w:r w:rsidRPr="006972AA">
              <w:rPr>
                <w:rFonts w:ascii="微軟正黑體" w:eastAsia="微軟正黑體" w:hAnsi="微軟正黑體"/>
                <w:sz w:val="24"/>
                <w:szCs w:val="24"/>
                <w:lang w:eastAsia="zh-TW"/>
              </w:rPr>
              <w:t>導師</w:t>
            </w:r>
          </w:p>
        </w:tc>
        <w:tc>
          <w:tcPr>
            <w:tcW w:w="709" w:type="dxa"/>
            <w:vAlign w:val="center"/>
          </w:tcPr>
          <w:p w14:paraId="56A213A4" w14:textId="57BF4C0D" w:rsidR="00BF6536" w:rsidRPr="004C79D7" w:rsidRDefault="00202E58" w:rsidP="008C7592">
            <w:pPr>
              <w:pStyle w:val="a9"/>
              <w:jc w:val="center"/>
              <w:rPr>
                <w:rFonts w:ascii="微軟正黑體" w:eastAsia="微軟正黑體" w:hAnsi="微軟正黑體"/>
                <w:lang w:eastAsia="zh-TW"/>
              </w:rPr>
            </w:pPr>
            <w:r w:rsidRPr="004C79D7">
              <w:rPr>
                <w:rFonts w:ascii="微軟正黑體" w:eastAsia="微軟正黑體" w:hAnsi="微軟正黑體" w:hint="eastAsia"/>
                <w:lang w:eastAsia="zh-TW"/>
              </w:rPr>
              <w:t>4甲</w:t>
            </w:r>
          </w:p>
        </w:tc>
        <w:tc>
          <w:tcPr>
            <w:tcW w:w="1418" w:type="dxa"/>
            <w:vAlign w:val="center"/>
          </w:tcPr>
          <w:p w14:paraId="22D85146" w14:textId="10389696" w:rsidR="00BF6536" w:rsidRPr="006972AA" w:rsidRDefault="00202E58" w:rsidP="006972AA">
            <w:pPr>
              <w:pStyle w:val="a9"/>
              <w:jc w:val="center"/>
              <w:rPr>
                <w:rFonts w:ascii="微軟正黑體" w:eastAsia="微軟正黑體" w:hAnsi="微軟正黑體"/>
                <w:b/>
                <w:bCs/>
                <w:sz w:val="28"/>
                <w:szCs w:val="28"/>
                <w:lang w:eastAsia="zh-TW"/>
              </w:rPr>
            </w:pPr>
            <w:r w:rsidRPr="006972AA">
              <w:rPr>
                <w:rFonts w:ascii="微軟正黑體" w:eastAsia="微軟正黑體" w:hAnsi="微軟正黑體" w:hint="eastAsia"/>
                <w:b/>
                <w:bCs/>
                <w:sz w:val="28"/>
                <w:szCs w:val="28"/>
                <w:lang w:eastAsia="zh-TW"/>
              </w:rPr>
              <w:t>數學</w:t>
            </w:r>
          </w:p>
        </w:tc>
        <w:tc>
          <w:tcPr>
            <w:tcW w:w="2732" w:type="dxa"/>
            <w:vAlign w:val="center"/>
          </w:tcPr>
          <w:p w14:paraId="5FB2A3F9" w14:textId="556742DC" w:rsidR="00BF6536" w:rsidRPr="001A0742" w:rsidRDefault="00BE041A" w:rsidP="001E4635">
            <w:pPr>
              <w:pStyle w:val="a9"/>
              <w:rPr>
                <w:rFonts w:ascii="微軟正黑體" w:eastAsia="微軟正黑體" w:hAnsi="微軟正黑體"/>
                <w:sz w:val="21"/>
                <w:szCs w:val="21"/>
              </w:rPr>
            </w:pPr>
            <w:r w:rsidRPr="001A0742">
              <w:rPr>
                <w:rFonts w:ascii="微軟正黑體" w:eastAsia="微軟正黑體" w:hAnsi="微軟正黑體"/>
                <w:sz w:val="21"/>
                <w:szCs w:val="21"/>
              </w:rPr>
              <w:t>115年</w:t>
            </w:r>
            <w:r w:rsidR="00202E58" w:rsidRPr="001A0742">
              <w:rPr>
                <w:rFonts w:ascii="微軟正黑體" w:eastAsia="微軟正黑體" w:hAnsi="微軟正黑體" w:hint="eastAsia"/>
                <w:sz w:val="21"/>
                <w:szCs w:val="21"/>
                <w:lang w:eastAsia="zh-TW"/>
              </w:rPr>
              <w:t>10</w:t>
            </w:r>
            <w:r w:rsidRPr="001A0742">
              <w:rPr>
                <w:rFonts w:ascii="微軟正黑體" w:eastAsia="微軟正黑體" w:hAnsi="微軟正黑體"/>
                <w:sz w:val="21"/>
                <w:szCs w:val="21"/>
              </w:rPr>
              <w:t>月</w:t>
            </w:r>
            <w:r w:rsidR="00202E58" w:rsidRPr="001A0742">
              <w:rPr>
                <w:rFonts w:ascii="微軟正黑體" w:eastAsia="微軟正黑體" w:hAnsi="微軟正黑體" w:hint="eastAsia"/>
                <w:sz w:val="21"/>
                <w:szCs w:val="21"/>
                <w:lang w:eastAsia="zh-TW"/>
              </w:rPr>
              <w:t>19</w:t>
            </w:r>
            <w:r w:rsidRPr="001A0742">
              <w:rPr>
                <w:rFonts w:ascii="微軟正黑體" w:eastAsia="微軟正黑體" w:hAnsi="微軟正黑體"/>
                <w:sz w:val="21"/>
                <w:szCs w:val="21"/>
              </w:rPr>
              <w:t>日(星期</w:t>
            </w:r>
            <w:r w:rsidR="00202E58" w:rsidRPr="001A0742">
              <w:rPr>
                <w:rFonts w:ascii="微軟正黑體" w:eastAsia="微軟正黑體" w:hAnsi="微軟正黑體" w:hint="eastAsia"/>
                <w:sz w:val="21"/>
                <w:szCs w:val="21"/>
                <w:lang w:eastAsia="zh-TW"/>
              </w:rPr>
              <w:t>一</w:t>
            </w:r>
            <w:r w:rsidRPr="001A0742">
              <w:rPr>
                <w:rFonts w:ascii="微軟正黑體" w:eastAsia="微軟正黑體" w:hAnsi="微軟正黑體"/>
                <w:sz w:val="21"/>
                <w:szCs w:val="21"/>
              </w:rPr>
              <w:t>)</w:t>
            </w:r>
          </w:p>
        </w:tc>
        <w:tc>
          <w:tcPr>
            <w:tcW w:w="756" w:type="dxa"/>
            <w:vAlign w:val="center"/>
          </w:tcPr>
          <w:p w14:paraId="6349747A" w14:textId="2ADBFCEF" w:rsidR="00BF6536" w:rsidRPr="00E20550" w:rsidRDefault="00BE041A" w:rsidP="001E4635">
            <w:pPr>
              <w:pStyle w:val="a9"/>
              <w:rPr>
                <w:rFonts w:ascii="微軟正黑體" w:eastAsia="微軟正黑體" w:hAnsi="微軟正黑體"/>
                <w:sz w:val="16"/>
              </w:rPr>
            </w:pPr>
            <w:r w:rsidRPr="00E20550">
              <w:rPr>
                <w:rFonts w:ascii="微軟正黑體" w:eastAsia="微軟正黑體" w:hAnsi="微軟正黑體"/>
                <w:sz w:val="16"/>
              </w:rPr>
              <w:t>第</w:t>
            </w:r>
            <w:r w:rsidR="00202E58" w:rsidRPr="00E20550">
              <w:rPr>
                <w:rFonts w:ascii="微軟正黑體" w:eastAsia="微軟正黑體" w:hAnsi="微軟正黑體" w:hint="eastAsia"/>
                <w:sz w:val="16"/>
                <w:lang w:eastAsia="zh-TW"/>
              </w:rPr>
              <w:t>2</w:t>
            </w:r>
            <w:r w:rsidRPr="00E20550">
              <w:rPr>
                <w:rFonts w:ascii="微軟正黑體" w:eastAsia="微軟正黑體" w:hAnsi="微軟正黑體"/>
                <w:sz w:val="16"/>
              </w:rPr>
              <w:t>節</w:t>
            </w:r>
          </w:p>
        </w:tc>
      </w:tr>
      <w:tr w:rsidR="00BF6536" w:rsidRPr="001E4635" w14:paraId="0CDCA8C9" w14:textId="77777777" w:rsidTr="006972AA">
        <w:trPr>
          <w:trHeight w:val="629"/>
          <w:jc w:val="center"/>
        </w:trPr>
        <w:tc>
          <w:tcPr>
            <w:tcW w:w="888" w:type="dxa"/>
            <w:vMerge/>
            <w:vAlign w:val="center"/>
          </w:tcPr>
          <w:p w14:paraId="5164F18E" w14:textId="77777777" w:rsidR="00BF6536" w:rsidRPr="001E4635" w:rsidRDefault="00BF6536" w:rsidP="001E4635">
            <w:pPr>
              <w:pStyle w:val="a9"/>
            </w:pPr>
          </w:p>
        </w:tc>
        <w:tc>
          <w:tcPr>
            <w:tcW w:w="709" w:type="dxa"/>
            <w:vAlign w:val="center"/>
          </w:tcPr>
          <w:p w14:paraId="2893B5FF" w14:textId="77777777" w:rsidR="00BF6536" w:rsidRPr="001E4635" w:rsidRDefault="00BE041A" w:rsidP="001E4635">
            <w:pPr>
              <w:pStyle w:val="a9"/>
              <w:jc w:val="center"/>
              <w:rPr>
                <w:sz w:val="28"/>
                <w:szCs w:val="28"/>
              </w:rPr>
            </w:pPr>
            <w:r w:rsidRPr="001E4635">
              <w:rPr>
                <w:sz w:val="28"/>
                <w:szCs w:val="28"/>
              </w:rPr>
              <w:t>3</w:t>
            </w:r>
          </w:p>
        </w:tc>
        <w:tc>
          <w:tcPr>
            <w:tcW w:w="1276" w:type="dxa"/>
            <w:vAlign w:val="center"/>
          </w:tcPr>
          <w:p w14:paraId="45B9B035" w14:textId="3AA714C8" w:rsidR="00BF6536" w:rsidRPr="001A0742" w:rsidRDefault="00202E58" w:rsidP="006972AA">
            <w:pPr>
              <w:pStyle w:val="a9"/>
              <w:jc w:val="center"/>
              <w:rPr>
                <w:rFonts w:ascii="微軟正黑體" w:eastAsia="微軟正黑體" w:hAnsi="微軟正黑體"/>
                <w:b/>
                <w:bCs/>
              </w:rPr>
            </w:pPr>
            <w:r w:rsidRPr="001A0742">
              <w:rPr>
                <w:rFonts w:ascii="微軟正黑體" w:eastAsia="微軟正黑體" w:hAnsi="微軟正黑體" w:hint="eastAsia"/>
                <w:b/>
                <w:bCs/>
                <w:lang w:eastAsia="zh-TW"/>
              </w:rPr>
              <w:t>許念華</w:t>
            </w:r>
          </w:p>
        </w:tc>
        <w:tc>
          <w:tcPr>
            <w:tcW w:w="2409" w:type="dxa"/>
            <w:vAlign w:val="center"/>
          </w:tcPr>
          <w:p w14:paraId="7FA9C069" w14:textId="30269B6A" w:rsidR="00BF6536" w:rsidRPr="006972AA" w:rsidRDefault="001E4635" w:rsidP="001E4635">
            <w:pPr>
              <w:pStyle w:val="a9"/>
              <w:rPr>
                <w:rFonts w:ascii="微軟正黑體" w:eastAsia="微軟正黑體" w:hAnsi="微軟正黑體"/>
                <w:sz w:val="24"/>
                <w:szCs w:val="24"/>
                <w:lang w:eastAsia="zh-TW"/>
              </w:rPr>
            </w:pPr>
            <w:r w:rsidRPr="006972AA">
              <w:rPr>
                <w:rFonts w:ascii="Cambria Math" w:eastAsia="微軟正黑體" w:hAnsi="Cambria Math" w:cs="Cambria Math"/>
                <w:sz w:val="24"/>
                <w:szCs w:val="24"/>
                <w:lang w:eastAsia="zh-TW"/>
              </w:rPr>
              <w:t>▢</w:t>
            </w:r>
            <w:r w:rsidRPr="006972AA">
              <w:rPr>
                <w:rFonts w:ascii="微軟正黑體" w:eastAsia="微軟正黑體" w:hAnsi="微軟正黑體"/>
                <w:sz w:val="24"/>
                <w:szCs w:val="24"/>
                <w:lang w:eastAsia="zh-TW"/>
              </w:rPr>
              <w:t>校長</w:t>
            </w:r>
            <w:r w:rsidRPr="006972AA">
              <w:rPr>
                <w:rFonts w:ascii="微軟正黑體" w:eastAsia="微軟正黑體" w:hAnsi="微軟正黑體" w:hint="eastAsia"/>
                <w:sz w:val="24"/>
                <w:szCs w:val="24"/>
                <w:lang w:eastAsia="zh-TW"/>
              </w:rPr>
              <w:t xml:space="preserve"> █</w:t>
            </w:r>
            <w:r w:rsidRPr="006972AA">
              <w:rPr>
                <w:rFonts w:ascii="微軟正黑體" w:eastAsia="微軟正黑體" w:hAnsi="微軟正黑體"/>
                <w:sz w:val="24"/>
                <w:szCs w:val="24"/>
                <w:lang w:eastAsia="zh-TW"/>
              </w:rPr>
              <w:t>科任</w:t>
            </w:r>
            <w:r w:rsidR="004C79D7" w:rsidRPr="006972AA">
              <w:rPr>
                <w:rFonts w:ascii="微軟正黑體" w:eastAsia="微軟正黑體" w:hAnsi="微軟正黑體" w:hint="eastAsia"/>
                <w:sz w:val="24"/>
                <w:szCs w:val="24"/>
                <w:lang w:eastAsia="zh-TW"/>
              </w:rPr>
              <w:t xml:space="preserve"> </w:t>
            </w:r>
            <w:r w:rsidRPr="006972AA">
              <w:rPr>
                <w:rFonts w:ascii="Cambria Math" w:eastAsia="微軟正黑體" w:hAnsi="Cambria Math" w:cs="Cambria Math"/>
                <w:sz w:val="24"/>
                <w:szCs w:val="24"/>
                <w:lang w:eastAsia="zh-TW"/>
              </w:rPr>
              <w:t>▢</w:t>
            </w:r>
            <w:r w:rsidRPr="006972AA">
              <w:rPr>
                <w:rFonts w:ascii="微軟正黑體" w:eastAsia="微軟正黑體" w:hAnsi="微軟正黑體"/>
                <w:sz w:val="24"/>
                <w:szCs w:val="24"/>
                <w:lang w:eastAsia="zh-TW"/>
              </w:rPr>
              <w:t>導師</w:t>
            </w:r>
          </w:p>
        </w:tc>
        <w:tc>
          <w:tcPr>
            <w:tcW w:w="709" w:type="dxa"/>
            <w:vAlign w:val="center"/>
          </w:tcPr>
          <w:p w14:paraId="2E477036" w14:textId="43AC6EDA" w:rsidR="00BF6536" w:rsidRPr="004C79D7" w:rsidRDefault="00202E58" w:rsidP="008C7592">
            <w:pPr>
              <w:pStyle w:val="a9"/>
              <w:jc w:val="center"/>
              <w:rPr>
                <w:rFonts w:ascii="微軟正黑體" w:eastAsia="微軟正黑體" w:hAnsi="微軟正黑體"/>
                <w:lang w:eastAsia="zh-TW"/>
              </w:rPr>
            </w:pPr>
            <w:r w:rsidRPr="004C79D7">
              <w:rPr>
                <w:rFonts w:ascii="微軟正黑體" w:eastAsia="微軟正黑體" w:hAnsi="微軟正黑體" w:hint="eastAsia"/>
                <w:lang w:eastAsia="zh-TW"/>
              </w:rPr>
              <w:t>4甲</w:t>
            </w:r>
          </w:p>
        </w:tc>
        <w:tc>
          <w:tcPr>
            <w:tcW w:w="1418" w:type="dxa"/>
            <w:vAlign w:val="center"/>
          </w:tcPr>
          <w:p w14:paraId="05A88909" w14:textId="044D6DFB" w:rsidR="00BF6536" w:rsidRPr="006972AA" w:rsidRDefault="00202E58" w:rsidP="006972AA">
            <w:pPr>
              <w:pStyle w:val="a9"/>
              <w:jc w:val="center"/>
              <w:rPr>
                <w:rFonts w:ascii="微軟正黑體" w:eastAsia="微軟正黑體" w:hAnsi="微軟正黑體"/>
                <w:b/>
                <w:bCs/>
                <w:sz w:val="28"/>
                <w:szCs w:val="28"/>
                <w:lang w:eastAsia="zh-TW"/>
              </w:rPr>
            </w:pPr>
            <w:r w:rsidRPr="006972AA">
              <w:rPr>
                <w:rFonts w:ascii="微軟正黑體" w:eastAsia="微軟正黑體" w:hAnsi="微軟正黑體" w:hint="eastAsia"/>
                <w:b/>
                <w:bCs/>
                <w:sz w:val="28"/>
                <w:szCs w:val="28"/>
                <w:lang w:eastAsia="zh-TW"/>
              </w:rPr>
              <w:t>英文</w:t>
            </w:r>
          </w:p>
        </w:tc>
        <w:tc>
          <w:tcPr>
            <w:tcW w:w="2732" w:type="dxa"/>
            <w:vAlign w:val="center"/>
          </w:tcPr>
          <w:p w14:paraId="2D9DC156" w14:textId="1D647C9B" w:rsidR="00BF6536" w:rsidRPr="001A0742" w:rsidRDefault="00BE041A" w:rsidP="001E4635">
            <w:pPr>
              <w:pStyle w:val="a9"/>
              <w:rPr>
                <w:rFonts w:ascii="微軟正黑體" w:eastAsia="微軟正黑體" w:hAnsi="微軟正黑體"/>
                <w:sz w:val="21"/>
                <w:szCs w:val="21"/>
              </w:rPr>
            </w:pPr>
            <w:r w:rsidRPr="001A0742">
              <w:rPr>
                <w:rFonts w:ascii="微軟正黑體" w:eastAsia="微軟正黑體" w:hAnsi="微軟正黑體"/>
                <w:sz w:val="21"/>
                <w:szCs w:val="21"/>
              </w:rPr>
              <w:t>115年</w:t>
            </w:r>
            <w:r w:rsidR="00202E58" w:rsidRPr="001A0742">
              <w:rPr>
                <w:rFonts w:ascii="微軟正黑體" w:eastAsia="微軟正黑體" w:hAnsi="微軟正黑體" w:hint="eastAsia"/>
                <w:sz w:val="21"/>
                <w:szCs w:val="21"/>
                <w:lang w:eastAsia="zh-TW"/>
              </w:rPr>
              <w:t>10</w:t>
            </w:r>
            <w:r w:rsidRPr="001A0742">
              <w:rPr>
                <w:rFonts w:ascii="微軟正黑體" w:eastAsia="微軟正黑體" w:hAnsi="微軟正黑體"/>
                <w:sz w:val="21"/>
                <w:szCs w:val="21"/>
              </w:rPr>
              <w:t>月</w:t>
            </w:r>
            <w:r w:rsidR="00202E58" w:rsidRPr="001A0742">
              <w:rPr>
                <w:rFonts w:ascii="微軟正黑體" w:eastAsia="微軟正黑體" w:hAnsi="微軟正黑體" w:hint="eastAsia"/>
                <w:sz w:val="21"/>
                <w:szCs w:val="21"/>
                <w:lang w:eastAsia="zh-TW"/>
              </w:rPr>
              <w:t>23</w:t>
            </w:r>
            <w:r w:rsidRPr="001A0742">
              <w:rPr>
                <w:rFonts w:ascii="微軟正黑體" w:eastAsia="微軟正黑體" w:hAnsi="微軟正黑體"/>
                <w:sz w:val="21"/>
                <w:szCs w:val="21"/>
              </w:rPr>
              <w:t>日(星期</w:t>
            </w:r>
            <w:r w:rsidR="00202E58" w:rsidRPr="001A0742">
              <w:rPr>
                <w:rFonts w:ascii="微軟正黑體" w:eastAsia="微軟正黑體" w:hAnsi="微軟正黑體" w:hint="eastAsia"/>
                <w:sz w:val="21"/>
                <w:szCs w:val="21"/>
                <w:lang w:eastAsia="zh-TW"/>
              </w:rPr>
              <w:t>五</w:t>
            </w:r>
            <w:r w:rsidRPr="001A0742">
              <w:rPr>
                <w:rFonts w:ascii="微軟正黑體" w:eastAsia="微軟正黑體" w:hAnsi="微軟正黑體"/>
                <w:sz w:val="21"/>
                <w:szCs w:val="21"/>
              </w:rPr>
              <w:t>)</w:t>
            </w:r>
          </w:p>
        </w:tc>
        <w:tc>
          <w:tcPr>
            <w:tcW w:w="756" w:type="dxa"/>
            <w:vAlign w:val="center"/>
          </w:tcPr>
          <w:p w14:paraId="180EDA62" w14:textId="54831BD7" w:rsidR="00BF6536" w:rsidRPr="00E20550" w:rsidRDefault="00BE041A" w:rsidP="001E4635">
            <w:pPr>
              <w:pStyle w:val="a9"/>
              <w:rPr>
                <w:rFonts w:ascii="微軟正黑體" w:eastAsia="微軟正黑體" w:hAnsi="微軟正黑體"/>
                <w:sz w:val="16"/>
              </w:rPr>
            </w:pPr>
            <w:r w:rsidRPr="00E20550">
              <w:rPr>
                <w:rFonts w:ascii="微軟正黑體" w:eastAsia="微軟正黑體" w:hAnsi="微軟正黑體"/>
                <w:sz w:val="16"/>
              </w:rPr>
              <w:t>第</w:t>
            </w:r>
            <w:r w:rsidR="00202E58" w:rsidRPr="00E20550">
              <w:rPr>
                <w:rFonts w:ascii="微軟正黑體" w:eastAsia="微軟正黑體" w:hAnsi="微軟正黑體" w:hint="eastAsia"/>
                <w:sz w:val="16"/>
                <w:lang w:eastAsia="zh-TW"/>
              </w:rPr>
              <w:t>3</w:t>
            </w:r>
            <w:r w:rsidRPr="00E20550">
              <w:rPr>
                <w:rFonts w:ascii="微軟正黑體" w:eastAsia="微軟正黑體" w:hAnsi="微軟正黑體"/>
                <w:sz w:val="16"/>
              </w:rPr>
              <w:t>節</w:t>
            </w:r>
          </w:p>
        </w:tc>
      </w:tr>
      <w:tr w:rsidR="001E4635" w:rsidRPr="001E4635" w14:paraId="7004F058" w14:textId="77777777" w:rsidTr="006972AA">
        <w:trPr>
          <w:trHeight w:val="629"/>
          <w:jc w:val="center"/>
        </w:trPr>
        <w:tc>
          <w:tcPr>
            <w:tcW w:w="888" w:type="dxa"/>
            <w:vMerge w:val="restart"/>
            <w:vAlign w:val="center"/>
          </w:tcPr>
          <w:p w14:paraId="0843EFEE" w14:textId="77777777" w:rsidR="001E4635" w:rsidRPr="001E4635" w:rsidRDefault="001E4635" w:rsidP="001E4635">
            <w:pPr>
              <w:pStyle w:val="a9"/>
            </w:pPr>
            <w:r w:rsidRPr="001E4635">
              <w:rPr>
                <w:sz w:val="18"/>
              </w:rPr>
              <w:t>第</w:t>
            </w:r>
            <w:r w:rsidRPr="001E4635">
              <w:rPr>
                <w:sz w:val="18"/>
              </w:rPr>
              <w:t>2</w:t>
            </w:r>
            <w:r w:rsidRPr="001E4635">
              <w:rPr>
                <w:sz w:val="18"/>
              </w:rPr>
              <w:t>組</w:t>
            </w:r>
          </w:p>
        </w:tc>
        <w:tc>
          <w:tcPr>
            <w:tcW w:w="709" w:type="dxa"/>
            <w:vAlign w:val="center"/>
          </w:tcPr>
          <w:p w14:paraId="315826D3" w14:textId="77777777" w:rsidR="001E4635" w:rsidRPr="001E4635" w:rsidRDefault="001E4635" w:rsidP="001E4635">
            <w:pPr>
              <w:pStyle w:val="a9"/>
              <w:jc w:val="center"/>
              <w:rPr>
                <w:sz w:val="28"/>
                <w:szCs w:val="28"/>
              </w:rPr>
            </w:pPr>
            <w:r w:rsidRPr="001E4635">
              <w:rPr>
                <w:sz w:val="28"/>
                <w:szCs w:val="28"/>
              </w:rPr>
              <w:t>1</w:t>
            </w:r>
          </w:p>
        </w:tc>
        <w:tc>
          <w:tcPr>
            <w:tcW w:w="1276" w:type="dxa"/>
            <w:vAlign w:val="center"/>
          </w:tcPr>
          <w:p w14:paraId="1DD62A52" w14:textId="5B24C4A0" w:rsidR="001E4635" w:rsidRPr="001A0742" w:rsidRDefault="001D61F5" w:rsidP="006972AA">
            <w:pPr>
              <w:pStyle w:val="a9"/>
              <w:jc w:val="center"/>
              <w:rPr>
                <w:rFonts w:ascii="微軟正黑體" w:eastAsia="微軟正黑體" w:hAnsi="微軟正黑體"/>
                <w:b/>
                <w:bCs/>
              </w:rPr>
            </w:pPr>
            <w:r w:rsidRPr="001A0742">
              <w:rPr>
                <w:rFonts w:ascii="微軟正黑體" w:eastAsia="微軟正黑體" w:hAnsi="微軟正黑體" w:cs="微軟正黑體" w:hint="eastAsia"/>
                <w:b/>
                <w:bCs/>
                <w:lang w:eastAsia="zh-TW"/>
              </w:rPr>
              <w:t>吳婷蕙</w:t>
            </w:r>
          </w:p>
        </w:tc>
        <w:tc>
          <w:tcPr>
            <w:tcW w:w="2409" w:type="dxa"/>
            <w:vAlign w:val="center"/>
          </w:tcPr>
          <w:p w14:paraId="3C225213" w14:textId="54250E1E" w:rsidR="001E4635" w:rsidRPr="006972AA" w:rsidRDefault="001E4635" w:rsidP="001E4635">
            <w:pPr>
              <w:pStyle w:val="a9"/>
              <w:rPr>
                <w:rFonts w:ascii="微軟正黑體" w:eastAsia="微軟正黑體" w:hAnsi="微軟正黑體"/>
                <w:sz w:val="24"/>
                <w:szCs w:val="24"/>
                <w:lang w:eastAsia="zh-TW"/>
              </w:rPr>
            </w:pPr>
            <w:r w:rsidRPr="006972AA">
              <w:rPr>
                <w:rFonts w:ascii="Cambria Math" w:eastAsia="微軟正黑體" w:hAnsi="Cambria Math" w:cs="Cambria Math"/>
                <w:sz w:val="24"/>
                <w:szCs w:val="24"/>
                <w:lang w:eastAsia="zh-TW"/>
              </w:rPr>
              <w:t>▢</w:t>
            </w:r>
            <w:r w:rsidRPr="006972AA">
              <w:rPr>
                <w:rFonts w:ascii="微軟正黑體" w:eastAsia="微軟正黑體" w:hAnsi="微軟正黑體"/>
                <w:sz w:val="24"/>
                <w:szCs w:val="24"/>
                <w:lang w:eastAsia="zh-TW"/>
              </w:rPr>
              <w:t>校長</w:t>
            </w:r>
            <w:r w:rsidR="001D61F5" w:rsidRPr="006972AA">
              <w:rPr>
                <w:rFonts w:ascii="微軟正黑體" w:eastAsia="微軟正黑體" w:hAnsi="微軟正黑體" w:hint="eastAsia"/>
                <w:sz w:val="24"/>
                <w:szCs w:val="24"/>
                <w:lang w:eastAsia="zh-TW"/>
              </w:rPr>
              <w:t xml:space="preserve"> █</w:t>
            </w:r>
            <w:r w:rsidRPr="006972AA">
              <w:rPr>
                <w:rFonts w:ascii="微軟正黑體" w:eastAsia="微軟正黑體" w:hAnsi="微軟正黑體"/>
                <w:sz w:val="24"/>
                <w:szCs w:val="24"/>
                <w:lang w:eastAsia="zh-TW"/>
              </w:rPr>
              <w:t>科任</w:t>
            </w:r>
            <w:r w:rsidR="004C79D7" w:rsidRPr="006972AA">
              <w:rPr>
                <w:rFonts w:ascii="微軟正黑體" w:eastAsia="微軟正黑體" w:hAnsi="微軟正黑體" w:hint="eastAsia"/>
                <w:sz w:val="24"/>
                <w:szCs w:val="24"/>
                <w:lang w:eastAsia="zh-TW"/>
              </w:rPr>
              <w:t xml:space="preserve"> </w:t>
            </w:r>
            <w:r w:rsidR="001D61F5" w:rsidRPr="006972AA">
              <w:rPr>
                <w:rFonts w:ascii="Cambria Math" w:eastAsia="微軟正黑體" w:hAnsi="Cambria Math" w:cs="Cambria Math"/>
                <w:sz w:val="24"/>
                <w:szCs w:val="24"/>
                <w:lang w:eastAsia="zh-TW"/>
              </w:rPr>
              <w:t>▢</w:t>
            </w:r>
            <w:r w:rsidRPr="006972AA">
              <w:rPr>
                <w:rFonts w:ascii="微軟正黑體" w:eastAsia="微軟正黑體" w:hAnsi="微軟正黑體"/>
                <w:sz w:val="24"/>
                <w:szCs w:val="24"/>
                <w:lang w:eastAsia="zh-TW"/>
              </w:rPr>
              <w:t>導師</w:t>
            </w:r>
          </w:p>
        </w:tc>
        <w:tc>
          <w:tcPr>
            <w:tcW w:w="709" w:type="dxa"/>
            <w:vAlign w:val="center"/>
          </w:tcPr>
          <w:p w14:paraId="0BB364EB" w14:textId="0001368C" w:rsidR="001E4635" w:rsidRPr="004C79D7" w:rsidRDefault="008C7592" w:rsidP="008C7592">
            <w:pPr>
              <w:pStyle w:val="a9"/>
              <w:jc w:val="center"/>
              <w:rPr>
                <w:rFonts w:ascii="微軟正黑體" w:eastAsia="微軟正黑體" w:hAnsi="微軟正黑體"/>
                <w:lang w:eastAsia="zh-TW"/>
              </w:rPr>
            </w:pPr>
            <w:r>
              <w:rPr>
                <w:rFonts w:ascii="微軟正黑體" w:eastAsia="微軟正黑體" w:hAnsi="微軟正黑體" w:hint="eastAsia"/>
                <w:lang w:eastAsia="zh-TW"/>
              </w:rPr>
              <w:t>2</w:t>
            </w:r>
            <w:r w:rsidR="001D61F5" w:rsidRPr="004C79D7">
              <w:rPr>
                <w:rFonts w:ascii="微軟正黑體" w:eastAsia="微軟正黑體" w:hAnsi="微軟正黑體" w:hint="eastAsia"/>
                <w:lang w:eastAsia="zh-TW"/>
              </w:rPr>
              <w:t>甲</w:t>
            </w:r>
          </w:p>
        </w:tc>
        <w:tc>
          <w:tcPr>
            <w:tcW w:w="1418" w:type="dxa"/>
            <w:vAlign w:val="center"/>
          </w:tcPr>
          <w:p w14:paraId="7C333FD1" w14:textId="3D052D39" w:rsidR="001E4635" w:rsidRPr="006972AA" w:rsidRDefault="001D61F5" w:rsidP="006972AA">
            <w:pPr>
              <w:pStyle w:val="a9"/>
              <w:jc w:val="center"/>
              <w:rPr>
                <w:rFonts w:ascii="微軟正黑體" w:eastAsia="微軟正黑體" w:hAnsi="微軟正黑體"/>
                <w:b/>
                <w:bCs/>
                <w:sz w:val="28"/>
                <w:szCs w:val="28"/>
                <w:lang w:eastAsia="zh-TW"/>
              </w:rPr>
            </w:pPr>
            <w:r w:rsidRPr="006972AA">
              <w:rPr>
                <w:rFonts w:ascii="微軟正黑體" w:eastAsia="微軟正黑體" w:hAnsi="微軟正黑體" w:hint="eastAsia"/>
                <w:b/>
                <w:bCs/>
                <w:sz w:val="28"/>
                <w:szCs w:val="28"/>
                <w:lang w:eastAsia="zh-TW"/>
              </w:rPr>
              <w:t>健康</w:t>
            </w:r>
          </w:p>
        </w:tc>
        <w:tc>
          <w:tcPr>
            <w:tcW w:w="2732" w:type="dxa"/>
            <w:vAlign w:val="center"/>
          </w:tcPr>
          <w:p w14:paraId="55243AD2" w14:textId="53ADCDDA" w:rsidR="001E4635" w:rsidRPr="001A0742" w:rsidRDefault="001E4635" w:rsidP="001E4635">
            <w:pPr>
              <w:pStyle w:val="a9"/>
              <w:rPr>
                <w:rFonts w:ascii="微軟正黑體" w:eastAsia="微軟正黑體" w:hAnsi="微軟正黑體"/>
                <w:sz w:val="21"/>
                <w:szCs w:val="21"/>
              </w:rPr>
            </w:pPr>
            <w:r w:rsidRPr="001A0742">
              <w:rPr>
                <w:rFonts w:ascii="微軟正黑體" w:eastAsia="微軟正黑體" w:hAnsi="微軟正黑體"/>
                <w:sz w:val="21"/>
                <w:szCs w:val="21"/>
              </w:rPr>
              <w:t>11</w:t>
            </w:r>
            <w:r w:rsidR="001D61F5" w:rsidRPr="001A0742">
              <w:rPr>
                <w:rFonts w:ascii="微軟正黑體" w:eastAsia="微軟正黑體" w:hAnsi="微軟正黑體" w:hint="eastAsia"/>
                <w:sz w:val="21"/>
                <w:szCs w:val="21"/>
                <w:lang w:eastAsia="zh-TW"/>
              </w:rPr>
              <w:t>6</w:t>
            </w:r>
            <w:r w:rsidRPr="001A0742">
              <w:rPr>
                <w:rFonts w:ascii="微軟正黑體" w:eastAsia="微軟正黑體" w:hAnsi="微軟正黑體"/>
                <w:sz w:val="21"/>
                <w:szCs w:val="21"/>
              </w:rPr>
              <w:t>年</w:t>
            </w:r>
            <w:r w:rsidR="001D61F5" w:rsidRPr="001A0742">
              <w:rPr>
                <w:rFonts w:ascii="微軟正黑體" w:eastAsia="微軟正黑體" w:hAnsi="微軟正黑體" w:hint="eastAsia"/>
                <w:sz w:val="21"/>
                <w:szCs w:val="21"/>
                <w:lang w:eastAsia="zh-TW"/>
              </w:rPr>
              <w:t>05</w:t>
            </w:r>
            <w:r w:rsidRPr="001A0742">
              <w:rPr>
                <w:rFonts w:ascii="微軟正黑體" w:eastAsia="微軟正黑體" w:hAnsi="微軟正黑體"/>
                <w:sz w:val="21"/>
                <w:szCs w:val="21"/>
              </w:rPr>
              <w:t>月</w:t>
            </w:r>
            <w:r w:rsidR="001D61F5" w:rsidRPr="001A0742">
              <w:rPr>
                <w:rFonts w:ascii="微軟正黑體" w:eastAsia="微軟正黑體" w:hAnsi="微軟正黑體" w:hint="eastAsia"/>
                <w:sz w:val="21"/>
                <w:szCs w:val="21"/>
                <w:lang w:eastAsia="zh-TW"/>
              </w:rPr>
              <w:t>12</w:t>
            </w:r>
            <w:r w:rsidRPr="001A0742">
              <w:rPr>
                <w:rFonts w:ascii="微軟正黑體" w:eastAsia="微軟正黑體" w:hAnsi="微軟正黑體"/>
                <w:sz w:val="21"/>
                <w:szCs w:val="21"/>
              </w:rPr>
              <w:t>日(星期</w:t>
            </w:r>
            <w:r w:rsidR="003B6272" w:rsidRPr="001A0742">
              <w:rPr>
                <w:rFonts w:ascii="微軟正黑體" w:eastAsia="微軟正黑體" w:hAnsi="微軟正黑體" w:hint="eastAsia"/>
                <w:sz w:val="21"/>
                <w:szCs w:val="21"/>
                <w:lang w:eastAsia="zh-TW"/>
              </w:rPr>
              <w:t>三</w:t>
            </w:r>
            <w:r w:rsidRPr="001A0742">
              <w:rPr>
                <w:rFonts w:ascii="微軟正黑體" w:eastAsia="微軟正黑體" w:hAnsi="微軟正黑體"/>
                <w:sz w:val="21"/>
                <w:szCs w:val="21"/>
              </w:rPr>
              <w:t>)</w:t>
            </w:r>
          </w:p>
        </w:tc>
        <w:tc>
          <w:tcPr>
            <w:tcW w:w="756" w:type="dxa"/>
            <w:vAlign w:val="center"/>
          </w:tcPr>
          <w:p w14:paraId="69F17AE7" w14:textId="319AA2A9" w:rsidR="001E4635" w:rsidRPr="00E20550" w:rsidRDefault="001E4635" w:rsidP="001E4635">
            <w:pPr>
              <w:pStyle w:val="a9"/>
              <w:rPr>
                <w:rFonts w:ascii="微軟正黑體" w:eastAsia="微軟正黑體" w:hAnsi="微軟正黑體"/>
                <w:sz w:val="16"/>
              </w:rPr>
            </w:pPr>
            <w:r w:rsidRPr="00E20550">
              <w:rPr>
                <w:rFonts w:ascii="微軟正黑體" w:eastAsia="微軟正黑體" w:hAnsi="微軟正黑體"/>
                <w:sz w:val="16"/>
              </w:rPr>
              <w:t>第</w:t>
            </w:r>
            <w:r w:rsidR="003B6272" w:rsidRPr="00E20550">
              <w:rPr>
                <w:rFonts w:ascii="微軟正黑體" w:eastAsia="微軟正黑體" w:hAnsi="微軟正黑體" w:hint="eastAsia"/>
                <w:sz w:val="16"/>
                <w:lang w:eastAsia="zh-TW"/>
              </w:rPr>
              <w:t>4</w:t>
            </w:r>
            <w:r w:rsidRPr="00E20550">
              <w:rPr>
                <w:rFonts w:ascii="微軟正黑體" w:eastAsia="微軟正黑體" w:hAnsi="微軟正黑體"/>
                <w:sz w:val="16"/>
              </w:rPr>
              <w:t>節</w:t>
            </w:r>
          </w:p>
        </w:tc>
      </w:tr>
      <w:tr w:rsidR="001E4635" w:rsidRPr="001E4635" w14:paraId="55520E29" w14:textId="77777777" w:rsidTr="006972AA">
        <w:trPr>
          <w:trHeight w:val="629"/>
          <w:jc w:val="center"/>
        </w:trPr>
        <w:tc>
          <w:tcPr>
            <w:tcW w:w="888" w:type="dxa"/>
            <w:vMerge/>
            <w:vAlign w:val="center"/>
          </w:tcPr>
          <w:p w14:paraId="0885468D" w14:textId="77777777" w:rsidR="001E4635" w:rsidRPr="001E4635" w:rsidRDefault="001E4635" w:rsidP="001E4635">
            <w:pPr>
              <w:pStyle w:val="a9"/>
            </w:pPr>
          </w:p>
        </w:tc>
        <w:tc>
          <w:tcPr>
            <w:tcW w:w="709" w:type="dxa"/>
            <w:vAlign w:val="center"/>
          </w:tcPr>
          <w:p w14:paraId="7BF035F5" w14:textId="77777777" w:rsidR="001E4635" w:rsidRPr="001E4635" w:rsidRDefault="001E4635" w:rsidP="001E4635">
            <w:pPr>
              <w:pStyle w:val="a9"/>
              <w:jc w:val="center"/>
              <w:rPr>
                <w:sz w:val="28"/>
                <w:szCs w:val="28"/>
              </w:rPr>
            </w:pPr>
            <w:r w:rsidRPr="001E4635">
              <w:rPr>
                <w:sz w:val="28"/>
                <w:szCs w:val="28"/>
              </w:rPr>
              <w:t>2</w:t>
            </w:r>
          </w:p>
        </w:tc>
        <w:tc>
          <w:tcPr>
            <w:tcW w:w="1276" w:type="dxa"/>
            <w:vAlign w:val="center"/>
          </w:tcPr>
          <w:p w14:paraId="4952F4AF" w14:textId="20AC243E" w:rsidR="001E4635" w:rsidRPr="001A0742" w:rsidRDefault="001D61F5" w:rsidP="006972AA">
            <w:pPr>
              <w:pStyle w:val="a9"/>
              <w:jc w:val="center"/>
              <w:rPr>
                <w:rFonts w:ascii="微軟正黑體" w:eastAsia="微軟正黑體" w:hAnsi="微軟正黑體"/>
                <w:b/>
                <w:bCs/>
              </w:rPr>
            </w:pPr>
            <w:r w:rsidRPr="001A0742">
              <w:rPr>
                <w:rFonts w:ascii="微軟正黑體" w:eastAsia="微軟正黑體" w:hAnsi="微軟正黑體" w:hint="eastAsia"/>
                <w:b/>
                <w:bCs/>
                <w:lang w:eastAsia="zh-TW"/>
              </w:rPr>
              <w:t>高慧君</w:t>
            </w:r>
          </w:p>
        </w:tc>
        <w:tc>
          <w:tcPr>
            <w:tcW w:w="2409" w:type="dxa"/>
            <w:vAlign w:val="center"/>
          </w:tcPr>
          <w:p w14:paraId="0E81C102" w14:textId="2C9B8238" w:rsidR="001E4635" w:rsidRPr="006972AA" w:rsidRDefault="001E4635" w:rsidP="001E4635">
            <w:pPr>
              <w:pStyle w:val="a9"/>
              <w:rPr>
                <w:rFonts w:ascii="微軟正黑體" w:eastAsia="微軟正黑體" w:hAnsi="微軟正黑體"/>
                <w:sz w:val="24"/>
                <w:szCs w:val="24"/>
                <w:lang w:eastAsia="zh-TW"/>
              </w:rPr>
            </w:pPr>
            <w:r w:rsidRPr="006972AA">
              <w:rPr>
                <w:rFonts w:ascii="Cambria Math" w:eastAsia="微軟正黑體" w:hAnsi="Cambria Math" w:cs="Cambria Math"/>
                <w:sz w:val="24"/>
                <w:szCs w:val="24"/>
                <w:lang w:eastAsia="zh-TW"/>
              </w:rPr>
              <w:t>▢</w:t>
            </w:r>
            <w:r w:rsidRPr="006972AA">
              <w:rPr>
                <w:rFonts w:ascii="微軟正黑體" w:eastAsia="微軟正黑體" w:hAnsi="微軟正黑體"/>
                <w:sz w:val="24"/>
                <w:szCs w:val="24"/>
                <w:lang w:eastAsia="zh-TW"/>
              </w:rPr>
              <w:t xml:space="preserve">校長 </w:t>
            </w:r>
            <w:r w:rsidRPr="006972AA">
              <w:rPr>
                <w:rFonts w:ascii="Cambria Math" w:eastAsia="微軟正黑體" w:hAnsi="Cambria Math" w:cs="Cambria Math"/>
                <w:sz w:val="24"/>
                <w:szCs w:val="24"/>
                <w:lang w:eastAsia="zh-TW"/>
              </w:rPr>
              <w:t>▢</w:t>
            </w:r>
            <w:r w:rsidRPr="006972AA">
              <w:rPr>
                <w:rFonts w:ascii="微軟正黑體" w:eastAsia="微軟正黑體" w:hAnsi="微軟正黑體"/>
                <w:sz w:val="24"/>
                <w:szCs w:val="24"/>
                <w:lang w:eastAsia="zh-TW"/>
              </w:rPr>
              <w:t>科任</w:t>
            </w:r>
            <w:r w:rsidR="004C79D7" w:rsidRPr="006972AA">
              <w:rPr>
                <w:rFonts w:ascii="微軟正黑體" w:eastAsia="微軟正黑體" w:hAnsi="微軟正黑體" w:hint="eastAsia"/>
                <w:sz w:val="24"/>
                <w:szCs w:val="24"/>
                <w:lang w:eastAsia="zh-TW"/>
              </w:rPr>
              <w:t xml:space="preserve"> </w:t>
            </w:r>
            <w:r w:rsidRPr="006972AA">
              <w:rPr>
                <w:rFonts w:ascii="微軟正黑體" w:eastAsia="微軟正黑體" w:hAnsi="微軟正黑體" w:hint="eastAsia"/>
                <w:sz w:val="24"/>
                <w:szCs w:val="24"/>
                <w:lang w:eastAsia="zh-TW"/>
              </w:rPr>
              <w:t>█</w:t>
            </w:r>
            <w:r w:rsidRPr="006972AA">
              <w:rPr>
                <w:rFonts w:ascii="微軟正黑體" w:eastAsia="微軟正黑體" w:hAnsi="微軟正黑體"/>
                <w:sz w:val="24"/>
                <w:szCs w:val="24"/>
                <w:lang w:eastAsia="zh-TW"/>
              </w:rPr>
              <w:t>導師</w:t>
            </w:r>
          </w:p>
        </w:tc>
        <w:tc>
          <w:tcPr>
            <w:tcW w:w="709" w:type="dxa"/>
            <w:vAlign w:val="center"/>
          </w:tcPr>
          <w:p w14:paraId="22D61EA1" w14:textId="27A4BDC7" w:rsidR="001E4635" w:rsidRPr="004C79D7" w:rsidRDefault="008C7592" w:rsidP="008C7592">
            <w:pPr>
              <w:pStyle w:val="a9"/>
              <w:jc w:val="center"/>
              <w:rPr>
                <w:rFonts w:ascii="微軟正黑體" w:eastAsia="微軟正黑體" w:hAnsi="微軟正黑體"/>
                <w:lang w:eastAsia="zh-TW"/>
              </w:rPr>
            </w:pPr>
            <w:r>
              <w:rPr>
                <w:rFonts w:ascii="微軟正黑體" w:eastAsia="微軟正黑體" w:hAnsi="微軟正黑體" w:hint="eastAsia"/>
                <w:lang w:eastAsia="zh-TW"/>
              </w:rPr>
              <w:t>2</w:t>
            </w:r>
            <w:r w:rsidR="001D61F5" w:rsidRPr="004C79D7">
              <w:rPr>
                <w:rFonts w:ascii="微軟正黑體" w:eastAsia="微軟正黑體" w:hAnsi="微軟正黑體" w:hint="eastAsia"/>
                <w:lang w:eastAsia="zh-TW"/>
              </w:rPr>
              <w:t>甲</w:t>
            </w:r>
          </w:p>
        </w:tc>
        <w:tc>
          <w:tcPr>
            <w:tcW w:w="1418" w:type="dxa"/>
            <w:vAlign w:val="center"/>
          </w:tcPr>
          <w:p w14:paraId="0B61C31C" w14:textId="141CC9D0" w:rsidR="001E4635" w:rsidRPr="006972AA" w:rsidRDefault="001D61F5" w:rsidP="006972AA">
            <w:pPr>
              <w:pStyle w:val="a9"/>
              <w:jc w:val="center"/>
              <w:rPr>
                <w:rFonts w:ascii="微軟正黑體" w:eastAsia="微軟正黑體" w:hAnsi="微軟正黑體"/>
                <w:b/>
                <w:bCs/>
                <w:sz w:val="28"/>
                <w:szCs w:val="28"/>
                <w:lang w:eastAsia="zh-TW"/>
              </w:rPr>
            </w:pPr>
            <w:r w:rsidRPr="006972AA">
              <w:rPr>
                <w:rFonts w:ascii="微軟正黑體" w:eastAsia="微軟正黑體" w:hAnsi="微軟正黑體" w:hint="eastAsia"/>
                <w:b/>
                <w:bCs/>
                <w:sz w:val="28"/>
                <w:szCs w:val="28"/>
                <w:lang w:eastAsia="zh-TW"/>
              </w:rPr>
              <w:t>數學</w:t>
            </w:r>
          </w:p>
        </w:tc>
        <w:tc>
          <w:tcPr>
            <w:tcW w:w="2732" w:type="dxa"/>
            <w:vAlign w:val="center"/>
          </w:tcPr>
          <w:p w14:paraId="4086BAA0" w14:textId="3B3FE588" w:rsidR="001E4635" w:rsidRPr="001A0742" w:rsidRDefault="001E4635" w:rsidP="001E4635">
            <w:pPr>
              <w:pStyle w:val="a9"/>
              <w:rPr>
                <w:rFonts w:ascii="微軟正黑體" w:eastAsia="微軟正黑體" w:hAnsi="微軟正黑體"/>
                <w:sz w:val="21"/>
                <w:szCs w:val="21"/>
              </w:rPr>
            </w:pPr>
            <w:r w:rsidRPr="001A0742">
              <w:rPr>
                <w:rFonts w:ascii="微軟正黑體" w:eastAsia="微軟正黑體" w:hAnsi="微軟正黑體"/>
                <w:sz w:val="21"/>
                <w:szCs w:val="21"/>
              </w:rPr>
              <w:t>11</w:t>
            </w:r>
            <w:r w:rsidR="003B6272" w:rsidRPr="001A0742">
              <w:rPr>
                <w:rFonts w:ascii="微軟正黑體" w:eastAsia="微軟正黑體" w:hAnsi="微軟正黑體" w:hint="eastAsia"/>
                <w:sz w:val="21"/>
                <w:szCs w:val="21"/>
                <w:lang w:eastAsia="zh-TW"/>
              </w:rPr>
              <w:t>6</w:t>
            </w:r>
            <w:r w:rsidRPr="001A0742">
              <w:rPr>
                <w:rFonts w:ascii="微軟正黑體" w:eastAsia="微軟正黑體" w:hAnsi="微軟正黑體"/>
                <w:sz w:val="21"/>
                <w:szCs w:val="21"/>
              </w:rPr>
              <w:t>年</w:t>
            </w:r>
            <w:r w:rsidR="003B6272" w:rsidRPr="001A0742">
              <w:rPr>
                <w:rFonts w:ascii="微軟正黑體" w:eastAsia="微軟正黑體" w:hAnsi="微軟正黑體" w:hint="eastAsia"/>
                <w:sz w:val="21"/>
                <w:szCs w:val="21"/>
                <w:lang w:eastAsia="zh-TW"/>
              </w:rPr>
              <w:t>04</w:t>
            </w:r>
            <w:r w:rsidRPr="001A0742">
              <w:rPr>
                <w:rFonts w:ascii="微軟正黑體" w:eastAsia="微軟正黑體" w:hAnsi="微軟正黑體"/>
                <w:sz w:val="21"/>
                <w:szCs w:val="21"/>
              </w:rPr>
              <w:t>月</w:t>
            </w:r>
            <w:r w:rsidR="00E20550" w:rsidRPr="001A0742">
              <w:rPr>
                <w:rFonts w:ascii="微軟正黑體" w:eastAsia="微軟正黑體" w:hAnsi="微軟正黑體" w:hint="eastAsia"/>
                <w:sz w:val="21"/>
                <w:szCs w:val="21"/>
                <w:lang w:eastAsia="zh-TW"/>
              </w:rPr>
              <w:t>22</w:t>
            </w:r>
            <w:r w:rsidRPr="001A0742">
              <w:rPr>
                <w:rFonts w:ascii="微軟正黑體" w:eastAsia="微軟正黑體" w:hAnsi="微軟正黑體"/>
                <w:sz w:val="21"/>
                <w:szCs w:val="21"/>
              </w:rPr>
              <w:t>日(星期</w:t>
            </w:r>
            <w:r w:rsidR="00E20550" w:rsidRPr="001A0742">
              <w:rPr>
                <w:rFonts w:ascii="微軟正黑體" w:eastAsia="微軟正黑體" w:hAnsi="微軟正黑體" w:hint="eastAsia"/>
                <w:sz w:val="21"/>
                <w:szCs w:val="21"/>
                <w:lang w:eastAsia="zh-TW"/>
              </w:rPr>
              <w:t>四</w:t>
            </w:r>
            <w:r w:rsidRPr="001A0742">
              <w:rPr>
                <w:rFonts w:ascii="微軟正黑體" w:eastAsia="微軟正黑體" w:hAnsi="微軟正黑體"/>
                <w:sz w:val="21"/>
                <w:szCs w:val="21"/>
              </w:rPr>
              <w:t>)</w:t>
            </w:r>
          </w:p>
        </w:tc>
        <w:tc>
          <w:tcPr>
            <w:tcW w:w="756" w:type="dxa"/>
            <w:vAlign w:val="center"/>
          </w:tcPr>
          <w:p w14:paraId="0BB26179" w14:textId="6EB99A7E" w:rsidR="001E4635" w:rsidRPr="00E20550" w:rsidRDefault="001E4635" w:rsidP="001E4635">
            <w:pPr>
              <w:pStyle w:val="a9"/>
              <w:rPr>
                <w:rFonts w:ascii="微軟正黑體" w:eastAsia="微軟正黑體" w:hAnsi="微軟正黑體"/>
                <w:sz w:val="16"/>
              </w:rPr>
            </w:pPr>
            <w:r w:rsidRPr="00E20550">
              <w:rPr>
                <w:rFonts w:ascii="微軟正黑體" w:eastAsia="微軟正黑體" w:hAnsi="微軟正黑體"/>
                <w:sz w:val="16"/>
              </w:rPr>
              <w:t>第</w:t>
            </w:r>
            <w:r w:rsidR="00E20550" w:rsidRPr="00E20550">
              <w:rPr>
                <w:rFonts w:ascii="微軟正黑體" w:eastAsia="微軟正黑體" w:hAnsi="微軟正黑體" w:hint="eastAsia"/>
                <w:sz w:val="16"/>
                <w:lang w:eastAsia="zh-TW"/>
              </w:rPr>
              <w:t>1</w:t>
            </w:r>
            <w:r w:rsidRPr="00E20550">
              <w:rPr>
                <w:rFonts w:ascii="微軟正黑體" w:eastAsia="微軟正黑體" w:hAnsi="微軟正黑體"/>
                <w:sz w:val="16"/>
              </w:rPr>
              <w:t>節</w:t>
            </w:r>
          </w:p>
        </w:tc>
      </w:tr>
      <w:tr w:rsidR="001E4635" w:rsidRPr="001E4635" w14:paraId="6B37B5ED" w14:textId="77777777" w:rsidTr="006972AA">
        <w:trPr>
          <w:trHeight w:val="629"/>
          <w:jc w:val="center"/>
        </w:trPr>
        <w:tc>
          <w:tcPr>
            <w:tcW w:w="888" w:type="dxa"/>
            <w:vMerge/>
            <w:vAlign w:val="center"/>
          </w:tcPr>
          <w:p w14:paraId="47F6255E" w14:textId="77777777" w:rsidR="001E4635" w:rsidRPr="001E4635" w:rsidRDefault="001E4635" w:rsidP="001E4635">
            <w:pPr>
              <w:pStyle w:val="a9"/>
            </w:pPr>
          </w:p>
        </w:tc>
        <w:tc>
          <w:tcPr>
            <w:tcW w:w="709" w:type="dxa"/>
            <w:vAlign w:val="center"/>
          </w:tcPr>
          <w:p w14:paraId="49046542" w14:textId="77777777" w:rsidR="001E4635" w:rsidRPr="001E4635" w:rsidRDefault="001E4635" w:rsidP="001E4635">
            <w:pPr>
              <w:pStyle w:val="a9"/>
              <w:jc w:val="center"/>
              <w:rPr>
                <w:sz w:val="28"/>
                <w:szCs w:val="28"/>
              </w:rPr>
            </w:pPr>
            <w:r w:rsidRPr="001E4635">
              <w:rPr>
                <w:sz w:val="28"/>
                <w:szCs w:val="28"/>
              </w:rPr>
              <w:t>3</w:t>
            </w:r>
          </w:p>
        </w:tc>
        <w:tc>
          <w:tcPr>
            <w:tcW w:w="1276" w:type="dxa"/>
            <w:vAlign w:val="center"/>
          </w:tcPr>
          <w:p w14:paraId="48AD7436" w14:textId="64A42A8F" w:rsidR="001E4635" w:rsidRPr="001A0742" w:rsidRDefault="001D61F5" w:rsidP="006972AA">
            <w:pPr>
              <w:pStyle w:val="a9"/>
              <w:jc w:val="center"/>
              <w:rPr>
                <w:rFonts w:ascii="微軟正黑體" w:eastAsia="微軟正黑體" w:hAnsi="微軟正黑體"/>
                <w:b/>
                <w:bCs/>
              </w:rPr>
            </w:pPr>
            <w:r w:rsidRPr="001A0742">
              <w:rPr>
                <w:rFonts w:ascii="微軟正黑體" w:eastAsia="微軟正黑體" w:hAnsi="微軟正黑體" w:hint="eastAsia"/>
                <w:b/>
                <w:bCs/>
                <w:lang w:eastAsia="zh-TW"/>
              </w:rPr>
              <w:t>莊美珍</w:t>
            </w:r>
          </w:p>
        </w:tc>
        <w:tc>
          <w:tcPr>
            <w:tcW w:w="2409" w:type="dxa"/>
            <w:vAlign w:val="center"/>
          </w:tcPr>
          <w:p w14:paraId="41501049" w14:textId="64DF78B5" w:rsidR="001E4635" w:rsidRPr="006972AA" w:rsidRDefault="001E4635" w:rsidP="001E4635">
            <w:pPr>
              <w:pStyle w:val="a9"/>
              <w:rPr>
                <w:rFonts w:ascii="微軟正黑體" w:eastAsia="微軟正黑體" w:hAnsi="微軟正黑體"/>
                <w:sz w:val="24"/>
                <w:szCs w:val="24"/>
                <w:lang w:eastAsia="zh-TW"/>
              </w:rPr>
            </w:pPr>
            <w:r w:rsidRPr="006972AA">
              <w:rPr>
                <w:rFonts w:ascii="Cambria Math" w:eastAsia="微軟正黑體" w:hAnsi="Cambria Math" w:cs="Cambria Math"/>
                <w:sz w:val="24"/>
                <w:szCs w:val="24"/>
                <w:lang w:eastAsia="zh-TW"/>
              </w:rPr>
              <w:t>▢</w:t>
            </w:r>
            <w:r w:rsidRPr="006972AA">
              <w:rPr>
                <w:rFonts w:ascii="微軟正黑體" w:eastAsia="微軟正黑體" w:hAnsi="微軟正黑體"/>
                <w:sz w:val="24"/>
                <w:szCs w:val="24"/>
                <w:lang w:eastAsia="zh-TW"/>
              </w:rPr>
              <w:t xml:space="preserve">校長 </w:t>
            </w:r>
            <w:r w:rsidRPr="006972AA">
              <w:rPr>
                <w:rFonts w:ascii="Cambria Math" w:eastAsia="微軟正黑體" w:hAnsi="Cambria Math" w:cs="Cambria Math"/>
                <w:sz w:val="24"/>
                <w:szCs w:val="24"/>
                <w:lang w:eastAsia="zh-TW"/>
              </w:rPr>
              <w:t>▢</w:t>
            </w:r>
            <w:r w:rsidRPr="006972AA">
              <w:rPr>
                <w:rFonts w:ascii="微軟正黑體" w:eastAsia="微軟正黑體" w:hAnsi="微軟正黑體"/>
                <w:sz w:val="24"/>
                <w:szCs w:val="24"/>
                <w:lang w:eastAsia="zh-TW"/>
              </w:rPr>
              <w:t>科任</w:t>
            </w:r>
            <w:r w:rsidR="004C79D7" w:rsidRPr="006972AA">
              <w:rPr>
                <w:rFonts w:ascii="微軟正黑體" w:eastAsia="微軟正黑體" w:hAnsi="微軟正黑體" w:hint="eastAsia"/>
                <w:sz w:val="24"/>
                <w:szCs w:val="24"/>
                <w:lang w:eastAsia="zh-TW"/>
              </w:rPr>
              <w:t xml:space="preserve"> </w:t>
            </w:r>
            <w:r w:rsidRPr="006972AA">
              <w:rPr>
                <w:rFonts w:ascii="微軟正黑體" w:eastAsia="微軟正黑體" w:hAnsi="微軟正黑體" w:hint="eastAsia"/>
                <w:sz w:val="24"/>
                <w:szCs w:val="24"/>
                <w:lang w:eastAsia="zh-TW"/>
              </w:rPr>
              <w:t>█</w:t>
            </w:r>
            <w:r w:rsidRPr="006972AA">
              <w:rPr>
                <w:rFonts w:ascii="微軟正黑體" w:eastAsia="微軟正黑體" w:hAnsi="微軟正黑體"/>
                <w:sz w:val="24"/>
                <w:szCs w:val="24"/>
                <w:lang w:eastAsia="zh-TW"/>
              </w:rPr>
              <w:t>導師</w:t>
            </w:r>
          </w:p>
        </w:tc>
        <w:tc>
          <w:tcPr>
            <w:tcW w:w="709" w:type="dxa"/>
            <w:vAlign w:val="center"/>
          </w:tcPr>
          <w:p w14:paraId="378DA41A" w14:textId="0ED40F5E" w:rsidR="001E4635" w:rsidRPr="004C79D7" w:rsidRDefault="008C7592" w:rsidP="008C7592">
            <w:pPr>
              <w:pStyle w:val="a9"/>
              <w:jc w:val="center"/>
              <w:rPr>
                <w:rFonts w:ascii="微軟正黑體" w:eastAsia="微軟正黑體" w:hAnsi="微軟正黑體"/>
                <w:lang w:eastAsia="zh-TW"/>
              </w:rPr>
            </w:pPr>
            <w:r>
              <w:rPr>
                <w:rFonts w:ascii="微軟正黑體" w:eastAsia="微軟正黑體" w:hAnsi="微軟正黑體" w:hint="eastAsia"/>
                <w:lang w:eastAsia="zh-TW"/>
              </w:rPr>
              <w:t>1</w:t>
            </w:r>
            <w:r w:rsidR="001D61F5" w:rsidRPr="004C79D7">
              <w:rPr>
                <w:rFonts w:ascii="微軟正黑體" w:eastAsia="微軟正黑體" w:hAnsi="微軟正黑體" w:hint="eastAsia"/>
                <w:lang w:eastAsia="zh-TW"/>
              </w:rPr>
              <w:t>甲</w:t>
            </w:r>
          </w:p>
        </w:tc>
        <w:tc>
          <w:tcPr>
            <w:tcW w:w="1418" w:type="dxa"/>
            <w:vAlign w:val="center"/>
          </w:tcPr>
          <w:p w14:paraId="4FDD3C48" w14:textId="359A0253" w:rsidR="001E4635" w:rsidRPr="006972AA" w:rsidRDefault="001D61F5" w:rsidP="006972AA">
            <w:pPr>
              <w:pStyle w:val="a9"/>
              <w:jc w:val="center"/>
              <w:rPr>
                <w:rFonts w:ascii="微軟正黑體" w:eastAsia="微軟正黑體" w:hAnsi="微軟正黑體"/>
                <w:b/>
                <w:bCs/>
                <w:sz w:val="28"/>
                <w:szCs w:val="28"/>
                <w:lang w:eastAsia="zh-TW"/>
              </w:rPr>
            </w:pPr>
            <w:r w:rsidRPr="006972AA">
              <w:rPr>
                <w:rFonts w:ascii="微軟正黑體" w:eastAsia="微軟正黑體" w:hAnsi="微軟正黑體" w:hint="eastAsia"/>
                <w:b/>
                <w:bCs/>
                <w:sz w:val="28"/>
                <w:szCs w:val="28"/>
                <w:lang w:eastAsia="zh-TW"/>
              </w:rPr>
              <w:t>國語</w:t>
            </w:r>
          </w:p>
        </w:tc>
        <w:tc>
          <w:tcPr>
            <w:tcW w:w="2732" w:type="dxa"/>
            <w:vAlign w:val="center"/>
          </w:tcPr>
          <w:p w14:paraId="755E70E4" w14:textId="1831DBF0" w:rsidR="001E4635" w:rsidRPr="001A0742" w:rsidRDefault="001E4635" w:rsidP="001E4635">
            <w:pPr>
              <w:pStyle w:val="a9"/>
              <w:rPr>
                <w:rFonts w:ascii="微軟正黑體" w:eastAsia="微軟正黑體" w:hAnsi="微軟正黑體"/>
                <w:sz w:val="21"/>
                <w:szCs w:val="21"/>
              </w:rPr>
            </w:pPr>
            <w:r w:rsidRPr="001A0742">
              <w:rPr>
                <w:rFonts w:ascii="微軟正黑體" w:eastAsia="微軟正黑體" w:hAnsi="微軟正黑體"/>
                <w:sz w:val="21"/>
                <w:szCs w:val="21"/>
              </w:rPr>
              <w:t>11</w:t>
            </w:r>
            <w:r w:rsidR="00E20550" w:rsidRPr="001A0742">
              <w:rPr>
                <w:rFonts w:ascii="微軟正黑體" w:eastAsia="微軟正黑體" w:hAnsi="微軟正黑體" w:hint="eastAsia"/>
                <w:sz w:val="21"/>
                <w:szCs w:val="21"/>
                <w:lang w:eastAsia="zh-TW"/>
              </w:rPr>
              <w:t>6</w:t>
            </w:r>
            <w:r w:rsidRPr="001A0742">
              <w:rPr>
                <w:rFonts w:ascii="微軟正黑體" w:eastAsia="微軟正黑體" w:hAnsi="微軟正黑體"/>
                <w:sz w:val="21"/>
                <w:szCs w:val="21"/>
              </w:rPr>
              <w:t>年</w:t>
            </w:r>
            <w:r w:rsidR="00E20550" w:rsidRPr="001A0742">
              <w:rPr>
                <w:rFonts w:ascii="微軟正黑體" w:eastAsia="微軟正黑體" w:hAnsi="微軟正黑體" w:hint="eastAsia"/>
                <w:sz w:val="21"/>
                <w:szCs w:val="21"/>
                <w:lang w:eastAsia="zh-TW"/>
              </w:rPr>
              <w:t>05</w:t>
            </w:r>
            <w:r w:rsidRPr="001A0742">
              <w:rPr>
                <w:rFonts w:ascii="微軟正黑體" w:eastAsia="微軟正黑體" w:hAnsi="微軟正黑體"/>
                <w:sz w:val="21"/>
                <w:szCs w:val="21"/>
              </w:rPr>
              <w:t>月</w:t>
            </w:r>
            <w:r w:rsidR="00E20550" w:rsidRPr="001A0742">
              <w:rPr>
                <w:rFonts w:ascii="微軟正黑體" w:eastAsia="微軟正黑體" w:hAnsi="微軟正黑體" w:hint="eastAsia"/>
                <w:sz w:val="21"/>
                <w:szCs w:val="21"/>
                <w:lang w:eastAsia="zh-TW"/>
              </w:rPr>
              <w:t>12</w:t>
            </w:r>
            <w:r w:rsidRPr="001A0742">
              <w:rPr>
                <w:rFonts w:ascii="微軟正黑體" w:eastAsia="微軟正黑體" w:hAnsi="微軟正黑體"/>
                <w:sz w:val="21"/>
                <w:szCs w:val="21"/>
              </w:rPr>
              <w:t>日(星期</w:t>
            </w:r>
            <w:r w:rsidR="00E20550" w:rsidRPr="001A0742">
              <w:rPr>
                <w:rFonts w:ascii="微軟正黑體" w:eastAsia="微軟正黑體" w:hAnsi="微軟正黑體" w:hint="eastAsia"/>
                <w:sz w:val="21"/>
                <w:szCs w:val="21"/>
                <w:lang w:eastAsia="zh-TW"/>
              </w:rPr>
              <w:t>三</w:t>
            </w:r>
            <w:r w:rsidRPr="001A0742">
              <w:rPr>
                <w:rFonts w:ascii="微軟正黑體" w:eastAsia="微軟正黑體" w:hAnsi="微軟正黑體"/>
                <w:sz w:val="21"/>
                <w:szCs w:val="21"/>
              </w:rPr>
              <w:t>)</w:t>
            </w:r>
          </w:p>
        </w:tc>
        <w:tc>
          <w:tcPr>
            <w:tcW w:w="756" w:type="dxa"/>
            <w:vAlign w:val="center"/>
          </w:tcPr>
          <w:p w14:paraId="431DD9C2" w14:textId="67AD62E2" w:rsidR="001E4635" w:rsidRPr="00E20550" w:rsidRDefault="001E4635" w:rsidP="001E4635">
            <w:pPr>
              <w:pStyle w:val="a9"/>
              <w:rPr>
                <w:rFonts w:ascii="微軟正黑體" w:eastAsia="微軟正黑體" w:hAnsi="微軟正黑體"/>
                <w:sz w:val="16"/>
              </w:rPr>
            </w:pPr>
            <w:r w:rsidRPr="00E20550">
              <w:rPr>
                <w:rFonts w:ascii="微軟正黑體" w:eastAsia="微軟正黑體" w:hAnsi="微軟正黑體"/>
                <w:sz w:val="16"/>
              </w:rPr>
              <w:t>第</w:t>
            </w:r>
            <w:r w:rsidR="00E20550" w:rsidRPr="00E20550">
              <w:rPr>
                <w:rFonts w:ascii="微軟正黑體" w:eastAsia="微軟正黑體" w:hAnsi="微軟正黑體" w:hint="eastAsia"/>
                <w:sz w:val="16"/>
                <w:lang w:eastAsia="zh-TW"/>
              </w:rPr>
              <w:t>3</w:t>
            </w:r>
            <w:r w:rsidRPr="00E20550">
              <w:rPr>
                <w:rFonts w:ascii="微軟正黑體" w:eastAsia="微軟正黑體" w:hAnsi="微軟正黑體"/>
                <w:sz w:val="16"/>
              </w:rPr>
              <w:t>節</w:t>
            </w:r>
          </w:p>
        </w:tc>
      </w:tr>
      <w:tr w:rsidR="00DB0039" w:rsidRPr="001E4635" w14:paraId="42F8C2E3" w14:textId="77777777" w:rsidTr="006972AA">
        <w:trPr>
          <w:trHeight w:val="629"/>
          <w:jc w:val="center"/>
        </w:trPr>
        <w:tc>
          <w:tcPr>
            <w:tcW w:w="888" w:type="dxa"/>
            <w:vMerge w:val="restart"/>
            <w:vAlign w:val="center"/>
          </w:tcPr>
          <w:p w14:paraId="534B25C1" w14:textId="77777777" w:rsidR="00DB0039" w:rsidRPr="001E4635" w:rsidRDefault="00DB0039" w:rsidP="00DB0039">
            <w:pPr>
              <w:pStyle w:val="a9"/>
            </w:pPr>
            <w:r w:rsidRPr="001E4635">
              <w:rPr>
                <w:sz w:val="18"/>
              </w:rPr>
              <w:t>第</w:t>
            </w:r>
            <w:r w:rsidRPr="001E4635">
              <w:rPr>
                <w:sz w:val="18"/>
              </w:rPr>
              <w:t>3</w:t>
            </w:r>
            <w:r w:rsidRPr="001E4635">
              <w:rPr>
                <w:sz w:val="18"/>
              </w:rPr>
              <w:t>組</w:t>
            </w:r>
          </w:p>
        </w:tc>
        <w:tc>
          <w:tcPr>
            <w:tcW w:w="709" w:type="dxa"/>
            <w:vAlign w:val="center"/>
          </w:tcPr>
          <w:p w14:paraId="04F4433F" w14:textId="77777777" w:rsidR="00DB0039" w:rsidRPr="001E4635" w:rsidRDefault="00DB0039" w:rsidP="00DB0039">
            <w:pPr>
              <w:pStyle w:val="a9"/>
              <w:jc w:val="center"/>
              <w:rPr>
                <w:sz w:val="28"/>
                <w:szCs w:val="28"/>
              </w:rPr>
            </w:pPr>
            <w:r w:rsidRPr="001E4635">
              <w:rPr>
                <w:sz w:val="28"/>
                <w:szCs w:val="28"/>
              </w:rPr>
              <w:t>1</w:t>
            </w:r>
          </w:p>
        </w:tc>
        <w:tc>
          <w:tcPr>
            <w:tcW w:w="1276" w:type="dxa"/>
            <w:vAlign w:val="center"/>
          </w:tcPr>
          <w:p w14:paraId="29C46B1B" w14:textId="7F4097F1" w:rsidR="00DB0039" w:rsidRPr="001A0742" w:rsidRDefault="00DB0039" w:rsidP="00DB0039">
            <w:pPr>
              <w:pStyle w:val="a9"/>
              <w:jc w:val="center"/>
              <w:rPr>
                <w:rFonts w:ascii="微軟正黑體" w:eastAsia="微軟正黑體" w:hAnsi="微軟正黑體"/>
                <w:b/>
                <w:bCs/>
              </w:rPr>
            </w:pPr>
            <w:r w:rsidRPr="001A0742">
              <w:rPr>
                <w:rFonts w:ascii="微軟正黑體" w:eastAsia="微軟正黑體" w:hAnsi="微軟正黑體" w:hint="eastAsia"/>
                <w:b/>
                <w:bCs/>
                <w:lang w:eastAsia="zh-TW"/>
              </w:rPr>
              <w:t>蘇慧玲</w:t>
            </w:r>
          </w:p>
        </w:tc>
        <w:tc>
          <w:tcPr>
            <w:tcW w:w="2409" w:type="dxa"/>
            <w:vAlign w:val="center"/>
          </w:tcPr>
          <w:p w14:paraId="6F4DAC85" w14:textId="6C2693D7" w:rsidR="00DB0039" w:rsidRPr="006972AA" w:rsidRDefault="00DB0039" w:rsidP="00DB0039">
            <w:pPr>
              <w:pStyle w:val="a9"/>
              <w:rPr>
                <w:rFonts w:ascii="微軟正黑體" w:eastAsia="微軟正黑體" w:hAnsi="微軟正黑體"/>
                <w:sz w:val="24"/>
                <w:szCs w:val="24"/>
                <w:lang w:eastAsia="zh-TW"/>
              </w:rPr>
            </w:pPr>
            <w:r w:rsidRPr="006972AA">
              <w:rPr>
                <w:rFonts w:ascii="Cambria Math" w:eastAsia="微軟正黑體" w:hAnsi="Cambria Math" w:cs="Cambria Math"/>
                <w:sz w:val="24"/>
                <w:szCs w:val="24"/>
                <w:lang w:eastAsia="zh-TW"/>
              </w:rPr>
              <w:t>▢</w:t>
            </w:r>
            <w:r w:rsidRPr="006972AA">
              <w:rPr>
                <w:rFonts w:ascii="微軟正黑體" w:eastAsia="微軟正黑體" w:hAnsi="微軟正黑體"/>
                <w:sz w:val="24"/>
                <w:szCs w:val="24"/>
                <w:lang w:eastAsia="zh-TW"/>
              </w:rPr>
              <w:t xml:space="preserve">校長 </w:t>
            </w:r>
            <w:r w:rsidRPr="006972AA">
              <w:rPr>
                <w:rFonts w:ascii="Cambria Math" w:eastAsia="微軟正黑體" w:hAnsi="Cambria Math" w:cs="Cambria Math"/>
                <w:sz w:val="24"/>
                <w:szCs w:val="24"/>
                <w:lang w:eastAsia="zh-TW"/>
              </w:rPr>
              <w:t>▢</w:t>
            </w:r>
            <w:r w:rsidRPr="006972AA">
              <w:rPr>
                <w:rFonts w:ascii="微軟正黑體" w:eastAsia="微軟正黑體" w:hAnsi="微軟正黑體"/>
                <w:sz w:val="24"/>
                <w:szCs w:val="24"/>
                <w:lang w:eastAsia="zh-TW"/>
              </w:rPr>
              <w:t>科任</w:t>
            </w:r>
            <w:r w:rsidRPr="006972AA">
              <w:rPr>
                <w:rFonts w:ascii="微軟正黑體" w:eastAsia="微軟正黑體" w:hAnsi="微軟正黑體" w:hint="eastAsia"/>
                <w:sz w:val="24"/>
                <w:szCs w:val="24"/>
                <w:lang w:eastAsia="zh-TW"/>
              </w:rPr>
              <w:t xml:space="preserve"> █</w:t>
            </w:r>
            <w:r w:rsidRPr="006972AA">
              <w:rPr>
                <w:rFonts w:ascii="微軟正黑體" w:eastAsia="微軟正黑體" w:hAnsi="微軟正黑體"/>
                <w:sz w:val="24"/>
                <w:szCs w:val="24"/>
                <w:lang w:eastAsia="zh-TW"/>
              </w:rPr>
              <w:t>導師</w:t>
            </w:r>
          </w:p>
        </w:tc>
        <w:tc>
          <w:tcPr>
            <w:tcW w:w="709" w:type="dxa"/>
            <w:vAlign w:val="center"/>
          </w:tcPr>
          <w:p w14:paraId="11E04F9F" w14:textId="0CF8CC3C" w:rsidR="00DB0039" w:rsidRPr="004C79D7" w:rsidRDefault="00DB0039" w:rsidP="00DB0039">
            <w:pPr>
              <w:pStyle w:val="a9"/>
              <w:jc w:val="center"/>
              <w:rPr>
                <w:rFonts w:ascii="微軟正黑體" w:eastAsia="微軟正黑體" w:hAnsi="微軟正黑體"/>
                <w:lang w:eastAsia="zh-TW"/>
              </w:rPr>
            </w:pPr>
            <w:r>
              <w:rPr>
                <w:rFonts w:ascii="微軟正黑體" w:eastAsia="微軟正黑體" w:hAnsi="微軟正黑體" w:hint="eastAsia"/>
                <w:lang w:eastAsia="zh-TW"/>
              </w:rPr>
              <w:t>5甲</w:t>
            </w:r>
          </w:p>
        </w:tc>
        <w:tc>
          <w:tcPr>
            <w:tcW w:w="1418" w:type="dxa"/>
            <w:vAlign w:val="center"/>
          </w:tcPr>
          <w:p w14:paraId="655B506A" w14:textId="2DA62281" w:rsidR="00DB0039" w:rsidRPr="006972AA" w:rsidRDefault="00DB0039" w:rsidP="00DB0039">
            <w:pPr>
              <w:pStyle w:val="a9"/>
              <w:jc w:val="center"/>
              <w:rPr>
                <w:rFonts w:ascii="微軟正黑體" w:eastAsia="微軟正黑體" w:hAnsi="微軟正黑體"/>
                <w:b/>
                <w:bCs/>
                <w:sz w:val="28"/>
                <w:szCs w:val="28"/>
                <w:lang w:eastAsia="zh-TW"/>
              </w:rPr>
            </w:pPr>
            <w:r w:rsidRPr="006972AA">
              <w:rPr>
                <w:rFonts w:ascii="微軟正黑體" w:eastAsia="微軟正黑體" w:hAnsi="微軟正黑體" w:hint="eastAsia"/>
                <w:b/>
                <w:bCs/>
                <w:sz w:val="28"/>
                <w:szCs w:val="28"/>
                <w:lang w:eastAsia="zh-TW"/>
              </w:rPr>
              <w:t>數學</w:t>
            </w:r>
          </w:p>
        </w:tc>
        <w:tc>
          <w:tcPr>
            <w:tcW w:w="2732" w:type="dxa"/>
            <w:vAlign w:val="center"/>
          </w:tcPr>
          <w:p w14:paraId="7B28E18C" w14:textId="5988C056" w:rsidR="00DB0039" w:rsidRPr="001A0742" w:rsidRDefault="00DB0039" w:rsidP="00DB0039">
            <w:pPr>
              <w:pStyle w:val="a9"/>
              <w:rPr>
                <w:rFonts w:ascii="微軟正黑體" w:eastAsia="微軟正黑體" w:hAnsi="微軟正黑體"/>
                <w:sz w:val="21"/>
                <w:szCs w:val="21"/>
              </w:rPr>
            </w:pPr>
            <w:r w:rsidRPr="001A0742">
              <w:rPr>
                <w:rFonts w:ascii="微軟正黑體" w:eastAsia="微軟正黑體" w:hAnsi="微軟正黑體"/>
                <w:sz w:val="21"/>
                <w:szCs w:val="21"/>
              </w:rPr>
              <w:t>11</w:t>
            </w:r>
            <w:r w:rsidR="00004715" w:rsidRPr="001A0742">
              <w:rPr>
                <w:rFonts w:ascii="微軟正黑體" w:eastAsia="微軟正黑體" w:hAnsi="微軟正黑體" w:hint="eastAsia"/>
                <w:sz w:val="21"/>
                <w:szCs w:val="21"/>
                <w:lang w:eastAsia="zh-TW"/>
              </w:rPr>
              <w:t>6</w:t>
            </w:r>
            <w:r w:rsidRPr="001A0742">
              <w:rPr>
                <w:rFonts w:ascii="微軟正黑體" w:eastAsia="微軟正黑體" w:hAnsi="微軟正黑體"/>
                <w:sz w:val="21"/>
                <w:szCs w:val="21"/>
              </w:rPr>
              <w:t>年</w:t>
            </w:r>
            <w:r w:rsidRPr="001A0742">
              <w:rPr>
                <w:rFonts w:ascii="微軟正黑體" w:eastAsia="微軟正黑體" w:hAnsi="微軟正黑體" w:hint="eastAsia"/>
                <w:sz w:val="21"/>
                <w:szCs w:val="21"/>
                <w:lang w:eastAsia="zh-TW"/>
              </w:rPr>
              <w:t>03</w:t>
            </w:r>
            <w:r w:rsidRPr="001A0742">
              <w:rPr>
                <w:rFonts w:ascii="微軟正黑體" w:eastAsia="微軟正黑體" w:hAnsi="微軟正黑體"/>
                <w:sz w:val="21"/>
                <w:szCs w:val="21"/>
              </w:rPr>
              <w:t>月</w:t>
            </w:r>
            <w:r w:rsidRPr="001A0742">
              <w:rPr>
                <w:rFonts w:ascii="微軟正黑體" w:eastAsia="微軟正黑體" w:hAnsi="微軟正黑體" w:hint="eastAsia"/>
                <w:sz w:val="21"/>
                <w:szCs w:val="21"/>
                <w:lang w:eastAsia="zh-TW"/>
              </w:rPr>
              <w:t>25</w:t>
            </w:r>
            <w:r w:rsidRPr="001A0742">
              <w:rPr>
                <w:rFonts w:ascii="微軟正黑體" w:eastAsia="微軟正黑體" w:hAnsi="微軟正黑體"/>
                <w:sz w:val="21"/>
                <w:szCs w:val="21"/>
              </w:rPr>
              <w:t>日(星期</w:t>
            </w:r>
            <w:r w:rsidRPr="001A0742">
              <w:rPr>
                <w:rFonts w:ascii="微軟正黑體" w:eastAsia="微軟正黑體" w:hAnsi="微軟正黑體" w:hint="eastAsia"/>
                <w:sz w:val="21"/>
                <w:szCs w:val="21"/>
                <w:lang w:eastAsia="zh-TW"/>
              </w:rPr>
              <w:t>四</w:t>
            </w:r>
            <w:r w:rsidRPr="001A0742">
              <w:rPr>
                <w:rFonts w:ascii="微軟正黑體" w:eastAsia="微軟正黑體" w:hAnsi="微軟正黑體"/>
                <w:sz w:val="21"/>
                <w:szCs w:val="21"/>
              </w:rPr>
              <w:t>)</w:t>
            </w:r>
          </w:p>
        </w:tc>
        <w:tc>
          <w:tcPr>
            <w:tcW w:w="756" w:type="dxa"/>
            <w:vAlign w:val="center"/>
          </w:tcPr>
          <w:p w14:paraId="6A61BF67" w14:textId="4CEA433B" w:rsidR="00DB0039" w:rsidRPr="00E20550" w:rsidRDefault="00DB0039" w:rsidP="00DB0039">
            <w:pPr>
              <w:pStyle w:val="a9"/>
              <w:rPr>
                <w:rFonts w:ascii="微軟正黑體" w:eastAsia="微軟正黑體" w:hAnsi="微軟正黑體"/>
                <w:sz w:val="16"/>
              </w:rPr>
            </w:pPr>
            <w:r w:rsidRPr="00E20550">
              <w:rPr>
                <w:rFonts w:ascii="微軟正黑體" w:eastAsia="微軟正黑體" w:hAnsi="微軟正黑體"/>
                <w:sz w:val="16"/>
              </w:rPr>
              <w:t>第</w:t>
            </w:r>
            <w:r>
              <w:rPr>
                <w:rFonts w:ascii="微軟正黑體" w:eastAsia="微軟正黑體" w:hAnsi="微軟正黑體" w:hint="eastAsia"/>
                <w:sz w:val="16"/>
                <w:lang w:eastAsia="zh-TW"/>
              </w:rPr>
              <w:t>2</w:t>
            </w:r>
            <w:r w:rsidRPr="00E20550">
              <w:rPr>
                <w:rFonts w:ascii="微軟正黑體" w:eastAsia="微軟正黑體" w:hAnsi="微軟正黑體"/>
                <w:sz w:val="16"/>
              </w:rPr>
              <w:t>節</w:t>
            </w:r>
          </w:p>
        </w:tc>
      </w:tr>
      <w:tr w:rsidR="001E4635" w:rsidRPr="001E4635" w14:paraId="1F72D87B" w14:textId="77777777" w:rsidTr="006972AA">
        <w:trPr>
          <w:trHeight w:val="629"/>
          <w:jc w:val="center"/>
        </w:trPr>
        <w:tc>
          <w:tcPr>
            <w:tcW w:w="888" w:type="dxa"/>
            <w:vMerge/>
            <w:vAlign w:val="center"/>
          </w:tcPr>
          <w:p w14:paraId="5C594A97" w14:textId="77777777" w:rsidR="001E4635" w:rsidRPr="001E4635" w:rsidRDefault="001E4635" w:rsidP="001E4635">
            <w:pPr>
              <w:pStyle w:val="a9"/>
            </w:pPr>
          </w:p>
        </w:tc>
        <w:tc>
          <w:tcPr>
            <w:tcW w:w="709" w:type="dxa"/>
            <w:vAlign w:val="center"/>
          </w:tcPr>
          <w:p w14:paraId="688F71AC" w14:textId="77777777" w:rsidR="001E4635" w:rsidRPr="001E4635" w:rsidRDefault="001E4635" w:rsidP="001E4635">
            <w:pPr>
              <w:pStyle w:val="a9"/>
              <w:jc w:val="center"/>
              <w:rPr>
                <w:sz w:val="28"/>
                <w:szCs w:val="28"/>
              </w:rPr>
            </w:pPr>
            <w:r w:rsidRPr="001E4635">
              <w:rPr>
                <w:sz w:val="28"/>
                <w:szCs w:val="28"/>
              </w:rPr>
              <w:t>2</w:t>
            </w:r>
          </w:p>
        </w:tc>
        <w:tc>
          <w:tcPr>
            <w:tcW w:w="1276" w:type="dxa"/>
            <w:vAlign w:val="center"/>
          </w:tcPr>
          <w:p w14:paraId="6208C61F" w14:textId="5A17AA91" w:rsidR="001E4635" w:rsidRPr="001A0742" w:rsidRDefault="00546F82" w:rsidP="006972AA">
            <w:pPr>
              <w:pStyle w:val="a9"/>
              <w:jc w:val="center"/>
              <w:rPr>
                <w:rFonts w:ascii="微軟正黑體" w:eastAsia="微軟正黑體" w:hAnsi="微軟正黑體"/>
                <w:b/>
                <w:bCs/>
              </w:rPr>
            </w:pPr>
            <w:r w:rsidRPr="001A0742">
              <w:rPr>
                <w:rFonts w:ascii="微軟正黑體" w:eastAsia="微軟正黑體" w:hAnsi="微軟正黑體" w:hint="eastAsia"/>
                <w:b/>
                <w:bCs/>
                <w:lang w:eastAsia="zh-TW"/>
              </w:rPr>
              <w:t>郭忠誠</w:t>
            </w:r>
          </w:p>
        </w:tc>
        <w:tc>
          <w:tcPr>
            <w:tcW w:w="2409" w:type="dxa"/>
            <w:vAlign w:val="center"/>
          </w:tcPr>
          <w:p w14:paraId="05A59005" w14:textId="00F41C07" w:rsidR="001E4635" w:rsidRPr="006972AA" w:rsidRDefault="00546F82" w:rsidP="001E4635">
            <w:pPr>
              <w:pStyle w:val="a9"/>
              <w:rPr>
                <w:rFonts w:ascii="微軟正黑體" w:eastAsia="微軟正黑體" w:hAnsi="微軟正黑體"/>
                <w:sz w:val="24"/>
                <w:szCs w:val="24"/>
                <w:lang w:eastAsia="zh-TW"/>
              </w:rPr>
            </w:pPr>
            <w:r w:rsidRPr="006972AA">
              <w:rPr>
                <w:rFonts w:ascii="Cambria Math" w:eastAsia="微軟正黑體" w:hAnsi="Cambria Math" w:cs="Cambria Math"/>
                <w:sz w:val="24"/>
                <w:szCs w:val="24"/>
                <w:lang w:eastAsia="zh-TW"/>
              </w:rPr>
              <w:t>▢</w:t>
            </w:r>
            <w:r w:rsidRPr="006972AA">
              <w:rPr>
                <w:rFonts w:ascii="微軟正黑體" w:eastAsia="微軟正黑體" w:hAnsi="微軟正黑體"/>
                <w:sz w:val="24"/>
                <w:szCs w:val="24"/>
                <w:lang w:eastAsia="zh-TW"/>
              </w:rPr>
              <w:t>校長</w:t>
            </w:r>
            <w:r w:rsidRPr="006972AA">
              <w:rPr>
                <w:rFonts w:ascii="微軟正黑體" w:eastAsia="微軟正黑體" w:hAnsi="微軟正黑體" w:hint="eastAsia"/>
                <w:sz w:val="24"/>
                <w:szCs w:val="24"/>
                <w:lang w:eastAsia="zh-TW"/>
              </w:rPr>
              <w:t xml:space="preserve"> █</w:t>
            </w:r>
            <w:r w:rsidRPr="006972AA">
              <w:rPr>
                <w:rFonts w:ascii="微軟正黑體" w:eastAsia="微軟正黑體" w:hAnsi="微軟正黑體"/>
                <w:sz w:val="24"/>
                <w:szCs w:val="24"/>
                <w:lang w:eastAsia="zh-TW"/>
              </w:rPr>
              <w:t>科任</w:t>
            </w:r>
            <w:r w:rsidRPr="006972AA">
              <w:rPr>
                <w:rFonts w:ascii="微軟正黑體" w:eastAsia="微軟正黑體" w:hAnsi="微軟正黑體" w:hint="eastAsia"/>
                <w:sz w:val="24"/>
                <w:szCs w:val="24"/>
                <w:lang w:eastAsia="zh-TW"/>
              </w:rPr>
              <w:t xml:space="preserve"> </w:t>
            </w:r>
            <w:r w:rsidRPr="006972AA">
              <w:rPr>
                <w:rFonts w:ascii="Cambria Math" w:eastAsia="微軟正黑體" w:hAnsi="Cambria Math" w:cs="Cambria Math"/>
                <w:sz w:val="24"/>
                <w:szCs w:val="24"/>
                <w:lang w:eastAsia="zh-TW"/>
              </w:rPr>
              <w:t>▢</w:t>
            </w:r>
            <w:r w:rsidRPr="006972AA">
              <w:rPr>
                <w:rFonts w:ascii="微軟正黑體" w:eastAsia="微軟正黑體" w:hAnsi="微軟正黑體"/>
                <w:sz w:val="24"/>
                <w:szCs w:val="24"/>
                <w:lang w:eastAsia="zh-TW"/>
              </w:rPr>
              <w:t>導師</w:t>
            </w:r>
          </w:p>
        </w:tc>
        <w:tc>
          <w:tcPr>
            <w:tcW w:w="709" w:type="dxa"/>
            <w:vAlign w:val="center"/>
          </w:tcPr>
          <w:p w14:paraId="3B92D3DA" w14:textId="70159CF9" w:rsidR="001E4635" w:rsidRPr="004C79D7" w:rsidRDefault="008C7592" w:rsidP="008C7592">
            <w:pPr>
              <w:pStyle w:val="a9"/>
              <w:jc w:val="center"/>
              <w:rPr>
                <w:rFonts w:ascii="微軟正黑體" w:eastAsia="微軟正黑體" w:hAnsi="微軟正黑體"/>
                <w:lang w:eastAsia="zh-TW"/>
              </w:rPr>
            </w:pPr>
            <w:r>
              <w:rPr>
                <w:rFonts w:ascii="微軟正黑體" w:eastAsia="微軟正黑體" w:hAnsi="微軟正黑體" w:hint="eastAsia"/>
                <w:lang w:eastAsia="zh-TW"/>
              </w:rPr>
              <w:t>6</w:t>
            </w:r>
            <w:r w:rsidR="00546F82">
              <w:rPr>
                <w:rFonts w:ascii="微軟正黑體" w:eastAsia="微軟正黑體" w:hAnsi="微軟正黑體" w:hint="eastAsia"/>
                <w:lang w:eastAsia="zh-TW"/>
              </w:rPr>
              <w:t>甲</w:t>
            </w:r>
          </w:p>
        </w:tc>
        <w:tc>
          <w:tcPr>
            <w:tcW w:w="1418" w:type="dxa"/>
            <w:vAlign w:val="center"/>
          </w:tcPr>
          <w:p w14:paraId="0AD62957" w14:textId="1EB03D20" w:rsidR="001E4635" w:rsidRPr="006972AA" w:rsidRDefault="00546F82" w:rsidP="006972AA">
            <w:pPr>
              <w:pStyle w:val="a9"/>
              <w:jc w:val="center"/>
              <w:rPr>
                <w:rFonts w:ascii="微軟正黑體" w:eastAsia="微軟正黑體" w:hAnsi="微軟正黑體"/>
                <w:b/>
                <w:bCs/>
                <w:sz w:val="28"/>
                <w:szCs w:val="28"/>
                <w:lang w:eastAsia="zh-TW"/>
              </w:rPr>
            </w:pPr>
            <w:r w:rsidRPr="006972AA">
              <w:rPr>
                <w:rFonts w:ascii="微軟正黑體" w:eastAsia="微軟正黑體" w:hAnsi="微軟正黑體" w:hint="eastAsia"/>
                <w:b/>
                <w:bCs/>
                <w:sz w:val="28"/>
                <w:szCs w:val="28"/>
                <w:lang w:eastAsia="zh-TW"/>
              </w:rPr>
              <w:t>議題</w:t>
            </w:r>
          </w:p>
        </w:tc>
        <w:tc>
          <w:tcPr>
            <w:tcW w:w="2732" w:type="dxa"/>
            <w:vAlign w:val="center"/>
          </w:tcPr>
          <w:p w14:paraId="54FCAB99" w14:textId="0C7EC095" w:rsidR="001E4635" w:rsidRPr="001A0742" w:rsidRDefault="001E4635" w:rsidP="001E4635">
            <w:pPr>
              <w:pStyle w:val="a9"/>
              <w:rPr>
                <w:rFonts w:ascii="微軟正黑體" w:eastAsia="微軟正黑體" w:hAnsi="微軟正黑體"/>
                <w:sz w:val="21"/>
                <w:szCs w:val="21"/>
              </w:rPr>
            </w:pPr>
            <w:r w:rsidRPr="001A0742">
              <w:rPr>
                <w:rFonts w:ascii="微軟正黑體" w:eastAsia="微軟正黑體" w:hAnsi="微軟正黑體"/>
                <w:sz w:val="21"/>
                <w:szCs w:val="21"/>
              </w:rPr>
              <w:t>11</w:t>
            </w:r>
            <w:r w:rsidR="00004715" w:rsidRPr="001A0742">
              <w:rPr>
                <w:rFonts w:ascii="微軟正黑體" w:eastAsia="微軟正黑體" w:hAnsi="微軟正黑體" w:hint="eastAsia"/>
                <w:sz w:val="21"/>
                <w:szCs w:val="21"/>
                <w:lang w:eastAsia="zh-TW"/>
              </w:rPr>
              <w:t>6</w:t>
            </w:r>
            <w:r w:rsidRPr="001A0742">
              <w:rPr>
                <w:rFonts w:ascii="微軟正黑體" w:eastAsia="微軟正黑體" w:hAnsi="微軟正黑體"/>
                <w:sz w:val="21"/>
                <w:szCs w:val="21"/>
              </w:rPr>
              <w:t>年</w:t>
            </w:r>
            <w:r w:rsidR="00004715" w:rsidRPr="001A0742">
              <w:rPr>
                <w:rFonts w:ascii="微軟正黑體" w:eastAsia="微軟正黑體" w:hAnsi="微軟正黑體" w:hint="eastAsia"/>
                <w:sz w:val="21"/>
                <w:szCs w:val="21"/>
                <w:lang w:eastAsia="zh-TW"/>
              </w:rPr>
              <w:t>04</w:t>
            </w:r>
            <w:r w:rsidRPr="001A0742">
              <w:rPr>
                <w:rFonts w:ascii="微軟正黑體" w:eastAsia="微軟正黑體" w:hAnsi="微軟正黑體"/>
                <w:sz w:val="21"/>
                <w:szCs w:val="21"/>
              </w:rPr>
              <w:t>月</w:t>
            </w:r>
            <w:r w:rsidR="00004715" w:rsidRPr="001A0742">
              <w:rPr>
                <w:rFonts w:ascii="微軟正黑體" w:eastAsia="微軟正黑體" w:hAnsi="微軟正黑體" w:hint="eastAsia"/>
                <w:sz w:val="21"/>
                <w:szCs w:val="21"/>
                <w:lang w:eastAsia="zh-TW"/>
              </w:rPr>
              <w:t>20</w:t>
            </w:r>
            <w:r w:rsidRPr="001A0742">
              <w:rPr>
                <w:rFonts w:ascii="微軟正黑體" w:eastAsia="微軟正黑體" w:hAnsi="微軟正黑體"/>
                <w:sz w:val="21"/>
                <w:szCs w:val="21"/>
              </w:rPr>
              <w:t>日(星期</w:t>
            </w:r>
            <w:r w:rsidR="00004715" w:rsidRPr="001A0742">
              <w:rPr>
                <w:rFonts w:ascii="微軟正黑體" w:eastAsia="微軟正黑體" w:hAnsi="微軟正黑體" w:hint="eastAsia"/>
                <w:sz w:val="21"/>
                <w:szCs w:val="21"/>
                <w:lang w:eastAsia="zh-TW"/>
              </w:rPr>
              <w:t>一</w:t>
            </w:r>
            <w:r w:rsidRPr="001A0742">
              <w:rPr>
                <w:rFonts w:ascii="微軟正黑體" w:eastAsia="微軟正黑體" w:hAnsi="微軟正黑體"/>
                <w:sz w:val="21"/>
                <w:szCs w:val="21"/>
              </w:rPr>
              <w:t>)</w:t>
            </w:r>
          </w:p>
        </w:tc>
        <w:tc>
          <w:tcPr>
            <w:tcW w:w="756" w:type="dxa"/>
            <w:vAlign w:val="center"/>
          </w:tcPr>
          <w:p w14:paraId="7C4FE0DF" w14:textId="4B914979" w:rsidR="001E4635" w:rsidRPr="00E20550" w:rsidRDefault="001E4635" w:rsidP="001E4635">
            <w:pPr>
              <w:pStyle w:val="a9"/>
              <w:rPr>
                <w:rFonts w:ascii="微軟正黑體" w:eastAsia="微軟正黑體" w:hAnsi="微軟正黑體"/>
                <w:sz w:val="16"/>
              </w:rPr>
            </w:pPr>
            <w:r w:rsidRPr="00E20550">
              <w:rPr>
                <w:rFonts w:ascii="微軟正黑體" w:eastAsia="微軟正黑體" w:hAnsi="微軟正黑體"/>
                <w:sz w:val="16"/>
              </w:rPr>
              <w:t>第</w:t>
            </w:r>
            <w:r w:rsidR="00004715">
              <w:rPr>
                <w:rFonts w:ascii="微軟正黑體" w:eastAsia="微軟正黑體" w:hAnsi="微軟正黑體" w:hint="eastAsia"/>
                <w:sz w:val="16"/>
                <w:lang w:eastAsia="zh-TW"/>
              </w:rPr>
              <w:t>6</w:t>
            </w:r>
            <w:r w:rsidRPr="00E20550">
              <w:rPr>
                <w:rFonts w:ascii="微軟正黑體" w:eastAsia="微軟正黑體" w:hAnsi="微軟正黑體"/>
                <w:sz w:val="16"/>
              </w:rPr>
              <w:t>節</w:t>
            </w:r>
          </w:p>
        </w:tc>
      </w:tr>
      <w:tr w:rsidR="001E4635" w:rsidRPr="001E4635" w14:paraId="3CF66A76" w14:textId="77777777" w:rsidTr="006972AA">
        <w:trPr>
          <w:trHeight w:val="629"/>
          <w:jc w:val="center"/>
        </w:trPr>
        <w:tc>
          <w:tcPr>
            <w:tcW w:w="888" w:type="dxa"/>
            <w:vMerge/>
            <w:vAlign w:val="center"/>
          </w:tcPr>
          <w:p w14:paraId="13E797C4" w14:textId="77777777" w:rsidR="001E4635" w:rsidRPr="001E4635" w:rsidRDefault="001E4635" w:rsidP="001E4635">
            <w:pPr>
              <w:pStyle w:val="a9"/>
            </w:pPr>
          </w:p>
        </w:tc>
        <w:tc>
          <w:tcPr>
            <w:tcW w:w="709" w:type="dxa"/>
            <w:vAlign w:val="center"/>
          </w:tcPr>
          <w:p w14:paraId="36B5ECB5" w14:textId="77777777" w:rsidR="001E4635" w:rsidRPr="001E4635" w:rsidRDefault="001E4635" w:rsidP="001E4635">
            <w:pPr>
              <w:pStyle w:val="a9"/>
              <w:jc w:val="center"/>
              <w:rPr>
                <w:sz w:val="28"/>
                <w:szCs w:val="28"/>
              </w:rPr>
            </w:pPr>
            <w:r w:rsidRPr="001E4635">
              <w:rPr>
                <w:sz w:val="28"/>
                <w:szCs w:val="28"/>
              </w:rPr>
              <w:t>3</w:t>
            </w:r>
          </w:p>
        </w:tc>
        <w:tc>
          <w:tcPr>
            <w:tcW w:w="1276" w:type="dxa"/>
            <w:vAlign w:val="center"/>
          </w:tcPr>
          <w:p w14:paraId="7C469F90" w14:textId="580342D8" w:rsidR="001E4635" w:rsidRPr="001A0742" w:rsidRDefault="00546F82" w:rsidP="006972AA">
            <w:pPr>
              <w:pStyle w:val="a9"/>
              <w:jc w:val="center"/>
              <w:rPr>
                <w:rFonts w:ascii="微軟正黑體" w:eastAsia="微軟正黑體" w:hAnsi="微軟正黑體"/>
                <w:b/>
                <w:bCs/>
                <w:lang w:eastAsia="zh-TW"/>
              </w:rPr>
            </w:pPr>
            <w:r w:rsidRPr="001A0742">
              <w:rPr>
                <w:rFonts w:ascii="微軟正黑體" w:eastAsia="微軟正黑體" w:hAnsi="微軟正黑體" w:hint="eastAsia"/>
                <w:b/>
                <w:bCs/>
                <w:lang w:eastAsia="zh-TW"/>
              </w:rPr>
              <w:t>呂慧敏</w:t>
            </w:r>
          </w:p>
        </w:tc>
        <w:tc>
          <w:tcPr>
            <w:tcW w:w="2409" w:type="dxa"/>
            <w:vAlign w:val="center"/>
          </w:tcPr>
          <w:p w14:paraId="3C643FEA" w14:textId="796F423E" w:rsidR="001E4635" w:rsidRPr="006972AA" w:rsidRDefault="001E4635" w:rsidP="001E4635">
            <w:pPr>
              <w:pStyle w:val="a9"/>
              <w:rPr>
                <w:rFonts w:ascii="微軟正黑體" w:eastAsia="微軟正黑體" w:hAnsi="微軟正黑體"/>
                <w:sz w:val="24"/>
                <w:szCs w:val="24"/>
                <w:lang w:eastAsia="zh-TW"/>
              </w:rPr>
            </w:pPr>
            <w:r w:rsidRPr="006972AA">
              <w:rPr>
                <w:rFonts w:ascii="Cambria Math" w:eastAsia="微軟正黑體" w:hAnsi="Cambria Math" w:cs="Cambria Math"/>
                <w:sz w:val="24"/>
                <w:szCs w:val="24"/>
                <w:lang w:eastAsia="zh-TW"/>
              </w:rPr>
              <w:t>▢</w:t>
            </w:r>
            <w:r w:rsidRPr="006972AA">
              <w:rPr>
                <w:rFonts w:ascii="微軟正黑體" w:eastAsia="微軟正黑體" w:hAnsi="微軟正黑體"/>
                <w:sz w:val="24"/>
                <w:szCs w:val="24"/>
                <w:lang w:eastAsia="zh-TW"/>
              </w:rPr>
              <w:t xml:space="preserve">校長 </w:t>
            </w:r>
            <w:r w:rsidR="005D3223" w:rsidRPr="006972AA">
              <w:rPr>
                <w:rFonts w:ascii="微軟正黑體" w:eastAsia="微軟正黑體" w:hAnsi="微軟正黑體" w:hint="eastAsia"/>
                <w:sz w:val="24"/>
                <w:szCs w:val="24"/>
                <w:lang w:eastAsia="zh-TW"/>
              </w:rPr>
              <w:t>█</w:t>
            </w:r>
            <w:r w:rsidRPr="006972AA">
              <w:rPr>
                <w:rFonts w:ascii="微軟正黑體" w:eastAsia="微軟正黑體" w:hAnsi="微軟正黑體"/>
                <w:sz w:val="24"/>
                <w:szCs w:val="24"/>
                <w:lang w:eastAsia="zh-TW"/>
              </w:rPr>
              <w:t>科任</w:t>
            </w:r>
            <w:r w:rsidR="004C79D7" w:rsidRPr="006972AA">
              <w:rPr>
                <w:rFonts w:ascii="微軟正黑體" w:eastAsia="微軟正黑體" w:hAnsi="微軟正黑體" w:hint="eastAsia"/>
                <w:sz w:val="24"/>
                <w:szCs w:val="24"/>
                <w:lang w:eastAsia="zh-TW"/>
              </w:rPr>
              <w:t xml:space="preserve"> </w:t>
            </w:r>
            <w:r w:rsidR="005D3223" w:rsidRPr="006972AA">
              <w:rPr>
                <w:rFonts w:ascii="Cambria Math" w:eastAsia="微軟正黑體" w:hAnsi="Cambria Math" w:cs="Cambria Math"/>
                <w:sz w:val="24"/>
                <w:szCs w:val="24"/>
                <w:lang w:eastAsia="zh-TW"/>
              </w:rPr>
              <w:t>▢</w:t>
            </w:r>
            <w:r w:rsidRPr="006972AA">
              <w:rPr>
                <w:rFonts w:ascii="微軟正黑體" w:eastAsia="微軟正黑體" w:hAnsi="微軟正黑體"/>
                <w:sz w:val="24"/>
                <w:szCs w:val="24"/>
                <w:lang w:eastAsia="zh-TW"/>
              </w:rPr>
              <w:t>導師</w:t>
            </w:r>
          </w:p>
        </w:tc>
        <w:tc>
          <w:tcPr>
            <w:tcW w:w="709" w:type="dxa"/>
            <w:vAlign w:val="center"/>
          </w:tcPr>
          <w:p w14:paraId="6CF4BD5C" w14:textId="49D31AC9" w:rsidR="001E4635" w:rsidRPr="004C79D7" w:rsidRDefault="008C7592" w:rsidP="008C7592">
            <w:pPr>
              <w:pStyle w:val="a9"/>
              <w:jc w:val="center"/>
              <w:rPr>
                <w:rFonts w:ascii="微軟正黑體" w:eastAsia="微軟正黑體" w:hAnsi="微軟正黑體"/>
                <w:lang w:eastAsia="zh-TW"/>
              </w:rPr>
            </w:pPr>
            <w:r>
              <w:rPr>
                <w:rFonts w:ascii="微軟正黑體" w:eastAsia="微軟正黑體" w:hAnsi="微軟正黑體" w:hint="eastAsia"/>
                <w:lang w:eastAsia="zh-TW"/>
              </w:rPr>
              <w:t>6</w:t>
            </w:r>
            <w:r w:rsidR="00546F82">
              <w:rPr>
                <w:rFonts w:ascii="微軟正黑體" w:eastAsia="微軟正黑體" w:hAnsi="微軟正黑體" w:hint="eastAsia"/>
                <w:lang w:eastAsia="zh-TW"/>
              </w:rPr>
              <w:t>甲</w:t>
            </w:r>
          </w:p>
        </w:tc>
        <w:tc>
          <w:tcPr>
            <w:tcW w:w="1418" w:type="dxa"/>
            <w:vAlign w:val="center"/>
          </w:tcPr>
          <w:p w14:paraId="04116BF6" w14:textId="15410B14" w:rsidR="001E4635" w:rsidRPr="006972AA" w:rsidRDefault="00546F82" w:rsidP="006972AA">
            <w:pPr>
              <w:pStyle w:val="a9"/>
              <w:jc w:val="center"/>
              <w:rPr>
                <w:rFonts w:ascii="微軟正黑體" w:eastAsia="微軟正黑體" w:hAnsi="微軟正黑體"/>
                <w:b/>
                <w:bCs/>
                <w:sz w:val="28"/>
                <w:szCs w:val="28"/>
                <w:lang w:eastAsia="zh-TW"/>
              </w:rPr>
            </w:pPr>
            <w:r w:rsidRPr="006972AA">
              <w:rPr>
                <w:rFonts w:ascii="微軟正黑體" w:eastAsia="微軟正黑體" w:hAnsi="微軟正黑體" w:hint="eastAsia"/>
                <w:b/>
                <w:bCs/>
                <w:sz w:val="28"/>
                <w:szCs w:val="28"/>
                <w:lang w:eastAsia="zh-TW"/>
              </w:rPr>
              <w:t>閱讀</w:t>
            </w:r>
          </w:p>
        </w:tc>
        <w:tc>
          <w:tcPr>
            <w:tcW w:w="2732" w:type="dxa"/>
            <w:vAlign w:val="center"/>
          </w:tcPr>
          <w:p w14:paraId="2B676175" w14:textId="213997D9" w:rsidR="001E4635" w:rsidRPr="001A0742" w:rsidRDefault="001E4635" w:rsidP="001E4635">
            <w:pPr>
              <w:pStyle w:val="a9"/>
              <w:rPr>
                <w:rFonts w:ascii="微軟正黑體" w:eastAsia="微軟正黑體" w:hAnsi="微軟正黑體"/>
                <w:sz w:val="21"/>
                <w:szCs w:val="21"/>
              </w:rPr>
            </w:pPr>
            <w:r w:rsidRPr="001A0742">
              <w:rPr>
                <w:rFonts w:ascii="微軟正黑體" w:eastAsia="微軟正黑體" w:hAnsi="微軟正黑體"/>
                <w:sz w:val="21"/>
                <w:szCs w:val="21"/>
              </w:rPr>
              <w:t>115年</w:t>
            </w:r>
            <w:r w:rsidR="005D3223" w:rsidRPr="001A0742">
              <w:rPr>
                <w:rFonts w:ascii="微軟正黑體" w:eastAsia="微軟正黑體" w:hAnsi="微軟正黑體"/>
                <w:sz w:val="21"/>
                <w:szCs w:val="21"/>
              </w:rPr>
              <w:t>11月26日(星期</w:t>
            </w:r>
            <w:r w:rsidR="005D3223" w:rsidRPr="001A0742">
              <w:rPr>
                <w:rFonts w:ascii="微軟正黑體" w:eastAsia="微軟正黑體" w:hAnsi="微軟正黑體" w:hint="eastAsia"/>
                <w:sz w:val="21"/>
                <w:szCs w:val="21"/>
                <w:lang w:eastAsia="zh-TW"/>
              </w:rPr>
              <w:t>四</w:t>
            </w:r>
            <w:r w:rsidR="005D3223" w:rsidRPr="001A0742">
              <w:rPr>
                <w:rFonts w:ascii="微軟正黑體" w:eastAsia="微軟正黑體" w:hAnsi="微軟正黑體"/>
                <w:sz w:val="21"/>
                <w:szCs w:val="21"/>
              </w:rPr>
              <w:t>)</w:t>
            </w:r>
          </w:p>
        </w:tc>
        <w:tc>
          <w:tcPr>
            <w:tcW w:w="756" w:type="dxa"/>
            <w:vAlign w:val="center"/>
          </w:tcPr>
          <w:p w14:paraId="38129BF9" w14:textId="767F98BC" w:rsidR="001E4635" w:rsidRPr="00E20550" w:rsidRDefault="001E4635" w:rsidP="001E4635">
            <w:pPr>
              <w:pStyle w:val="a9"/>
              <w:rPr>
                <w:rFonts w:ascii="微軟正黑體" w:eastAsia="微軟正黑體" w:hAnsi="微軟正黑體"/>
                <w:sz w:val="16"/>
              </w:rPr>
            </w:pPr>
            <w:r w:rsidRPr="00E20550">
              <w:rPr>
                <w:rFonts w:ascii="微軟正黑體" w:eastAsia="微軟正黑體" w:hAnsi="微軟正黑體"/>
                <w:sz w:val="16"/>
              </w:rPr>
              <w:t>第</w:t>
            </w:r>
            <w:r w:rsidR="005D3223">
              <w:rPr>
                <w:rFonts w:ascii="微軟正黑體" w:eastAsia="微軟正黑體" w:hAnsi="微軟正黑體"/>
                <w:sz w:val="16"/>
              </w:rPr>
              <w:t>2</w:t>
            </w:r>
            <w:r w:rsidRPr="00E20550">
              <w:rPr>
                <w:rFonts w:ascii="微軟正黑體" w:eastAsia="微軟正黑體" w:hAnsi="微軟正黑體"/>
                <w:sz w:val="16"/>
              </w:rPr>
              <w:t>節</w:t>
            </w:r>
          </w:p>
        </w:tc>
      </w:tr>
      <w:tr w:rsidR="001E4635" w:rsidRPr="001E4635" w14:paraId="29C088A8" w14:textId="77777777" w:rsidTr="006972AA">
        <w:trPr>
          <w:trHeight w:val="629"/>
          <w:jc w:val="center"/>
        </w:trPr>
        <w:tc>
          <w:tcPr>
            <w:tcW w:w="888" w:type="dxa"/>
            <w:vMerge w:val="restart"/>
            <w:vAlign w:val="center"/>
          </w:tcPr>
          <w:p w14:paraId="545F03E3" w14:textId="77777777" w:rsidR="001E4635" w:rsidRPr="001E4635" w:rsidRDefault="001E4635" w:rsidP="001E4635">
            <w:pPr>
              <w:pStyle w:val="a9"/>
            </w:pPr>
            <w:r w:rsidRPr="001E4635">
              <w:rPr>
                <w:sz w:val="18"/>
              </w:rPr>
              <w:t>第</w:t>
            </w:r>
            <w:r w:rsidRPr="001E4635">
              <w:rPr>
                <w:sz w:val="18"/>
              </w:rPr>
              <w:t>4</w:t>
            </w:r>
            <w:r w:rsidRPr="001E4635">
              <w:rPr>
                <w:sz w:val="18"/>
              </w:rPr>
              <w:t>組</w:t>
            </w:r>
          </w:p>
        </w:tc>
        <w:tc>
          <w:tcPr>
            <w:tcW w:w="709" w:type="dxa"/>
            <w:vAlign w:val="center"/>
          </w:tcPr>
          <w:p w14:paraId="5C24FF31" w14:textId="77777777" w:rsidR="001E4635" w:rsidRPr="001E4635" w:rsidRDefault="001E4635" w:rsidP="001E4635">
            <w:pPr>
              <w:pStyle w:val="a9"/>
              <w:jc w:val="center"/>
              <w:rPr>
                <w:sz w:val="28"/>
                <w:szCs w:val="28"/>
              </w:rPr>
            </w:pPr>
            <w:r w:rsidRPr="001E4635">
              <w:rPr>
                <w:sz w:val="28"/>
                <w:szCs w:val="28"/>
              </w:rPr>
              <w:t>1</w:t>
            </w:r>
          </w:p>
        </w:tc>
        <w:tc>
          <w:tcPr>
            <w:tcW w:w="1276" w:type="dxa"/>
            <w:vAlign w:val="center"/>
          </w:tcPr>
          <w:p w14:paraId="125EF1F1" w14:textId="0A9FCB56" w:rsidR="001E4635" w:rsidRPr="001A0742" w:rsidRDefault="00546F82" w:rsidP="006972AA">
            <w:pPr>
              <w:pStyle w:val="a9"/>
              <w:jc w:val="center"/>
              <w:rPr>
                <w:rFonts w:ascii="微軟正黑體" w:eastAsia="微軟正黑體" w:hAnsi="微軟正黑體"/>
                <w:b/>
                <w:bCs/>
                <w:lang w:eastAsia="zh-TW"/>
              </w:rPr>
            </w:pPr>
            <w:r w:rsidRPr="001A0742">
              <w:rPr>
                <w:rFonts w:ascii="微軟正黑體" w:eastAsia="微軟正黑體" w:hAnsi="微軟正黑體" w:hint="eastAsia"/>
                <w:b/>
                <w:bCs/>
                <w:lang w:eastAsia="zh-TW"/>
              </w:rPr>
              <w:t>周淑琴</w:t>
            </w:r>
          </w:p>
        </w:tc>
        <w:tc>
          <w:tcPr>
            <w:tcW w:w="2409" w:type="dxa"/>
            <w:vAlign w:val="center"/>
          </w:tcPr>
          <w:p w14:paraId="5F7456AF" w14:textId="0D0233A7" w:rsidR="001E4635" w:rsidRPr="006972AA" w:rsidRDefault="00546F82" w:rsidP="001E4635">
            <w:pPr>
              <w:pStyle w:val="a9"/>
              <w:rPr>
                <w:rFonts w:ascii="微軟正黑體" w:eastAsia="微軟正黑體" w:hAnsi="微軟正黑體"/>
                <w:sz w:val="24"/>
                <w:szCs w:val="24"/>
                <w:lang w:eastAsia="zh-TW"/>
              </w:rPr>
            </w:pPr>
            <w:r w:rsidRPr="006972AA">
              <w:rPr>
                <w:rFonts w:ascii="微軟正黑體" w:eastAsia="微軟正黑體" w:hAnsi="微軟正黑體" w:hint="eastAsia"/>
                <w:sz w:val="24"/>
                <w:szCs w:val="24"/>
                <w:lang w:eastAsia="zh-TW"/>
              </w:rPr>
              <w:t>█</w:t>
            </w:r>
            <w:r w:rsidR="001E4635" w:rsidRPr="006972AA">
              <w:rPr>
                <w:rFonts w:ascii="微軟正黑體" w:eastAsia="微軟正黑體" w:hAnsi="微軟正黑體"/>
                <w:sz w:val="24"/>
                <w:szCs w:val="24"/>
                <w:lang w:eastAsia="zh-TW"/>
              </w:rPr>
              <w:t xml:space="preserve">校長 </w:t>
            </w:r>
            <w:r w:rsidR="001E4635" w:rsidRPr="006972AA">
              <w:rPr>
                <w:rFonts w:ascii="Cambria Math" w:eastAsia="微軟正黑體" w:hAnsi="Cambria Math" w:cs="Cambria Math"/>
                <w:sz w:val="24"/>
                <w:szCs w:val="24"/>
                <w:lang w:eastAsia="zh-TW"/>
              </w:rPr>
              <w:t>▢</w:t>
            </w:r>
            <w:r w:rsidR="001E4635" w:rsidRPr="006972AA">
              <w:rPr>
                <w:rFonts w:ascii="微軟正黑體" w:eastAsia="微軟正黑體" w:hAnsi="微軟正黑體"/>
                <w:sz w:val="24"/>
                <w:szCs w:val="24"/>
                <w:lang w:eastAsia="zh-TW"/>
              </w:rPr>
              <w:t>科任</w:t>
            </w:r>
            <w:r w:rsidR="004C79D7" w:rsidRPr="006972AA">
              <w:rPr>
                <w:rFonts w:ascii="微軟正黑體" w:eastAsia="微軟正黑體" w:hAnsi="微軟正黑體" w:hint="eastAsia"/>
                <w:sz w:val="24"/>
                <w:szCs w:val="24"/>
                <w:lang w:eastAsia="zh-TW"/>
              </w:rPr>
              <w:t xml:space="preserve"> </w:t>
            </w:r>
            <w:r w:rsidRPr="006972AA">
              <w:rPr>
                <w:rFonts w:ascii="Cambria Math" w:eastAsia="微軟正黑體" w:hAnsi="Cambria Math" w:cs="Cambria Math"/>
                <w:sz w:val="24"/>
                <w:szCs w:val="24"/>
                <w:lang w:eastAsia="zh-TW"/>
              </w:rPr>
              <w:t>▢</w:t>
            </w:r>
            <w:r w:rsidR="001E4635" w:rsidRPr="006972AA">
              <w:rPr>
                <w:rFonts w:ascii="微軟正黑體" w:eastAsia="微軟正黑體" w:hAnsi="微軟正黑體"/>
                <w:sz w:val="24"/>
                <w:szCs w:val="24"/>
                <w:lang w:eastAsia="zh-TW"/>
              </w:rPr>
              <w:t>導師</w:t>
            </w:r>
          </w:p>
        </w:tc>
        <w:tc>
          <w:tcPr>
            <w:tcW w:w="709" w:type="dxa"/>
            <w:vAlign w:val="center"/>
          </w:tcPr>
          <w:p w14:paraId="0D2E50E4" w14:textId="1029BB81" w:rsidR="001E4635" w:rsidRPr="004C79D7" w:rsidRDefault="008C7592" w:rsidP="008C7592">
            <w:pPr>
              <w:pStyle w:val="a9"/>
              <w:jc w:val="center"/>
              <w:rPr>
                <w:rFonts w:ascii="微軟正黑體" w:eastAsia="微軟正黑體" w:hAnsi="微軟正黑體"/>
                <w:lang w:eastAsia="zh-TW"/>
              </w:rPr>
            </w:pPr>
            <w:r>
              <w:rPr>
                <w:rFonts w:ascii="微軟正黑體" w:eastAsia="微軟正黑體" w:hAnsi="微軟正黑體" w:hint="eastAsia"/>
                <w:lang w:eastAsia="zh-TW"/>
              </w:rPr>
              <w:t>6</w:t>
            </w:r>
            <w:r w:rsidR="00546F82">
              <w:rPr>
                <w:rFonts w:ascii="微軟正黑體" w:eastAsia="微軟正黑體" w:hAnsi="微軟正黑體" w:hint="eastAsia"/>
                <w:lang w:eastAsia="zh-TW"/>
              </w:rPr>
              <w:t>甲</w:t>
            </w:r>
          </w:p>
        </w:tc>
        <w:tc>
          <w:tcPr>
            <w:tcW w:w="1418" w:type="dxa"/>
            <w:vAlign w:val="center"/>
          </w:tcPr>
          <w:p w14:paraId="44E20216" w14:textId="7857FCB4" w:rsidR="001E4635" w:rsidRPr="006972AA" w:rsidRDefault="00546F82" w:rsidP="006972AA">
            <w:pPr>
              <w:pStyle w:val="a9"/>
              <w:jc w:val="center"/>
              <w:rPr>
                <w:rFonts w:ascii="微軟正黑體" w:eastAsia="微軟正黑體" w:hAnsi="微軟正黑體"/>
                <w:b/>
                <w:bCs/>
                <w:sz w:val="28"/>
                <w:szCs w:val="28"/>
                <w:lang w:eastAsia="zh-TW"/>
              </w:rPr>
            </w:pPr>
            <w:r w:rsidRPr="006972AA">
              <w:rPr>
                <w:rFonts w:ascii="微軟正黑體" w:eastAsia="微軟正黑體" w:hAnsi="微軟正黑體" w:hint="eastAsia"/>
                <w:b/>
                <w:bCs/>
                <w:sz w:val="28"/>
                <w:szCs w:val="28"/>
                <w:lang w:eastAsia="zh-TW"/>
              </w:rPr>
              <w:t>議題</w:t>
            </w:r>
          </w:p>
        </w:tc>
        <w:tc>
          <w:tcPr>
            <w:tcW w:w="2732" w:type="dxa"/>
            <w:vAlign w:val="center"/>
          </w:tcPr>
          <w:p w14:paraId="2D76D5DE" w14:textId="3DEBA91D" w:rsidR="001E4635" w:rsidRPr="001A0742" w:rsidRDefault="001E4635" w:rsidP="001E4635">
            <w:pPr>
              <w:pStyle w:val="a9"/>
              <w:rPr>
                <w:rFonts w:ascii="微軟正黑體" w:eastAsia="微軟正黑體" w:hAnsi="微軟正黑體"/>
                <w:sz w:val="21"/>
                <w:szCs w:val="21"/>
              </w:rPr>
            </w:pPr>
            <w:r w:rsidRPr="001A0742">
              <w:rPr>
                <w:rFonts w:ascii="微軟正黑體" w:eastAsia="微軟正黑體" w:hAnsi="微軟正黑體"/>
                <w:sz w:val="21"/>
                <w:szCs w:val="21"/>
              </w:rPr>
              <w:t>11</w:t>
            </w:r>
            <w:r w:rsidR="006972AA" w:rsidRPr="001A0742">
              <w:rPr>
                <w:rFonts w:ascii="微軟正黑體" w:eastAsia="微軟正黑體" w:hAnsi="微軟正黑體" w:hint="eastAsia"/>
                <w:sz w:val="21"/>
                <w:szCs w:val="21"/>
                <w:lang w:eastAsia="zh-TW"/>
              </w:rPr>
              <w:t>6</w:t>
            </w:r>
            <w:r w:rsidRPr="001A0742">
              <w:rPr>
                <w:rFonts w:ascii="微軟正黑體" w:eastAsia="微軟正黑體" w:hAnsi="微軟正黑體"/>
                <w:sz w:val="21"/>
                <w:szCs w:val="21"/>
              </w:rPr>
              <w:t>年</w:t>
            </w:r>
            <w:r w:rsidR="001A0742" w:rsidRPr="001A0742">
              <w:rPr>
                <w:rFonts w:ascii="微軟正黑體" w:eastAsia="微軟正黑體" w:hAnsi="微軟正黑體" w:hint="eastAsia"/>
                <w:sz w:val="21"/>
                <w:szCs w:val="21"/>
                <w:lang w:eastAsia="zh-TW"/>
              </w:rPr>
              <w:t>0</w:t>
            </w:r>
            <w:r w:rsidR="006972AA" w:rsidRPr="001A0742">
              <w:rPr>
                <w:rFonts w:ascii="微軟正黑體" w:eastAsia="微軟正黑體" w:hAnsi="微軟正黑體" w:hint="eastAsia"/>
                <w:sz w:val="21"/>
                <w:szCs w:val="21"/>
                <w:lang w:eastAsia="zh-TW"/>
              </w:rPr>
              <w:t>4</w:t>
            </w:r>
            <w:r w:rsidRPr="001A0742">
              <w:rPr>
                <w:rFonts w:ascii="微軟正黑體" w:eastAsia="微軟正黑體" w:hAnsi="微軟正黑體"/>
                <w:sz w:val="21"/>
                <w:szCs w:val="21"/>
              </w:rPr>
              <w:t>月</w:t>
            </w:r>
            <w:r w:rsidR="006972AA" w:rsidRPr="001A0742">
              <w:rPr>
                <w:rFonts w:ascii="微軟正黑體" w:eastAsia="微軟正黑體" w:hAnsi="微軟正黑體" w:hint="eastAsia"/>
                <w:sz w:val="21"/>
                <w:szCs w:val="21"/>
                <w:lang w:eastAsia="zh-TW"/>
              </w:rPr>
              <w:t>12</w:t>
            </w:r>
            <w:r w:rsidRPr="001A0742">
              <w:rPr>
                <w:rFonts w:ascii="微軟正黑體" w:eastAsia="微軟正黑體" w:hAnsi="微軟正黑體"/>
                <w:sz w:val="21"/>
                <w:szCs w:val="21"/>
              </w:rPr>
              <w:t>日(星期</w:t>
            </w:r>
            <w:r w:rsidR="006972AA" w:rsidRPr="001A0742">
              <w:rPr>
                <w:rFonts w:ascii="微軟正黑體" w:eastAsia="微軟正黑體" w:hAnsi="微軟正黑體" w:hint="eastAsia"/>
                <w:sz w:val="21"/>
                <w:szCs w:val="21"/>
                <w:lang w:eastAsia="zh-TW"/>
              </w:rPr>
              <w:t>一</w:t>
            </w:r>
            <w:r w:rsidRPr="001A0742">
              <w:rPr>
                <w:rFonts w:ascii="微軟正黑體" w:eastAsia="微軟正黑體" w:hAnsi="微軟正黑體"/>
                <w:sz w:val="21"/>
                <w:szCs w:val="21"/>
              </w:rPr>
              <w:t>)</w:t>
            </w:r>
          </w:p>
        </w:tc>
        <w:tc>
          <w:tcPr>
            <w:tcW w:w="756" w:type="dxa"/>
            <w:vAlign w:val="center"/>
          </w:tcPr>
          <w:p w14:paraId="42F77140" w14:textId="07310A88" w:rsidR="001E4635" w:rsidRPr="00E20550" w:rsidRDefault="001E4635" w:rsidP="001E4635">
            <w:pPr>
              <w:pStyle w:val="a9"/>
              <w:rPr>
                <w:rFonts w:ascii="微軟正黑體" w:eastAsia="微軟正黑體" w:hAnsi="微軟正黑體"/>
                <w:sz w:val="16"/>
              </w:rPr>
            </w:pPr>
            <w:r w:rsidRPr="00E20550">
              <w:rPr>
                <w:rFonts w:ascii="微軟正黑體" w:eastAsia="微軟正黑體" w:hAnsi="微軟正黑體"/>
                <w:sz w:val="16"/>
              </w:rPr>
              <w:t>第</w:t>
            </w:r>
            <w:r w:rsidR="006972AA">
              <w:rPr>
                <w:rFonts w:ascii="微軟正黑體" w:eastAsia="微軟正黑體" w:hAnsi="微軟正黑體" w:hint="eastAsia"/>
                <w:sz w:val="16"/>
                <w:lang w:eastAsia="zh-TW"/>
              </w:rPr>
              <w:t>6</w:t>
            </w:r>
            <w:r w:rsidRPr="00E20550">
              <w:rPr>
                <w:rFonts w:ascii="微軟正黑體" w:eastAsia="微軟正黑體" w:hAnsi="微軟正黑體"/>
                <w:sz w:val="16"/>
              </w:rPr>
              <w:t>節</w:t>
            </w:r>
          </w:p>
        </w:tc>
      </w:tr>
      <w:tr w:rsidR="001E4635" w:rsidRPr="001E4635" w14:paraId="7FAC6FD8" w14:textId="77777777" w:rsidTr="006972AA">
        <w:trPr>
          <w:trHeight w:val="629"/>
          <w:jc w:val="center"/>
        </w:trPr>
        <w:tc>
          <w:tcPr>
            <w:tcW w:w="888" w:type="dxa"/>
            <w:vMerge/>
            <w:vAlign w:val="center"/>
          </w:tcPr>
          <w:p w14:paraId="5A4757CB" w14:textId="77777777" w:rsidR="001E4635" w:rsidRPr="001E4635" w:rsidRDefault="001E4635" w:rsidP="001E4635">
            <w:pPr>
              <w:pStyle w:val="a9"/>
            </w:pPr>
          </w:p>
        </w:tc>
        <w:tc>
          <w:tcPr>
            <w:tcW w:w="709" w:type="dxa"/>
            <w:vAlign w:val="center"/>
          </w:tcPr>
          <w:p w14:paraId="7DFFDA83" w14:textId="77777777" w:rsidR="001E4635" w:rsidRPr="001E4635" w:rsidRDefault="001E4635" w:rsidP="001E4635">
            <w:pPr>
              <w:pStyle w:val="a9"/>
              <w:jc w:val="center"/>
              <w:rPr>
                <w:sz w:val="28"/>
                <w:szCs w:val="28"/>
              </w:rPr>
            </w:pPr>
            <w:r w:rsidRPr="001E4635">
              <w:rPr>
                <w:sz w:val="28"/>
                <w:szCs w:val="28"/>
              </w:rPr>
              <w:t>2</w:t>
            </w:r>
          </w:p>
        </w:tc>
        <w:tc>
          <w:tcPr>
            <w:tcW w:w="1276" w:type="dxa"/>
            <w:vAlign w:val="center"/>
          </w:tcPr>
          <w:p w14:paraId="5B6ED6A3" w14:textId="78A98CD0" w:rsidR="001E4635" w:rsidRPr="001A0742" w:rsidRDefault="00546F82" w:rsidP="006972AA">
            <w:pPr>
              <w:pStyle w:val="a9"/>
              <w:jc w:val="center"/>
              <w:rPr>
                <w:rFonts w:ascii="微軟正黑體" w:eastAsia="微軟正黑體" w:hAnsi="微軟正黑體"/>
                <w:b/>
                <w:bCs/>
              </w:rPr>
            </w:pPr>
            <w:r w:rsidRPr="001A0742">
              <w:rPr>
                <w:rFonts w:ascii="微軟正黑體" w:eastAsia="微軟正黑體" w:hAnsi="微軟正黑體" w:hint="eastAsia"/>
                <w:b/>
                <w:bCs/>
                <w:lang w:eastAsia="zh-TW"/>
              </w:rPr>
              <w:t>高偉光</w:t>
            </w:r>
          </w:p>
        </w:tc>
        <w:tc>
          <w:tcPr>
            <w:tcW w:w="2409" w:type="dxa"/>
            <w:vAlign w:val="center"/>
          </w:tcPr>
          <w:p w14:paraId="462D1F94" w14:textId="11F3CAA1" w:rsidR="001E4635" w:rsidRPr="006972AA" w:rsidRDefault="001E4635" w:rsidP="001E4635">
            <w:pPr>
              <w:pStyle w:val="a9"/>
              <w:rPr>
                <w:rFonts w:ascii="微軟正黑體" w:eastAsia="微軟正黑體" w:hAnsi="微軟正黑體"/>
                <w:sz w:val="24"/>
                <w:szCs w:val="24"/>
                <w:lang w:eastAsia="zh-TW"/>
              </w:rPr>
            </w:pPr>
            <w:r w:rsidRPr="006972AA">
              <w:rPr>
                <w:rFonts w:ascii="Cambria Math" w:eastAsia="微軟正黑體" w:hAnsi="Cambria Math" w:cs="Cambria Math"/>
                <w:sz w:val="24"/>
                <w:szCs w:val="24"/>
                <w:lang w:eastAsia="zh-TW"/>
              </w:rPr>
              <w:t>▢</w:t>
            </w:r>
            <w:r w:rsidRPr="006972AA">
              <w:rPr>
                <w:rFonts w:ascii="微軟正黑體" w:eastAsia="微軟正黑體" w:hAnsi="微軟正黑體"/>
                <w:sz w:val="24"/>
                <w:szCs w:val="24"/>
                <w:lang w:eastAsia="zh-TW"/>
              </w:rPr>
              <w:t xml:space="preserve">校長 </w:t>
            </w:r>
            <w:r w:rsidR="00546F82" w:rsidRPr="006972AA">
              <w:rPr>
                <w:rFonts w:ascii="微軟正黑體" w:eastAsia="微軟正黑體" w:hAnsi="微軟正黑體" w:hint="eastAsia"/>
                <w:sz w:val="24"/>
                <w:szCs w:val="24"/>
                <w:lang w:eastAsia="zh-TW"/>
              </w:rPr>
              <w:t>█</w:t>
            </w:r>
            <w:r w:rsidRPr="006972AA">
              <w:rPr>
                <w:rFonts w:ascii="微軟正黑體" w:eastAsia="微軟正黑體" w:hAnsi="微軟正黑體"/>
                <w:sz w:val="24"/>
                <w:szCs w:val="24"/>
                <w:lang w:eastAsia="zh-TW"/>
              </w:rPr>
              <w:t>科任</w:t>
            </w:r>
            <w:r w:rsidR="004C79D7" w:rsidRPr="006972AA">
              <w:rPr>
                <w:rFonts w:ascii="微軟正黑體" w:eastAsia="微軟正黑體" w:hAnsi="微軟正黑體" w:hint="eastAsia"/>
                <w:sz w:val="24"/>
                <w:szCs w:val="24"/>
                <w:lang w:eastAsia="zh-TW"/>
              </w:rPr>
              <w:t xml:space="preserve"> </w:t>
            </w:r>
            <w:r w:rsidR="00546F82" w:rsidRPr="006972AA">
              <w:rPr>
                <w:rFonts w:ascii="Cambria Math" w:eastAsia="微軟正黑體" w:hAnsi="Cambria Math" w:cs="Cambria Math"/>
                <w:sz w:val="24"/>
                <w:szCs w:val="24"/>
                <w:lang w:eastAsia="zh-TW"/>
              </w:rPr>
              <w:t>▢</w:t>
            </w:r>
            <w:r w:rsidRPr="006972AA">
              <w:rPr>
                <w:rFonts w:ascii="微軟正黑體" w:eastAsia="微軟正黑體" w:hAnsi="微軟正黑體"/>
                <w:sz w:val="24"/>
                <w:szCs w:val="24"/>
                <w:lang w:eastAsia="zh-TW"/>
              </w:rPr>
              <w:t>導師</w:t>
            </w:r>
          </w:p>
        </w:tc>
        <w:tc>
          <w:tcPr>
            <w:tcW w:w="709" w:type="dxa"/>
            <w:vAlign w:val="center"/>
          </w:tcPr>
          <w:p w14:paraId="4C214DFA" w14:textId="5114649C" w:rsidR="001E4635" w:rsidRPr="004C79D7" w:rsidRDefault="006972AA" w:rsidP="008C7592">
            <w:pPr>
              <w:pStyle w:val="a9"/>
              <w:jc w:val="center"/>
              <w:rPr>
                <w:rFonts w:ascii="微軟正黑體" w:eastAsia="微軟正黑體" w:hAnsi="微軟正黑體"/>
                <w:lang w:eastAsia="zh-TW"/>
              </w:rPr>
            </w:pPr>
            <w:r>
              <w:rPr>
                <w:rFonts w:ascii="微軟正黑體" w:eastAsia="微軟正黑體" w:hAnsi="微軟正黑體" w:hint="eastAsia"/>
                <w:lang w:eastAsia="zh-TW"/>
              </w:rPr>
              <w:t>5甲</w:t>
            </w:r>
          </w:p>
        </w:tc>
        <w:tc>
          <w:tcPr>
            <w:tcW w:w="1418" w:type="dxa"/>
            <w:vAlign w:val="center"/>
          </w:tcPr>
          <w:p w14:paraId="34B94829" w14:textId="575944BC" w:rsidR="001E4635" w:rsidRPr="006972AA" w:rsidRDefault="006972AA" w:rsidP="006972AA">
            <w:pPr>
              <w:pStyle w:val="a9"/>
              <w:jc w:val="center"/>
              <w:rPr>
                <w:rFonts w:ascii="微軟正黑體" w:eastAsia="微軟正黑體" w:hAnsi="微軟正黑體"/>
                <w:b/>
                <w:bCs/>
                <w:sz w:val="28"/>
                <w:szCs w:val="28"/>
                <w:lang w:eastAsia="zh-TW"/>
              </w:rPr>
            </w:pPr>
            <w:r w:rsidRPr="006972AA">
              <w:rPr>
                <w:rFonts w:ascii="微軟正黑體" w:eastAsia="微軟正黑體" w:hAnsi="微軟正黑體" w:hint="eastAsia"/>
                <w:b/>
                <w:bCs/>
                <w:sz w:val="28"/>
                <w:szCs w:val="28"/>
                <w:lang w:eastAsia="zh-TW"/>
              </w:rPr>
              <w:t>社會</w:t>
            </w:r>
          </w:p>
        </w:tc>
        <w:tc>
          <w:tcPr>
            <w:tcW w:w="2732" w:type="dxa"/>
            <w:vAlign w:val="center"/>
          </w:tcPr>
          <w:p w14:paraId="43122CA7" w14:textId="15E41671" w:rsidR="001E4635" w:rsidRPr="001A0742" w:rsidRDefault="001E4635" w:rsidP="001E4635">
            <w:pPr>
              <w:pStyle w:val="a9"/>
              <w:rPr>
                <w:rFonts w:ascii="微軟正黑體" w:eastAsia="微軟正黑體" w:hAnsi="微軟正黑體"/>
                <w:sz w:val="21"/>
                <w:szCs w:val="21"/>
              </w:rPr>
            </w:pPr>
            <w:r w:rsidRPr="001A0742">
              <w:rPr>
                <w:rFonts w:ascii="微軟正黑體" w:eastAsia="微軟正黑體" w:hAnsi="微軟正黑體"/>
                <w:sz w:val="21"/>
                <w:szCs w:val="21"/>
              </w:rPr>
              <w:t>11</w:t>
            </w:r>
            <w:r w:rsidR="006972AA" w:rsidRPr="001A0742">
              <w:rPr>
                <w:rFonts w:ascii="微軟正黑體" w:eastAsia="微軟正黑體" w:hAnsi="微軟正黑體" w:hint="eastAsia"/>
                <w:sz w:val="21"/>
                <w:szCs w:val="21"/>
                <w:lang w:eastAsia="zh-TW"/>
              </w:rPr>
              <w:t>6</w:t>
            </w:r>
            <w:r w:rsidRPr="001A0742">
              <w:rPr>
                <w:rFonts w:ascii="微軟正黑體" w:eastAsia="微軟正黑體" w:hAnsi="微軟正黑體"/>
                <w:sz w:val="21"/>
                <w:szCs w:val="21"/>
              </w:rPr>
              <w:t>年</w:t>
            </w:r>
            <w:r w:rsidR="001A0742">
              <w:rPr>
                <w:rFonts w:ascii="微軟正黑體" w:eastAsia="微軟正黑體" w:hAnsi="微軟正黑體" w:hint="eastAsia"/>
                <w:sz w:val="21"/>
                <w:szCs w:val="21"/>
                <w:lang w:eastAsia="zh-TW"/>
              </w:rPr>
              <w:t>0</w:t>
            </w:r>
            <w:r w:rsidR="006972AA" w:rsidRPr="001A0742">
              <w:rPr>
                <w:rFonts w:ascii="微軟正黑體" w:eastAsia="微軟正黑體" w:hAnsi="微軟正黑體" w:hint="eastAsia"/>
                <w:sz w:val="21"/>
                <w:szCs w:val="21"/>
                <w:lang w:eastAsia="zh-TW"/>
              </w:rPr>
              <w:t>4</w:t>
            </w:r>
            <w:r w:rsidRPr="001A0742">
              <w:rPr>
                <w:rFonts w:ascii="微軟正黑體" w:eastAsia="微軟正黑體" w:hAnsi="微軟正黑體"/>
                <w:sz w:val="21"/>
                <w:szCs w:val="21"/>
              </w:rPr>
              <w:t>月</w:t>
            </w:r>
            <w:r w:rsidR="006972AA" w:rsidRPr="001A0742">
              <w:rPr>
                <w:rFonts w:ascii="微軟正黑體" w:eastAsia="微軟正黑體" w:hAnsi="微軟正黑體" w:hint="eastAsia"/>
                <w:sz w:val="21"/>
                <w:szCs w:val="21"/>
                <w:lang w:eastAsia="zh-TW"/>
              </w:rPr>
              <w:t>16</w:t>
            </w:r>
            <w:r w:rsidRPr="001A0742">
              <w:rPr>
                <w:rFonts w:ascii="微軟正黑體" w:eastAsia="微軟正黑體" w:hAnsi="微軟正黑體"/>
                <w:sz w:val="21"/>
                <w:szCs w:val="21"/>
              </w:rPr>
              <w:t>日(星期</w:t>
            </w:r>
            <w:r w:rsidR="006972AA" w:rsidRPr="001A0742">
              <w:rPr>
                <w:rFonts w:ascii="微軟正黑體" w:eastAsia="微軟正黑體" w:hAnsi="微軟正黑體" w:hint="eastAsia"/>
                <w:sz w:val="21"/>
                <w:szCs w:val="21"/>
                <w:lang w:eastAsia="zh-TW"/>
              </w:rPr>
              <w:t>五</w:t>
            </w:r>
            <w:r w:rsidRPr="001A0742">
              <w:rPr>
                <w:rFonts w:ascii="微軟正黑體" w:eastAsia="微軟正黑體" w:hAnsi="微軟正黑體"/>
                <w:sz w:val="21"/>
                <w:szCs w:val="21"/>
              </w:rPr>
              <w:t>)</w:t>
            </w:r>
          </w:p>
        </w:tc>
        <w:tc>
          <w:tcPr>
            <w:tcW w:w="756" w:type="dxa"/>
            <w:vAlign w:val="center"/>
          </w:tcPr>
          <w:p w14:paraId="2B47E1C1" w14:textId="7B1EFA0C" w:rsidR="001E4635" w:rsidRPr="00E20550" w:rsidRDefault="001E4635" w:rsidP="001E4635">
            <w:pPr>
              <w:pStyle w:val="a9"/>
              <w:rPr>
                <w:rFonts w:ascii="微軟正黑體" w:eastAsia="微軟正黑體" w:hAnsi="微軟正黑體"/>
                <w:sz w:val="16"/>
              </w:rPr>
            </w:pPr>
            <w:r w:rsidRPr="00E20550">
              <w:rPr>
                <w:rFonts w:ascii="微軟正黑體" w:eastAsia="微軟正黑體" w:hAnsi="微軟正黑體"/>
                <w:sz w:val="16"/>
              </w:rPr>
              <w:t>第</w:t>
            </w:r>
            <w:r w:rsidR="006972AA">
              <w:rPr>
                <w:rFonts w:ascii="微軟正黑體" w:eastAsia="微軟正黑體" w:hAnsi="微軟正黑體" w:hint="eastAsia"/>
                <w:sz w:val="16"/>
                <w:lang w:eastAsia="zh-TW"/>
              </w:rPr>
              <w:t>3</w:t>
            </w:r>
            <w:r w:rsidRPr="00E20550">
              <w:rPr>
                <w:rFonts w:ascii="微軟正黑體" w:eastAsia="微軟正黑體" w:hAnsi="微軟正黑體"/>
                <w:sz w:val="16"/>
              </w:rPr>
              <w:t>節</w:t>
            </w:r>
          </w:p>
        </w:tc>
      </w:tr>
      <w:tr w:rsidR="001E4635" w:rsidRPr="001E4635" w14:paraId="31B62583" w14:textId="77777777" w:rsidTr="006972AA">
        <w:trPr>
          <w:trHeight w:val="629"/>
          <w:jc w:val="center"/>
        </w:trPr>
        <w:tc>
          <w:tcPr>
            <w:tcW w:w="888" w:type="dxa"/>
            <w:vMerge/>
            <w:vAlign w:val="center"/>
          </w:tcPr>
          <w:p w14:paraId="154B9D4B" w14:textId="77777777" w:rsidR="001E4635" w:rsidRPr="001E4635" w:rsidRDefault="001E4635" w:rsidP="001E4635">
            <w:pPr>
              <w:pStyle w:val="a9"/>
            </w:pPr>
          </w:p>
        </w:tc>
        <w:tc>
          <w:tcPr>
            <w:tcW w:w="709" w:type="dxa"/>
            <w:vAlign w:val="center"/>
          </w:tcPr>
          <w:p w14:paraId="10DE0869" w14:textId="77777777" w:rsidR="001E4635" w:rsidRPr="001E4635" w:rsidRDefault="001E4635" w:rsidP="001E4635">
            <w:pPr>
              <w:pStyle w:val="a9"/>
              <w:jc w:val="center"/>
              <w:rPr>
                <w:sz w:val="28"/>
                <w:szCs w:val="28"/>
              </w:rPr>
            </w:pPr>
            <w:r w:rsidRPr="001E4635">
              <w:rPr>
                <w:sz w:val="28"/>
                <w:szCs w:val="28"/>
              </w:rPr>
              <w:t>3</w:t>
            </w:r>
          </w:p>
        </w:tc>
        <w:tc>
          <w:tcPr>
            <w:tcW w:w="1276" w:type="dxa"/>
            <w:vAlign w:val="center"/>
          </w:tcPr>
          <w:p w14:paraId="30F56688" w14:textId="1AA51906" w:rsidR="001E4635" w:rsidRPr="001A0742" w:rsidRDefault="00546F82" w:rsidP="006972AA">
            <w:pPr>
              <w:pStyle w:val="a9"/>
              <w:jc w:val="center"/>
              <w:rPr>
                <w:rFonts w:ascii="微軟正黑體" w:eastAsia="微軟正黑體" w:hAnsi="微軟正黑體"/>
                <w:b/>
                <w:bCs/>
              </w:rPr>
            </w:pPr>
            <w:r w:rsidRPr="001A0742">
              <w:rPr>
                <w:rFonts w:ascii="微軟正黑體" w:eastAsia="微軟正黑體" w:hAnsi="微軟正黑體" w:hint="eastAsia"/>
                <w:b/>
                <w:bCs/>
                <w:lang w:eastAsia="zh-TW"/>
              </w:rPr>
              <w:t>魏家偉</w:t>
            </w:r>
          </w:p>
        </w:tc>
        <w:tc>
          <w:tcPr>
            <w:tcW w:w="2409" w:type="dxa"/>
            <w:vAlign w:val="center"/>
          </w:tcPr>
          <w:p w14:paraId="516B46B2" w14:textId="31E9BBDD" w:rsidR="001E4635" w:rsidRPr="006972AA" w:rsidRDefault="001E4635" w:rsidP="001E4635">
            <w:pPr>
              <w:pStyle w:val="a9"/>
              <w:rPr>
                <w:rFonts w:ascii="微軟正黑體" w:eastAsia="微軟正黑體" w:hAnsi="微軟正黑體"/>
                <w:sz w:val="24"/>
                <w:szCs w:val="24"/>
                <w:lang w:eastAsia="zh-TW"/>
              </w:rPr>
            </w:pPr>
            <w:r w:rsidRPr="006972AA">
              <w:rPr>
                <w:rFonts w:ascii="Cambria Math" w:eastAsia="微軟正黑體" w:hAnsi="Cambria Math" w:cs="Cambria Math"/>
                <w:sz w:val="24"/>
                <w:szCs w:val="24"/>
                <w:lang w:eastAsia="zh-TW"/>
              </w:rPr>
              <w:t>▢</w:t>
            </w:r>
            <w:r w:rsidRPr="006972AA">
              <w:rPr>
                <w:rFonts w:ascii="微軟正黑體" w:eastAsia="微軟正黑體" w:hAnsi="微軟正黑體"/>
                <w:sz w:val="24"/>
                <w:szCs w:val="24"/>
                <w:lang w:eastAsia="zh-TW"/>
              </w:rPr>
              <w:t xml:space="preserve">校長 </w:t>
            </w:r>
            <w:r w:rsidR="00546F82" w:rsidRPr="006972AA">
              <w:rPr>
                <w:rFonts w:ascii="微軟正黑體" w:eastAsia="微軟正黑體" w:hAnsi="微軟正黑體" w:hint="eastAsia"/>
                <w:sz w:val="24"/>
                <w:szCs w:val="24"/>
                <w:lang w:eastAsia="zh-TW"/>
              </w:rPr>
              <w:t>█</w:t>
            </w:r>
            <w:r w:rsidRPr="006972AA">
              <w:rPr>
                <w:rFonts w:ascii="微軟正黑體" w:eastAsia="微軟正黑體" w:hAnsi="微軟正黑體"/>
                <w:sz w:val="24"/>
                <w:szCs w:val="24"/>
                <w:lang w:eastAsia="zh-TW"/>
              </w:rPr>
              <w:t>科任</w:t>
            </w:r>
            <w:r w:rsidR="004C79D7" w:rsidRPr="006972AA">
              <w:rPr>
                <w:rFonts w:ascii="微軟正黑體" w:eastAsia="微軟正黑體" w:hAnsi="微軟正黑體" w:hint="eastAsia"/>
                <w:sz w:val="24"/>
                <w:szCs w:val="24"/>
                <w:lang w:eastAsia="zh-TW"/>
              </w:rPr>
              <w:t xml:space="preserve"> </w:t>
            </w:r>
            <w:r w:rsidR="00546F82" w:rsidRPr="006972AA">
              <w:rPr>
                <w:rFonts w:ascii="Cambria Math" w:eastAsia="微軟正黑體" w:hAnsi="Cambria Math" w:cs="Cambria Math"/>
                <w:sz w:val="24"/>
                <w:szCs w:val="24"/>
                <w:lang w:eastAsia="zh-TW"/>
              </w:rPr>
              <w:t>▢</w:t>
            </w:r>
            <w:r w:rsidRPr="006972AA">
              <w:rPr>
                <w:rFonts w:ascii="微軟正黑體" w:eastAsia="微軟正黑體" w:hAnsi="微軟正黑體"/>
                <w:sz w:val="24"/>
                <w:szCs w:val="24"/>
                <w:lang w:eastAsia="zh-TW"/>
              </w:rPr>
              <w:t>導師</w:t>
            </w:r>
          </w:p>
        </w:tc>
        <w:tc>
          <w:tcPr>
            <w:tcW w:w="709" w:type="dxa"/>
            <w:vAlign w:val="center"/>
          </w:tcPr>
          <w:p w14:paraId="1B840BF5" w14:textId="77777777" w:rsidR="001E4635" w:rsidRPr="004C79D7" w:rsidRDefault="001E4635" w:rsidP="008C7592">
            <w:pPr>
              <w:pStyle w:val="a9"/>
              <w:jc w:val="center"/>
              <w:rPr>
                <w:rFonts w:ascii="微軟正黑體" w:eastAsia="微軟正黑體" w:hAnsi="微軟正黑體"/>
                <w:lang w:eastAsia="zh-TW"/>
              </w:rPr>
            </w:pPr>
          </w:p>
        </w:tc>
        <w:tc>
          <w:tcPr>
            <w:tcW w:w="1418" w:type="dxa"/>
            <w:vAlign w:val="center"/>
          </w:tcPr>
          <w:p w14:paraId="33CB820F" w14:textId="77777777" w:rsidR="001E4635" w:rsidRPr="006972AA" w:rsidRDefault="001E4635" w:rsidP="006972AA">
            <w:pPr>
              <w:pStyle w:val="a9"/>
              <w:jc w:val="center"/>
              <w:rPr>
                <w:rFonts w:ascii="微軟正黑體" w:eastAsia="微軟正黑體" w:hAnsi="微軟正黑體"/>
                <w:b/>
                <w:bCs/>
                <w:sz w:val="28"/>
                <w:szCs w:val="28"/>
                <w:lang w:eastAsia="zh-TW"/>
              </w:rPr>
            </w:pPr>
          </w:p>
        </w:tc>
        <w:tc>
          <w:tcPr>
            <w:tcW w:w="2732" w:type="dxa"/>
            <w:vAlign w:val="center"/>
          </w:tcPr>
          <w:p w14:paraId="21493AF0" w14:textId="4D922916" w:rsidR="001E4635" w:rsidRPr="001A0742" w:rsidRDefault="001E4635" w:rsidP="001E4635">
            <w:pPr>
              <w:pStyle w:val="a9"/>
              <w:rPr>
                <w:rFonts w:ascii="微軟正黑體" w:eastAsia="微軟正黑體" w:hAnsi="微軟正黑體"/>
                <w:sz w:val="21"/>
                <w:szCs w:val="21"/>
              </w:rPr>
            </w:pPr>
            <w:r w:rsidRPr="001A0742">
              <w:rPr>
                <w:rFonts w:ascii="微軟正黑體" w:eastAsia="微軟正黑體" w:hAnsi="微軟正黑體"/>
                <w:sz w:val="21"/>
                <w:szCs w:val="21"/>
              </w:rPr>
              <w:t>115年　月　日(星期　)</w:t>
            </w:r>
          </w:p>
        </w:tc>
        <w:tc>
          <w:tcPr>
            <w:tcW w:w="756" w:type="dxa"/>
            <w:vAlign w:val="center"/>
          </w:tcPr>
          <w:p w14:paraId="1166D997" w14:textId="77777777" w:rsidR="001E4635" w:rsidRPr="00E20550" w:rsidRDefault="001E4635" w:rsidP="001E4635">
            <w:pPr>
              <w:pStyle w:val="a9"/>
              <w:rPr>
                <w:rFonts w:ascii="微軟正黑體" w:eastAsia="微軟正黑體" w:hAnsi="微軟正黑體"/>
                <w:sz w:val="16"/>
              </w:rPr>
            </w:pPr>
            <w:r w:rsidRPr="00E20550">
              <w:rPr>
                <w:rFonts w:ascii="微軟正黑體" w:eastAsia="微軟正黑體" w:hAnsi="微軟正黑體"/>
                <w:sz w:val="16"/>
              </w:rPr>
              <w:t>第　節</w:t>
            </w:r>
          </w:p>
        </w:tc>
      </w:tr>
      <w:tr w:rsidR="001E4635" w:rsidRPr="001E4635" w14:paraId="2E848F36" w14:textId="77777777" w:rsidTr="006972AA">
        <w:trPr>
          <w:trHeight w:val="629"/>
          <w:jc w:val="center"/>
        </w:trPr>
        <w:tc>
          <w:tcPr>
            <w:tcW w:w="888" w:type="dxa"/>
            <w:vMerge w:val="restart"/>
            <w:vAlign w:val="center"/>
          </w:tcPr>
          <w:p w14:paraId="33C9DA26" w14:textId="77777777" w:rsidR="001E4635" w:rsidRPr="001E4635" w:rsidRDefault="001E4635" w:rsidP="001E4635">
            <w:pPr>
              <w:pStyle w:val="a9"/>
            </w:pPr>
            <w:r w:rsidRPr="001E4635">
              <w:rPr>
                <w:sz w:val="18"/>
              </w:rPr>
              <w:t>第</w:t>
            </w:r>
            <w:r w:rsidRPr="001E4635">
              <w:rPr>
                <w:sz w:val="18"/>
              </w:rPr>
              <w:t>5</w:t>
            </w:r>
            <w:r w:rsidRPr="001E4635">
              <w:rPr>
                <w:sz w:val="18"/>
              </w:rPr>
              <w:t>組</w:t>
            </w:r>
          </w:p>
        </w:tc>
        <w:tc>
          <w:tcPr>
            <w:tcW w:w="709" w:type="dxa"/>
            <w:vAlign w:val="center"/>
          </w:tcPr>
          <w:p w14:paraId="61C2A930" w14:textId="77777777" w:rsidR="001E4635" w:rsidRPr="001E4635" w:rsidRDefault="001E4635" w:rsidP="001E4635">
            <w:pPr>
              <w:pStyle w:val="a9"/>
              <w:jc w:val="center"/>
              <w:rPr>
                <w:sz w:val="28"/>
                <w:szCs w:val="28"/>
              </w:rPr>
            </w:pPr>
            <w:r w:rsidRPr="001E4635">
              <w:rPr>
                <w:sz w:val="28"/>
                <w:szCs w:val="28"/>
              </w:rPr>
              <w:t>1</w:t>
            </w:r>
          </w:p>
        </w:tc>
        <w:tc>
          <w:tcPr>
            <w:tcW w:w="1276" w:type="dxa"/>
            <w:vAlign w:val="center"/>
          </w:tcPr>
          <w:p w14:paraId="03E177EC" w14:textId="3AC61BFE" w:rsidR="001E4635" w:rsidRPr="004C79D7" w:rsidRDefault="001E4635" w:rsidP="008E73B8">
            <w:pPr>
              <w:pStyle w:val="a9"/>
              <w:jc w:val="center"/>
              <w:rPr>
                <w:rFonts w:ascii="微軟正黑體" w:eastAsia="微軟正黑體" w:hAnsi="微軟正黑體"/>
                <w:lang w:eastAsia="zh-TW"/>
              </w:rPr>
            </w:pPr>
          </w:p>
        </w:tc>
        <w:tc>
          <w:tcPr>
            <w:tcW w:w="2409" w:type="dxa"/>
            <w:vAlign w:val="center"/>
          </w:tcPr>
          <w:p w14:paraId="7BC25845" w14:textId="4845DB62" w:rsidR="001E4635" w:rsidRPr="006972AA" w:rsidRDefault="001E4635" w:rsidP="001E4635">
            <w:pPr>
              <w:pStyle w:val="a9"/>
              <w:rPr>
                <w:rFonts w:ascii="微軟正黑體" w:eastAsia="微軟正黑體" w:hAnsi="微軟正黑體"/>
                <w:sz w:val="24"/>
                <w:szCs w:val="24"/>
                <w:lang w:eastAsia="zh-TW"/>
              </w:rPr>
            </w:pPr>
            <w:r w:rsidRPr="006972AA">
              <w:rPr>
                <w:rFonts w:ascii="Cambria Math" w:eastAsia="微軟正黑體" w:hAnsi="Cambria Math" w:cs="Cambria Math"/>
                <w:sz w:val="24"/>
                <w:szCs w:val="24"/>
                <w:lang w:eastAsia="zh-TW"/>
              </w:rPr>
              <w:t>▢</w:t>
            </w:r>
            <w:r w:rsidRPr="006972AA">
              <w:rPr>
                <w:rFonts w:ascii="微軟正黑體" w:eastAsia="微軟正黑體" w:hAnsi="微軟正黑體"/>
                <w:sz w:val="24"/>
                <w:szCs w:val="24"/>
                <w:lang w:eastAsia="zh-TW"/>
              </w:rPr>
              <w:t xml:space="preserve">校長 </w:t>
            </w:r>
            <w:r w:rsidRPr="006972AA">
              <w:rPr>
                <w:rFonts w:ascii="Cambria Math" w:eastAsia="微軟正黑體" w:hAnsi="Cambria Math" w:cs="Cambria Math"/>
                <w:sz w:val="24"/>
                <w:szCs w:val="24"/>
                <w:lang w:eastAsia="zh-TW"/>
              </w:rPr>
              <w:t>▢</w:t>
            </w:r>
            <w:r w:rsidRPr="006972AA">
              <w:rPr>
                <w:rFonts w:ascii="微軟正黑體" w:eastAsia="微軟正黑體" w:hAnsi="微軟正黑體"/>
                <w:sz w:val="24"/>
                <w:szCs w:val="24"/>
                <w:lang w:eastAsia="zh-TW"/>
              </w:rPr>
              <w:t>科任</w:t>
            </w:r>
            <w:r w:rsidR="004C79D7" w:rsidRPr="006972AA">
              <w:rPr>
                <w:rFonts w:ascii="微軟正黑體" w:eastAsia="微軟正黑體" w:hAnsi="微軟正黑體" w:hint="eastAsia"/>
                <w:sz w:val="24"/>
                <w:szCs w:val="24"/>
                <w:lang w:eastAsia="zh-TW"/>
              </w:rPr>
              <w:t xml:space="preserve"> </w:t>
            </w:r>
            <w:r w:rsidR="001A0742" w:rsidRPr="006972AA">
              <w:rPr>
                <w:rFonts w:ascii="Cambria Math" w:eastAsia="微軟正黑體" w:hAnsi="Cambria Math" w:cs="Cambria Math"/>
                <w:sz w:val="24"/>
                <w:szCs w:val="24"/>
                <w:lang w:eastAsia="zh-TW"/>
              </w:rPr>
              <w:t>▢</w:t>
            </w:r>
            <w:r w:rsidRPr="006972AA">
              <w:rPr>
                <w:rFonts w:ascii="微軟正黑體" w:eastAsia="微軟正黑體" w:hAnsi="微軟正黑體"/>
                <w:sz w:val="24"/>
                <w:szCs w:val="24"/>
                <w:lang w:eastAsia="zh-TW"/>
              </w:rPr>
              <w:t>導師</w:t>
            </w:r>
          </w:p>
        </w:tc>
        <w:tc>
          <w:tcPr>
            <w:tcW w:w="709" w:type="dxa"/>
            <w:vAlign w:val="center"/>
          </w:tcPr>
          <w:p w14:paraId="69C15077" w14:textId="77777777" w:rsidR="001E4635" w:rsidRPr="004C79D7" w:rsidRDefault="001E4635" w:rsidP="008C7592">
            <w:pPr>
              <w:pStyle w:val="a9"/>
              <w:jc w:val="center"/>
              <w:rPr>
                <w:rFonts w:ascii="微軟正黑體" w:eastAsia="微軟正黑體" w:hAnsi="微軟正黑體"/>
                <w:lang w:eastAsia="zh-TW"/>
              </w:rPr>
            </w:pPr>
          </w:p>
        </w:tc>
        <w:tc>
          <w:tcPr>
            <w:tcW w:w="1418" w:type="dxa"/>
            <w:vAlign w:val="center"/>
          </w:tcPr>
          <w:p w14:paraId="3838D9BF" w14:textId="77777777" w:rsidR="001E4635" w:rsidRPr="006972AA" w:rsidRDefault="001E4635" w:rsidP="006972AA">
            <w:pPr>
              <w:pStyle w:val="a9"/>
              <w:jc w:val="center"/>
              <w:rPr>
                <w:rFonts w:ascii="微軟正黑體" w:eastAsia="微軟正黑體" w:hAnsi="微軟正黑體"/>
                <w:b/>
                <w:bCs/>
                <w:sz w:val="28"/>
                <w:szCs w:val="28"/>
                <w:lang w:eastAsia="zh-TW"/>
              </w:rPr>
            </w:pPr>
          </w:p>
        </w:tc>
        <w:tc>
          <w:tcPr>
            <w:tcW w:w="2732" w:type="dxa"/>
            <w:vAlign w:val="center"/>
          </w:tcPr>
          <w:p w14:paraId="7806392B" w14:textId="7B3F1DC9" w:rsidR="001E4635" w:rsidRPr="001A0742" w:rsidRDefault="001E4635" w:rsidP="001E4635">
            <w:pPr>
              <w:pStyle w:val="a9"/>
              <w:rPr>
                <w:rFonts w:ascii="微軟正黑體" w:eastAsia="微軟正黑體" w:hAnsi="微軟正黑體"/>
                <w:sz w:val="21"/>
                <w:szCs w:val="21"/>
              </w:rPr>
            </w:pPr>
            <w:r w:rsidRPr="001A0742">
              <w:rPr>
                <w:rFonts w:ascii="微軟正黑體" w:eastAsia="微軟正黑體" w:hAnsi="微軟正黑體"/>
                <w:sz w:val="21"/>
                <w:szCs w:val="21"/>
              </w:rPr>
              <w:t>115年　月　日(星期　)</w:t>
            </w:r>
          </w:p>
        </w:tc>
        <w:tc>
          <w:tcPr>
            <w:tcW w:w="756" w:type="dxa"/>
            <w:vAlign w:val="center"/>
          </w:tcPr>
          <w:p w14:paraId="21CC1D16" w14:textId="77777777" w:rsidR="001E4635" w:rsidRPr="00E20550" w:rsidRDefault="001E4635" w:rsidP="001E4635">
            <w:pPr>
              <w:pStyle w:val="a9"/>
              <w:rPr>
                <w:rFonts w:ascii="微軟正黑體" w:eastAsia="微軟正黑體" w:hAnsi="微軟正黑體"/>
                <w:sz w:val="16"/>
              </w:rPr>
            </w:pPr>
            <w:r w:rsidRPr="00E20550">
              <w:rPr>
                <w:rFonts w:ascii="微軟正黑體" w:eastAsia="微軟正黑體" w:hAnsi="微軟正黑體"/>
                <w:sz w:val="16"/>
              </w:rPr>
              <w:t>第　節</w:t>
            </w:r>
          </w:p>
        </w:tc>
      </w:tr>
      <w:tr w:rsidR="001E4635" w:rsidRPr="001E4635" w14:paraId="0E9083F3" w14:textId="77777777" w:rsidTr="006972AA">
        <w:trPr>
          <w:trHeight w:val="629"/>
          <w:jc w:val="center"/>
        </w:trPr>
        <w:tc>
          <w:tcPr>
            <w:tcW w:w="888" w:type="dxa"/>
            <w:vMerge/>
            <w:vAlign w:val="center"/>
          </w:tcPr>
          <w:p w14:paraId="2E76E9A1" w14:textId="77777777" w:rsidR="001E4635" w:rsidRPr="001E4635" w:rsidRDefault="001E4635" w:rsidP="001E4635">
            <w:pPr>
              <w:pStyle w:val="a9"/>
            </w:pPr>
          </w:p>
        </w:tc>
        <w:tc>
          <w:tcPr>
            <w:tcW w:w="709" w:type="dxa"/>
            <w:vAlign w:val="center"/>
          </w:tcPr>
          <w:p w14:paraId="22ED8541" w14:textId="77777777" w:rsidR="001E4635" w:rsidRPr="001E4635" w:rsidRDefault="001E4635" w:rsidP="001E4635">
            <w:pPr>
              <w:pStyle w:val="a9"/>
              <w:jc w:val="center"/>
              <w:rPr>
                <w:sz w:val="28"/>
                <w:szCs w:val="28"/>
              </w:rPr>
            </w:pPr>
            <w:r w:rsidRPr="001E4635">
              <w:rPr>
                <w:sz w:val="28"/>
                <w:szCs w:val="28"/>
              </w:rPr>
              <w:t>2</w:t>
            </w:r>
          </w:p>
        </w:tc>
        <w:tc>
          <w:tcPr>
            <w:tcW w:w="1276" w:type="dxa"/>
            <w:vAlign w:val="center"/>
          </w:tcPr>
          <w:p w14:paraId="0D1DD832" w14:textId="78FC85E7" w:rsidR="001E4635" w:rsidRPr="004C79D7" w:rsidRDefault="001E4635" w:rsidP="001E4635">
            <w:pPr>
              <w:pStyle w:val="a9"/>
              <w:rPr>
                <w:rFonts w:ascii="微軟正黑體" w:eastAsia="微軟正黑體" w:hAnsi="微軟正黑體"/>
              </w:rPr>
            </w:pPr>
          </w:p>
        </w:tc>
        <w:tc>
          <w:tcPr>
            <w:tcW w:w="2409" w:type="dxa"/>
            <w:vAlign w:val="center"/>
          </w:tcPr>
          <w:p w14:paraId="4CFBB7E0" w14:textId="41C2CFCD" w:rsidR="001E4635" w:rsidRPr="006972AA" w:rsidRDefault="001E4635" w:rsidP="001E4635">
            <w:pPr>
              <w:pStyle w:val="a9"/>
              <w:rPr>
                <w:rFonts w:ascii="微軟正黑體" w:eastAsia="微軟正黑體" w:hAnsi="微軟正黑體"/>
                <w:sz w:val="24"/>
                <w:szCs w:val="24"/>
                <w:lang w:eastAsia="zh-TW"/>
              </w:rPr>
            </w:pPr>
            <w:r w:rsidRPr="006972AA">
              <w:rPr>
                <w:rFonts w:ascii="Cambria Math" w:eastAsia="微軟正黑體" w:hAnsi="Cambria Math" w:cs="Cambria Math"/>
                <w:sz w:val="24"/>
                <w:szCs w:val="24"/>
                <w:lang w:eastAsia="zh-TW"/>
              </w:rPr>
              <w:t>▢</w:t>
            </w:r>
            <w:r w:rsidRPr="006972AA">
              <w:rPr>
                <w:rFonts w:ascii="微軟正黑體" w:eastAsia="微軟正黑體" w:hAnsi="微軟正黑體"/>
                <w:sz w:val="24"/>
                <w:szCs w:val="24"/>
                <w:lang w:eastAsia="zh-TW"/>
              </w:rPr>
              <w:t xml:space="preserve">校長 </w:t>
            </w:r>
            <w:r w:rsidRPr="006972AA">
              <w:rPr>
                <w:rFonts w:ascii="Cambria Math" w:eastAsia="微軟正黑體" w:hAnsi="Cambria Math" w:cs="Cambria Math"/>
                <w:sz w:val="24"/>
                <w:szCs w:val="24"/>
                <w:lang w:eastAsia="zh-TW"/>
              </w:rPr>
              <w:t>▢</w:t>
            </w:r>
            <w:r w:rsidRPr="006972AA">
              <w:rPr>
                <w:rFonts w:ascii="微軟正黑體" w:eastAsia="微軟正黑體" w:hAnsi="微軟正黑體"/>
                <w:sz w:val="24"/>
                <w:szCs w:val="24"/>
                <w:lang w:eastAsia="zh-TW"/>
              </w:rPr>
              <w:t>科任</w:t>
            </w:r>
            <w:r w:rsidR="004C79D7" w:rsidRPr="006972AA">
              <w:rPr>
                <w:rFonts w:ascii="微軟正黑體" w:eastAsia="微軟正黑體" w:hAnsi="微軟正黑體" w:hint="eastAsia"/>
                <w:sz w:val="24"/>
                <w:szCs w:val="24"/>
                <w:lang w:eastAsia="zh-TW"/>
              </w:rPr>
              <w:t xml:space="preserve"> </w:t>
            </w:r>
            <w:r w:rsidR="001A0742" w:rsidRPr="006972AA">
              <w:rPr>
                <w:rFonts w:ascii="Cambria Math" w:eastAsia="微軟正黑體" w:hAnsi="Cambria Math" w:cs="Cambria Math"/>
                <w:sz w:val="24"/>
                <w:szCs w:val="24"/>
                <w:lang w:eastAsia="zh-TW"/>
              </w:rPr>
              <w:t>▢</w:t>
            </w:r>
            <w:r w:rsidRPr="006972AA">
              <w:rPr>
                <w:rFonts w:ascii="微軟正黑體" w:eastAsia="微軟正黑體" w:hAnsi="微軟正黑體"/>
                <w:sz w:val="24"/>
                <w:szCs w:val="24"/>
                <w:lang w:eastAsia="zh-TW"/>
              </w:rPr>
              <w:t>導師</w:t>
            </w:r>
          </w:p>
        </w:tc>
        <w:tc>
          <w:tcPr>
            <w:tcW w:w="709" w:type="dxa"/>
            <w:vAlign w:val="center"/>
          </w:tcPr>
          <w:p w14:paraId="6FC9F1AD" w14:textId="77777777" w:rsidR="001E4635" w:rsidRPr="004C79D7" w:rsidRDefault="001E4635" w:rsidP="008C7592">
            <w:pPr>
              <w:pStyle w:val="a9"/>
              <w:jc w:val="center"/>
              <w:rPr>
                <w:rFonts w:ascii="微軟正黑體" w:eastAsia="微軟正黑體" w:hAnsi="微軟正黑體"/>
                <w:lang w:eastAsia="zh-TW"/>
              </w:rPr>
            </w:pPr>
          </w:p>
        </w:tc>
        <w:tc>
          <w:tcPr>
            <w:tcW w:w="1418" w:type="dxa"/>
            <w:vAlign w:val="center"/>
          </w:tcPr>
          <w:p w14:paraId="314969DE" w14:textId="77777777" w:rsidR="001E4635" w:rsidRPr="006972AA" w:rsidRDefault="001E4635" w:rsidP="006972AA">
            <w:pPr>
              <w:pStyle w:val="a9"/>
              <w:jc w:val="center"/>
              <w:rPr>
                <w:rFonts w:ascii="微軟正黑體" w:eastAsia="微軟正黑體" w:hAnsi="微軟正黑體"/>
                <w:b/>
                <w:bCs/>
                <w:sz w:val="28"/>
                <w:szCs w:val="28"/>
                <w:lang w:eastAsia="zh-TW"/>
              </w:rPr>
            </w:pPr>
          </w:p>
        </w:tc>
        <w:tc>
          <w:tcPr>
            <w:tcW w:w="2732" w:type="dxa"/>
            <w:vAlign w:val="center"/>
          </w:tcPr>
          <w:p w14:paraId="686F3267" w14:textId="3F669E55" w:rsidR="001E4635" w:rsidRPr="001A0742" w:rsidRDefault="001E4635" w:rsidP="001E4635">
            <w:pPr>
              <w:pStyle w:val="a9"/>
              <w:rPr>
                <w:rFonts w:ascii="微軟正黑體" w:eastAsia="微軟正黑體" w:hAnsi="微軟正黑體"/>
                <w:sz w:val="21"/>
                <w:szCs w:val="21"/>
              </w:rPr>
            </w:pPr>
            <w:r w:rsidRPr="001A0742">
              <w:rPr>
                <w:rFonts w:ascii="微軟正黑體" w:eastAsia="微軟正黑體" w:hAnsi="微軟正黑體"/>
                <w:sz w:val="21"/>
                <w:szCs w:val="21"/>
              </w:rPr>
              <w:t>115年　月　日(星期　)</w:t>
            </w:r>
          </w:p>
        </w:tc>
        <w:tc>
          <w:tcPr>
            <w:tcW w:w="756" w:type="dxa"/>
            <w:vAlign w:val="center"/>
          </w:tcPr>
          <w:p w14:paraId="0CED8192" w14:textId="77777777" w:rsidR="001E4635" w:rsidRPr="00E20550" w:rsidRDefault="001E4635" w:rsidP="001E4635">
            <w:pPr>
              <w:pStyle w:val="a9"/>
              <w:rPr>
                <w:rFonts w:ascii="微軟正黑體" w:eastAsia="微軟正黑體" w:hAnsi="微軟正黑體"/>
                <w:sz w:val="16"/>
              </w:rPr>
            </w:pPr>
            <w:r w:rsidRPr="00E20550">
              <w:rPr>
                <w:rFonts w:ascii="微軟正黑體" w:eastAsia="微軟正黑體" w:hAnsi="微軟正黑體"/>
                <w:sz w:val="16"/>
              </w:rPr>
              <w:t>第　節</w:t>
            </w:r>
          </w:p>
        </w:tc>
      </w:tr>
      <w:tr w:rsidR="001E4635" w:rsidRPr="001E4635" w14:paraId="6AEE9F14" w14:textId="77777777" w:rsidTr="006972AA">
        <w:trPr>
          <w:trHeight w:val="629"/>
          <w:jc w:val="center"/>
        </w:trPr>
        <w:tc>
          <w:tcPr>
            <w:tcW w:w="888" w:type="dxa"/>
            <w:vMerge/>
            <w:vAlign w:val="center"/>
          </w:tcPr>
          <w:p w14:paraId="5922C6CF" w14:textId="77777777" w:rsidR="001E4635" w:rsidRPr="001E4635" w:rsidRDefault="001E4635" w:rsidP="001E4635">
            <w:pPr>
              <w:pStyle w:val="a9"/>
            </w:pPr>
          </w:p>
        </w:tc>
        <w:tc>
          <w:tcPr>
            <w:tcW w:w="709" w:type="dxa"/>
            <w:vAlign w:val="center"/>
          </w:tcPr>
          <w:p w14:paraId="2631E29F" w14:textId="77777777" w:rsidR="001E4635" w:rsidRPr="001E4635" w:rsidRDefault="001E4635" w:rsidP="001E4635">
            <w:pPr>
              <w:pStyle w:val="a9"/>
              <w:jc w:val="center"/>
              <w:rPr>
                <w:sz w:val="28"/>
                <w:szCs w:val="28"/>
              </w:rPr>
            </w:pPr>
            <w:r w:rsidRPr="001E4635">
              <w:rPr>
                <w:sz w:val="28"/>
                <w:szCs w:val="28"/>
              </w:rPr>
              <w:t>3</w:t>
            </w:r>
          </w:p>
        </w:tc>
        <w:tc>
          <w:tcPr>
            <w:tcW w:w="1276" w:type="dxa"/>
            <w:vAlign w:val="center"/>
          </w:tcPr>
          <w:p w14:paraId="62CFA50F" w14:textId="77777777" w:rsidR="001E4635" w:rsidRPr="004C79D7" w:rsidRDefault="001E4635" w:rsidP="001E4635">
            <w:pPr>
              <w:pStyle w:val="a9"/>
              <w:rPr>
                <w:rFonts w:ascii="微軟正黑體" w:eastAsia="微軟正黑體" w:hAnsi="微軟正黑體"/>
              </w:rPr>
            </w:pPr>
          </w:p>
        </w:tc>
        <w:tc>
          <w:tcPr>
            <w:tcW w:w="2409" w:type="dxa"/>
            <w:vAlign w:val="center"/>
          </w:tcPr>
          <w:p w14:paraId="52FC0C3C" w14:textId="54F09BCC" w:rsidR="001E4635" w:rsidRPr="006972AA" w:rsidRDefault="001E4635" w:rsidP="001E4635">
            <w:pPr>
              <w:pStyle w:val="a9"/>
              <w:rPr>
                <w:rFonts w:ascii="微軟正黑體" w:eastAsia="微軟正黑體" w:hAnsi="微軟正黑體"/>
                <w:sz w:val="24"/>
                <w:szCs w:val="24"/>
                <w:lang w:eastAsia="zh-TW"/>
              </w:rPr>
            </w:pPr>
            <w:r w:rsidRPr="006972AA">
              <w:rPr>
                <w:rFonts w:ascii="Cambria Math" w:eastAsia="微軟正黑體" w:hAnsi="Cambria Math" w:cs="Cambria Math"/>
                <w:sz w:val="24"/>
                <w:szCs w:val="24"/>
                <w:lang w:eastAsia="zh-TW"/>
              </w:rPr>
              <w:t>▢</w:t>
            </w:r>
            <w:r w:rsidRPr="006972AA">
              <w:rPr>
                <w:rFonts w:ascii="微軟正黑體" w:eastAsia="微軟正黑體" w:hAnsi="微軟正黑體"/>
                <w:sz w:val="24"/>
                <w:szCs w:val="24"/>
                <w:lang w:eastAsia="zh-TW"/>
              </w:rPr>
              <w:t xml:space="preserve">校長 </w:t>
            </w:r>
            <w:r w:rsidRPr="006972AA">
              <w:rPr>
                <w:rFonts w:ascii="Cambria Math" w:eastAsia="微軟正黑體" w:hAnsi="Cambria Math" w:cs="Cambria Math"/>
                <w:sz w:val="24"/>
                <w:szCs w:val="24"/>
                <w:lang w:eastAsia="zh-TW"/>
              </w:rPr>
              <w:t>▢</w:t>
            </w:r>
            <w:r w:rsidRPr="006972AA">
              <w:rPr>
                <w:rFonts w:ascii="微軟正黑體" w:eastAsia="微軟正黑體" w:hAnsi="微軟正黑體"/>
                <w:sz w:val="24"/>
                <w:szCs w:val="24"/>
                <w:lang w:eastAsia="zh-TW"/>
              </w:rPr>
              <w:t>科任</w:t>
            </w:r>
            <w:r w:rsidR="004C79D7" w:rsidRPr="006972AA">
              <w:rPr>
                <w:rFonts w:ascii="微軟正黑體" w:eastAsia="微軟正黑體" w:hAnsi="微軟正黑體" w:hint="eastAsia"/>
                <w:sz w:val="24"/>
                <w:szCs w:val="24"/>
                <w:lang w:eastAsia="zh-TW"/>
              </w:rPr>
              <w:t xml:space="preserve"> </w:t>
            </w:r>
            <w:r w:rsidR="001A0742" w:rsidRPr="006972AA">
              <w:rPr>
                <w:rFonts w:ascii="Cambria Math" w:eastAsia="微軟正黑體" w:hAnsi="Cambria Math" w:cs="Cambria Math"/>
                <w:sz w:val="24"/>
                <w:szCs w:val="24"/>
                <w:lang w:eastAsia="zh-TW"/>
              </w:rPr>
              <w:t>▢</w:t>
            </w:r>
            <w:r w:rsidRPr="006972AA">
              <w:rPr>
                <w:rFonts w:ascii="微軟正黑體" w:eastAsia="微軟正黑體" w:hAnsi="微軟正黑體"/>
                <w:sz w:val="24"/>
                <w:szCs w:val="24"/>
                <w:lang w:eastAsia="zh-TW"/>
              </w:rPr>
              <w:t>導師</w:t>
            </w:r>
          </w:p>
        </w:tc>
        <w:tc>
          <w:tcPr>
            <w:tcW w:w="709" w:type="dxa"/>
            <w:vAlign w:val="center"/>
          </w:tcPr>
          <w:p w14:paraId="2A6E4732" w14:textId="77777777" w:rsidR="001E4635" w:rsidRPr="004C79D7" w:rsidRDefault="001E4635" w:rsidP="008C7592">
            <w:pPr>
              <w:pStyle w:val="a9"/>
              <w:jc w:val="center"/>
              <w:rPr>
                <w:rFonts w:ascii="微軟正黑體" w:eastAsia="微軟正黑體" w:hAnsi="微軟正黑體"/>
                <w:lang w:eastAsia="zh-TW"/>
              </w:rPr>
            </w:pPr>
          </w:p>
        </w:tc>
        <w:tc>
          <w:tcPr>
            <w:tcW w:w="1418" w:type="dxa"/>
            <w:vAlign w:val="center"/>
          </w:tcPr>
          <w:p w14:paraId="63AE0421" w14:textId="77777777" w:rsidR="001E4635" w:rsidRPr="006972AA" w:rsidRDefault="001E4635" w:rsidP="006972AA">
            <w:pPr>
              <w:pStyle w:val="a9"/>
              <w:jc w:val="center"/>
              <w:rPr>
                <w:rFonts w:ascii="微軟正黑體" w:eastAsia="微軟正黑體" w:hAnsi="微軟正黑體"/>
                <w:b/>
                <w:bCs/>
                <w:sz w:val="28"/>
                <w:szCs w:val="28"/>
                <w:lang w:eastAsia="zh-TW"/>
              </w:rPr>
            </w:pPr>
          </w:p>
        </w:tc>
        <w:tc>
          <w:tcPr>
            <w:tcW w:w="2732" w:type="dxa"/>
            <w:vAlign w:val="center"/>
          </w:tcPr>
          <w:p w14:paraId="25E16452" w14:textId="5ED4F586" w:rsidR="001E4635" w:rsidRPr="001A0742" w:rsidRDefault="001E4635" w:rsidP="001E4635">
            <w:pPr>
              <w:pStyle w:val="a9"/>
              <w:rPr>
                <w:rFonts w:ascii="微軟正黑體" w:eastAsia="微軟正黑體" w:hAnsi="微軟正黑體"/>
                <w:sz w:val="21"/>
                <w:szCs w:val="21"/>
              </w:rPr>
            </w:pPr>
            <w:r w:rsidRPr="001A0742">
              <w:rPr>
                <w:rFonts w:ascii="微軟正黑體" w:eastAsia="微軟正黑體" w:hAnsi="微軟正黑體"/>
                <w:sz w:val="21"/>
                <w:szCs w:val="21"/>
              </w:rPr>
              <w:t>115年　月　日(星期　)</w:t>
            </w:r>
          </w:p>
        </w:tc>
        <w:tc>
          <w:tcPr>
            <w:tcW w:w="756" w:type="dxa"/>
            <w:vAlign w:val="center"/>
          </w:tcPr>
          <w:p w14:paraId="52D25AB4" w14:textId="77777777" w:rsidR="001E4635" w:rsidRPr="00E20550" w:rsidRDefault="001E4635" w:rsidP="001E4635">
            <w:pPr>
              <w:pStyle w:val="a9"/>
              <w:rPr>
                <w:rFonts w:ascii="微軟正黑體" w:eastAsia="微軟正黑體" w:hAnsi="微軟正黑體"/>
                <w:sz w:val="16"/>
              </w:rPr>
            </w:pPr>
            <w:r w:rsidRPr="00E20550">
              <w:rPr>
                <w:rFonts w:ascii="微軟正黑體" w:eastAsia="微軟正黑體" w:hAnsi="微軟正黑體"/>
                <w:sz w:val="16"/>
              </w:rPr>
              <w:t>第　節</w:t>
            </w:r>
          </w:p>
        </w:tc>
      </w:tr>
      <w:tr w:rsidR="006972AA" w:rsidRPr="001E4635" w14:paraId="08B6B8AE" w14:textId="77777777" w:rsidTr="006972AA">
        <w:trPr>
          <w:trHeight w:val="629"/>
          <w:jc w:val="center"/>
        </w:trPr>
        <w:tc>
          <w:tcPr>
            <w:tcW w:w="888" w:type="dxa"/>
            <w:vMerge w:val="restart"/>
            <w:vAlign w:val="center"/>
          </w:tcPr>
          <w:p w14:paraId="0F304747" w14:textId="26C12B39" w:rsidR="006972AA" w:rsidRPr="001E4635" w:rsidRDefault="006972AA" w:rsidP="006972AA">
            <w:pPr>
              <w:pStyle w:val="a9"/>
            </w:pPr>
            <w:r w:rsidRPr="001E4635">
              <w:rPr>
                <w:sz w:val="18"/>
              </w:rPr>
              <w:t>第</w:t>
            </w:r>
            <w:r>
              <w:rPr>
                <w:rFonts w:eastAsia="新細明體" w:hint="eastAsia"/>
                <w:sz w:val="18"/>
                <w:lang w:eastAsia="zh-TW"/>
              </w:rPr>
              <w:t>6</w:t>
            </w:r>
            <w:r w:rsidRPr="001E4635">
              <w:rPr>
                <w:sz w:val="18"/>
              </w:rPr>
              <w:t>組</w:t>
            </w:r>
          </w:p>
        </w:tc>
        <w:tc>
          <w:tcPr>
            <w:tcW w:w="709" w:type="dxa"/>
            <w:vAlign w:val="center"/>
          </w:tcPr>
          <w:p w14:paraId="4A2B1502" w14:textId="5C43572B" w:rsidR="006972AA" w:rsidRPr="001E4635" w:rsidRDefault="006972AA" w:rsidP="006972AA">
            <w:pPr>
              <w:pStyle w:val="a9"/>
              <w:jc w:val="center"/>
              <w:rPr>
                <w:sz w:val="28"/>
                <w:szCs w:val="28"/>
              </w:rPr>
            </w:pPr>
            <w:r w:rsidRPr="001E4635">
              <w:rPr>
                <w:sz w:val="28"/>
                <w:szCs w:val="28"/>
              </w:rPr>
              <w:t>1</w:t>
            </w:r>
          </w:p>
        </w:tc>
        <w:tc>
          <w:tcPr>
            <w:tcW w:w="1276" w:type="dxa"/>
            <w:vAlign w:val="center"/>
          </w:tcPr>
          <w:p w14:paraId="71D1B9A0" w14:textId="77777777" w:rsidR="006972AA" w:rsidRPr="004C79D7" w:rsidRDefault="006972AA" w:rsidP="006972AA">
            <w:pPr>
              <w:pStyle w:val="a9"/>
              <w:rPr>
                <w:rFonts w:ascii="微軟正黑體" w:eastAsia="微軟正黑體" w:hAnsi="微軟正黑體"/>
              </w:rPr>
            </w:pPr>
          </w:p>
        </w:tc>
        <w:tc>
          <w:tcPr>
            <w:tcW w:w="2409" w:type="dxa"/>
            <w:vAlign w:val="center"/>
          </w:tcPr>
          <w:p w14:paraId="15CB2F68" w14:textId="65E99A29" w:rsidR="006972AA" w:rsidRPr="006972AA" w:rsidRDefault="006972AA" w:rsidP="006972AA">
            <w:pPr>
              <w:pStyle w:val="a9"/>
              <w:rPr>
                <w:rFonts w:ascii="Cambria Math" w:eastAsia="微軟正黑體" w:hAnsi="Cambria Math" w:cs="Cambria Math"/>
                <w:sz w:val="24"/>
                <w:szCs w:val="24"/>
                <w:lang w:eastAsia="zh-TW"/>
              </w:rPr>
            </w:pPr>
            <w:r w:rsidRPr="006972AA">
              <w:rPr>
                <w:rFonts w:ascii="Cambria Math" w:eastAsia="微軟正黑體" w:hAnsi="Cambria Math" w:cs="Cambria Math"/>
                <w:sz w:val="24"/>
                <w:szCs w:val="24"/>
                <w:lang w:eastAsia="zh-TW"/>
              </w:rPr>
              <w:t>▢</w:t>
            </w:r>
            <w:r w:rsidRPr="006972AA">
              <w:rPr>
                <w:rFonts w:ascii="微軟正黑體" w:eastAsia="微軟正黑體" w:hAnsi="微軟正黑體"/>
                <w:sz w:val="24"/>
                <w:szCs w:val="24"/>
                <w:lang w:eastAsia="zh-TW"/>
              </w:rPr>
              <w:t xml:space="preserve">校長 </w:t>
            </w:r>
            <w:r w:rsidRPr="006972AA">
              <w:rPr>
                <w:rFonts w:ascii="Cambria Math" w:eastAsia="微軟正黑體" w:hAnsi="Cambria Math" w:cs="Cambria Math"/>
                <w:sz w:val="24"/>
                <w:szCs w:val="24"/>
                <w:lang w:eastAsia="zh-TW"/>
              </w:rPr>
              <w:t>▢</w:t>
            </w:r>
            <w:r w:rsidRPr="006972AA">
              <w:rPr>
                <w:rFonts w:ascii="微軟正黑體" w:eastAsia="微軟正黑體" w:hAnsi="微軟正黑體"/>
                <w:sz w:val="24"/>
                <w:szCs w:val="24"/>
                <w:lang w:eastAsia="zh-TW"/>
              </w:rPr>
              <w:t>科任</w:t>
            </w:r>
            <w:r w:rsidRPr="006972AA">
              <w:rPr>
                <w:rFonts w:ascii="微軟正黑體" w:eastAsia="微軟正黑體" w:hAnsi="微軟正黑體" w:hint="eastAsia"/>
                <w:sz w:val="24"/>
                <w:szCs w:val="24"/>
                <w:lang w:eastAsia="zh-TW"/>
              </w:rPr>
              <w:t xml:space="preserve"> </w:t>
            </w:r>
            <w:r w:rsidR="001A0742" w:rsidRPr="006972AA">
              <w:rPr>
                <w:rFonts w:ascii="Cambria Math" w:eastAsia="微軟正黑體" w:hAnsi="Cambria Math" w:cs="Cambria Math"/>
                <w:sz w:val="24"/>
                <w:szCs w:val="24"/>
                <w:lang w:eastAsia="zh-TW"/>
              </w:rPr>
              <w:t>▢</w:t>
            </w:r>
            <w:r w:rsidRPr="006972AA">
              <w:rPr>
                <w:rFonts w:ascii="微軟正黑體" w:eastAsia="微軟正黑體" w:hAnsi="微軟正黑體"/>
                <w:sz w:val="24"/>
                <w:szCs w:val="24"/>
                <w:lang w:eastAsia="zh-TW"/>
              </w:rPr>
              <w:t>導師</w:t>
            </w:r>
          </w:p>
        </w:tc>
        <w:tc>
          <w:tcPr>
            <w:tcW w:w="709" w:type="dxa"/>
            <w:vAlign w:val="center"/>
          </w:tcPr>
          <w:p w14:paraId="2EE65B0F" w14:textId="77777777" w:rsidR="006972AA" w:rsidRPr="004C79D7" w:rsidRDefault="006972AA" w:rsidP="006972AA">
            <w:pPr>
              <w:pStyle w:val="a9"/>
              <w:jc w:val="center"/>
              <w:rPr>
                <w:rFonts w:ascii="微軟正黑體" w:eastAsia="微軟正黑體" w:hAnsi="微軟正黑體"/>
                <w:lang w:eastAsia="zh-TW"/>
              </w:rPr>
            </w:pPr>
          </w:p>
        </w:tc>
        <w:tc>
          <w:tcPr>
            <w:tcW w:w="1418" w:type="dxa"/>
            <w:vAlign w:val="center"/>
          </w:tcPr>
          <w:p w14:paraId="564023B7" w14:textId="77777777" w:rsidR="006972AA" w:rsidRPr="006972AA" w:rsidRDefault="006972AA" w:rsidP="006972AA">
            <w:pPr>
              <w:pStyle w:val="a9"/>
              <w:jc w:val="center"/>
              <w:rPr>
                <w:rFonts w:ascii="微軟正黑體" w:eastAsia="微軟正黑體" w:hAnsi="微軟正黑體"/>
                <w:b/>
                <w:bCs/>
                <w:sz w:val="28"/>
                <w:szCs w:val="28"/>
                <w:lang w:eastAsia="zh-TW"/>
              </w:rPr>
            </w:pPr>
          </w:p>
        </w:tc>
        <w:tc>
          <w:tcPr>
            <w:tcW w:w="2732" w:type="dxa"/>
            <w:vAlign w:val="center"/>
          </w:tcPr>
          <w:p w14:paraId="75A71871" w14:textId="1184FBB8" w:rsidR="006972AA" w:rsidRPr="001A0742" w:rsidRDefault="006972AA" w:rsidP="006972AA">
            <w:pPr>
              <w:pStyle w:val="a9"/>
              <w:rPr>
                <w:rFonts w:ascii="微軟正黑體" w:eastAsia="微軟正黑體" w:hAnsi="微軟正黑體"/>
                <w:sz w:val="21"/>
                <w:szCs w:val="21"/>
              </w:rPr>
            </w:pPr>
            <w:r w:rsidRPr="001A0742">
              <w:rPr>
                <w:rFonts w:ascii="微軟正黑體" w:eastAsia="微軟正黑體" w:hAnsi="微軟正黑體"/>
                <w:sz w:val="21"/>
                <w:szCs w:val="21"/>
              </w:rPr>
              <w:t>115年　月　日(星期　)</w:t>
            </w:r>
          </w:p>
        </w:tc>
        <w:tc>
          <w:tcPr>
            <w:tcW w:w="756" w:type="dxa"/>
            <w:vAlign w:val="center"/>
          </w:tcPr>
          <w:p w14:paraId="266195A6" w14:textId="35B973D2" w:rsidR="006972AA" w:rsidRPr="00E20550" w:rsidRDefault="006972AA" w:rsidP="006972AA">
            <w:pPr>
              <w:pStyle w:val="a9"/>
              <w:rPr>
                <w:rFonts w:ascii="微軟正黑體" w:eastAsia="微軟正黑體" w:hAnsi="微軟正黑體"/>
                <w:sz w:val="16"/>
              </w:rPr>
            </w:pPr>
            <w:r w:rsidRPr="00E20550">
              <w:rPr>
                <w:rFonts w:ascii="微軟正黑體" w:eastAsia="微軟正黑體" w:hAnsi="微軟正黑體"/>
                <w:sz w:val="16"/>
              </w:rPr>
              <w:t>第　節</w:t>
            </w:r>
          </w:p>
        </w:tc>
      </w:tr>
      <w:tr w:rsidR="006972AA" w:rsidRPr="001E4635" w14:paraId="59DB816F" w14:textId="77777777" w:rsidTr="006972AA">
        <w:trPr>
          <w:trHeight w:val="629"/>
          <w:jc w:val="center"/>
        </w:trPr>
        <w:tc>
          <w:tcPr>
            <w:tcW w:w="888" w:type="dxa"/>
            <w:vMerge/>
            <w:vAlign w:val="center"/>
          </w:tcPr>
          <w:p w14:paraId="042F4CF3" w14:textId="77777777" w:rsidR="006972AA" w:rsidRPr="001E4635" w:rsidRDefault="006972AA" w:rsidP="006972AA">
            <w:pPr>
              <w:pStyle w:val="a9"/>
            </w:pPr>
          </w:p>
        </w:tc>
        <w:tc>
          <w:tcPr>
            <w:tcW w:w="709" w:type="dxa"/>
            <w:vAlign w:val="center"/>
          </w:tcPr>
          <w:p w14:paraId="25A7AD64" w14:textId="1E73E2CA" w:rsidR="006972AA" w:rsidRPr="001E4635" w:rsidRDefault="006972AA" w:rsidP="006972AA">
            <w:pPr>
              <w:pStyle w:val="a9"/>
              <w:jc w:val="center"/>
              <w:rPr>
                <w:sz w:val="28"/>
                <w:szCs w:val="28"/>
              </w:rPr>
            </w:pPr>
            <w:r w:rsidRPr="001E4635">
              <w:rPr>
                <w:sz w:val="28"/>
                <w:szCs w:val="28"/>
              </w:rPr>
              <w:t>2</w:t>
            </w:r>
          </w:p>
        </w:tc>
        <w:tc>
          <w:tcPr>
            <w:tcW w:w="1276" w:type="dxa"/>
            <w:vAlign w:val="center"/>
          </w:tcPr>
          <w:p w14:paraId="2CB3A820" w14:textId="77777777" w:rsidR="006972AA" w:rsidRPr="004C79D7" w:rsidRDefault="006972AA" w:rsidP="006972AA">
            <w:pPr>
              <w:pStyle w:val="a9"/>
              <w:rPr>
                <w:rFonts w:ascii="微軟正黑體" w:eastAsia="微軟正黑體" w:hAnsi="微軟正黑體"/>
              </w:rPr>
            </w:pPr>
          </w:p>
        </w:tc>
        <w:tc>
          <w:tcPr>
            <w:tcW w:w="2409" w:type="dxa"/>
            <w:vAlign w:val="center"/>
          </w:tcPr>
          <w:p w14:paraId="0345A274" w14:textId="270CA95F" w:rsidR="006972AA" w:rsidRPr="006972AA" w:rsidRDefault="006972AA" w:rsidP="006972AA">
            <w:pPr>
              <w:pStyle w:val="a9"/>
              <w:rPr>
                <w:rFonts w:ascii="Cambria Math" w:eastAsia="微軟正黑體" w:hAnsi="Cambria Math" w:cs="Cambria Math"/>
                <w:sz w:val="24"/>
                <w:szCs w:val="24"/>
                <w:lang w:eastAsia="zh-TW"/>
              </w:rPr>
            </w:pPr>
            <w:r w:rsidRPr="006972AA">
              <w:rPr>
                <w:rFonts w:ascii="Cambria Math" w:eastAsia="微軟正黑體" w:hAnsi="Cambria Math" w:cs="Cambria Math"/>
                <w:sz w:val="24"/>
                <w:szCs w:val="24"/>
                <w:lang w:eastAsia="zh-TW"/>
              </w:rPr>
              <w:t>▢</w:t>
            </w:r>
            <w:r w:rsidRPr="006972AA">
              <w:rPr>
                <w:rFonts w:ascii="微軟正黑體" w:eastAsia="微軟正黑體" w:hAnsi="微軟正黑體"/>
                <w:sz w:val="24"/>
                <w:szCs w:val="24"/>
                <w:lang w:eastAsia="zh-TW"/>
              </w:rPr>
              <w:t xml:space="preserve">校長 </w:t>
            </w:r>
            <w:r w:rsidRPr="006972AA">
              <w:rPr>
                <w:rFonts w:ascii="Cambria Math" w:eastAsia="微軟正黑體" w:hAnsi="Cambria Math" w:cs="Cambria Math"/>
                <w:sz w:val="24"/>
                <w:szCs w:val="24"/>
                <w:lang w:eastAsia="zh-TW"/>
              </w:rPr>
              <w:t>▢</w:t>
            </w:r>
            <w:r w:rsidRPr="006972AA">
              <w:rPr>
                <w:rFonts w:ascii="微軟正黑體" w:eastAsia="微軟正黑體" w:hAnsi="微軟正黑體"/>
                <w:sz w:val="24"/>
                <w:szCs w:val="24"/>
                <w:lang w:eastAsia="zh-TW"/>
              </w:rPr>
              <w:t>科任</w:t>
            </w:r>
            <w:r w:rsidRPr="006972AA">
              <w:rPr>
                <w:rFonts w:ascii="微軟正黑體" w:eastAsia="微軟正黑體" w:hAnsi="微軟正黑體" w:hint="eastAsia"/>
                <w:sz w:val="24"/>
                <w:szCs w:val="24"/>
                <w:lang w:eastAsia="zh-TW"/>
              </w:rPr>
              <w:t xml:space="preserve"> </w:t>
            </w:r>
            <w:r w:rsidR="001A0742" w:rsidRPr="006972AA">
              <w:rPr>
                <w:rFonts w:ascii="Cambria Math" w:eastAsia="微軟正黑體" w:hAnsi="Cambria Math" w:cs="Cambria Math"/>
                <w:sz w:val="24"/>
                <w:szCs w:val="24"/>
                <w:lang w:eastAsia="zh-TW"/>
              </w:rPr>
              <w:t>▢</w:t>
            </w:r>
            <w:r w:rsidRPr="006972AA">
              <w:rPr>
                <w:rFonts w:ascii="微軟正黑體" w:eastAsia="微軟正黑體" w:hAnsi="微軟正黑體"/>
                <w:sz w:val="24"/>
                <w:szCs w:val="24"/>
                <w:lang w:eastAsia="zh-TW"/>
              </w:rPr>
              <w:t>導師</w:t>
            </w:r>
          </w:p>
        </w:tc>
        <w:tc>
          <w:tcPr>
            <w:tcW w:w="709" w:type="dxa"/>
            <w:vAlign w:val="center"/>
          </w:tcPr>
          <w:p w14:paraId="2175F2EA" w14:textId="77777777" w:rsidR="006972AA" w:rsidRPr="004C79D7" w:rsidRDefault="006972AA" w:rsidP="006972AA">
            <w:pPr>
              <w:pStyle w:val="a9"/>
              <w:jc w:val="center"/>
              <w:rPr>
                <w:rFonts w:ascii="微軟正黑體" w:eastAsia="微軟正黑體" w:hAnsi="微軟正黑體"/>
                <w:lang w:eastAsia="zh-TW"/>
              </w:rPr>
            </w:pPr>
          </w:p>
        </w:tc>
        <w:tc>
          <w:tcPr>
            <w:tcW w:w="1418" w:type="dxa"/>
            <w:vAlign w:val="center"/>
          </w:tcPr>
          <w:p w14:paraId="44F4CC62" w14:textId="77777777" w:rsidR="006972AA" w:rsidRPr="006972AA" w:rsidRDefault="006972AA" w:rsidP="006972AA">
            <w:pPr>
              <w:pStyle w:val="a9"/>
              <w:jc w:val="center"/>
              <w:rPr>
                <w:rFonts w:ascii="微軟正黑體" w:eastAsia="微軟正黑體" w:hAnsi="微軟正黑體"/>
                <w:b/>
                <w:bCs/>
                <w:sz w:val="28"/>
                <w:szCs w:val="28"/>
                <w:lang w:eastAsia="zh-TW"/>
              </w:rPr>
            </w:pPr>
          </w:p>
        </w:tc>
        <w:tc>
          <w:tcPr>
            <w:tcW w:w="2732" w:type="dxa"/>
            <w:vAlign w:val="center"/>
          </w:tcPr>
          <w:p w14:paraId="7E51A01E" w14:textId="74BCEE71" w:rsidR="006972AA" w:rsidRPr="001A0742" w:rsidRDefault="006972AA" w:rsidP="006972AA">
            <w:pPr>
              <w:pStyle w:val="a9"/>
              <w:rPr>
                <w:rFonts w:ascii="微軟正黑體" w:eastAsia="微軟正黑體" w:hAnsi="微軟正黑體"/>
                <w:sz w:val="21"/>
                <w:szCs w:val="21"/>
              </w:rPr>
            </w:pPr>
            <w:r w:rsidRPr="001A0742">
              <w:rPr>
                <w:rFonts w:ascii="微軟正黑體" w:eastAsia="微軟正黑體" w:hAnsi="微軟正黑體"/>
                <w:sz w:val="21"/>
                <w:szCs w:val="21"/>
              </w:rPr>
              <w:t>115年　月　日(星期　)</w:t>
            </w:r>
          </w:p>
        </w:tc>
        <w:tc>
          <w:tcPr>
            <w:tcW w:w="756" w:type="dxa"/>
            <w:vAlign w:val="center"/>
          </w:tcPr>
          <w:p w14:paraId="1C789AE8" w14:textId="0F145226" w:rsidR="006972AA" w:rsidRPr="00E20550" w:rsidRDefault="006972AA" w:rsidP="006972AA">
            <w:pPr>
              <w:pStyle w:val="a9"/>
              <w:rPr>
                <w:rFonts w:ascii="微軟正黑體" w:eastAsia="微軟正黑體" w:hAnsi="微軟正黑體"/>
                <w:sz w:val="16"/>
              </w:rPr>
            </w:pPr>
            <w:r w:rsidRPr="00E20550">
              <w:rPr>
                <w:rFonts w:ascii="微軟正黑體" w:eastAsia="微軟正黑體" w:hAnsi="微軟正黑體"/>
                <w:sz w:val="16"/>
              </w:rPr>
              <w:t>第　節</w:t>
            </w:r>
          </w:p>
        </w:tc>
      </w:tr>
      <w:tr w:rsidR="006972AA" w:rsidRPr="001E4635" w14:paraId="200CA0C2" w14:textId="77777777" w:rsidTr="006972AA">
        <w:trPr>
          <w:trHeight w:val="629"/>
          <w:jc w:val="center"/>
        </w:trPr>
        <w:tc>
          <w:tcPr>
            <w:tcW w:w="888" w:type="dxa"/>
            <w:vMerge/>
            <w:vAlign w:val="center"/>
          </w:tcPr>
          <w:p w14:paraId="27328EA2" w14:textId="77777777" w:rsidR="006972AA" w:rsidRPr="001E4635" w:rsidRDefault="006972AA" w:rsidP="006972AA">
            <w:pPr>
              <w:pStyle w:val="a9"/>
            </w:pPr>
          </w:p>
        </w:tc>
        <w:tc>
          <w:tcPr>
            <w:tcW w:w="709" w:type="dxa"/>
            <w:vAlign w:val="center"/>
          </w:tcPr>
          <w:p w14:paraId="5996AF59" w14:textId="5ED034E0" w:rsidR="006972AA" w:rsidRPr="001E4635" w:rsidRDefault="006972AA" w:rsidP="006972AA">
            <w:pPr>
              <w:pStyle w:val="a9"/>
              <w:jc w:val="center"/>
              <w:rPr>
                <w:sz w:val="28"/>
                <w:szCs w:val="28"/>
              </w:rPr>
            </w:pPr>
            <w:r w:rsidRPr="001E4635">
              <w:rPr>
                <w:sz w:val="28"/>
                <w:szCs w:val="28"/>
              </w:rPr>
              <w:t>3</w:t>
            </w:r>
          </w:p>
        </w:tc>
        <w:tc>
          <w:tcPr>
            <w:tcW w:w="1276" w:type="dxa"/>
            <w:vAlign w:val="center"/>
          </w:tcPr>
          <w:p w14:paraId="04D1C2A7" w14:textId="77777777" w:rsidR="006972AA" w:rsidRPr="004C79D7" w:rsidRDefault="006972AA" w:rsidP="006972AA">
            <w:pPr>
              <w:pStyle w:val="a9"/>
              <w:rPr>
                <w:rFonts w:ascii="微軟正黑體" w:eastAsia="微軟正黑體" w:hAnsi="微軟正黑體"/>
              </w:rPr>
            </w:pPr>
          </w:p>
        </w:tc>
        <w:tc>
          <w:tcPr>
            <w:tcW w:w="2409" w:type="dxa"/>
            <w:vAlign w:val="center"/>
          </w:tcPr>
          <w:p w14:paraId="7E25218F" w14:textId="0F8C78A8" w:rsidR="006972AA" w:rsidRPr="006972AA" w:rsidRDefault="006972AA" w:rsidP="006972AA">
            <w:pPr>
              <w:pStyle w:val="a9"/>
              <w:rPr>
                <w:rFonts w:ascii="Cambria Math" w:eastAsia="微軟正黑體" w:hAnsi="Cambria Math" w:cs="Cambria Math"/>
                <w:sz w:val="24"/>
                <w:szCs w:val="24"/>
                <w:lang w:eastAsia="zh-TW"/>
              </w:rPr>
            </w:pPr>
            <w:r w:rsidRPr="006972AA">
              <w:rPr>
                <w:rFonts w:ascii="Cambria Math" w:eastAsia="微軟正黑體" w:hAnsi="Cambria Math" w:cs="Cambria Math"/>
                <w:sz w:val="24"/>
                <w:szCs w:val="24"/>
                <w:lang w:eastAsia="zh-TW"/>
              </w:rPr>
              <w:t>▢</w:t>
            </w:r>
            <w:r w:rsidRPr="006972AA">
              <w:rPr>
                <w:rFonts w:ascii="微軟正黑體" w:eastAsia="微軟正黑體" w:hAnsi="微軟正黑體"/>
                <w:sz w:val="24"/>
                <w:szCs w:val="24"/>
                <w:lang w:eastAsia="zh-TW"/>
              </w:rPr>
              <w:t xml:space="preserve">校長 </w:t>
            </w:r>
            <w:r w:rsidRPr="006972AA">
              <w:rPr>
                <w:rFonts w:ascii="Cambria Math" w:eastAsia="微軟正黑體" w:hAnsi="Cambria Math" w:cs="Cambria Math"/>
                <w:sz w:val="24"/>
                <w:szCs w:val="24"/>
                <w:lang w:eastAsia="zh-TW"/>
              </w:rPr>
              <w:t>▢</w:t>
            </w:r>
            <w:r w:rsidRPr="006972AA">
              <w:rPr>
                <w:rFonts w:ascii="微軟正黑體" w:eastAsia="微軟正黑體" w:hAnsi="微軟正黑體"/>
                <w:sz w:val="24"/>
                <w:szCs w:val="24"/>
                <w:lang w:eastAsia="zh-TW"/>
              </w:rPr>
              <w:t>科任</w:t>
            </w:r>
            <w:r w:rsidRPr="006972AA">
              <w:rPr>
                <w:rFonts w:ascii="微軟正黑體" w:eastAsia="微軟正黑體" w:hAnsi="微軟正黑體" w:hint="eastAsia"/>
                <w:sz w:val="24"/>
                <w:szCs w:val="24"/>
                <w:lang w:eastAsia="zh-TW"/>
              </w:rPr>
              <w:t xml:space="preserve"> </w:t>
            </w:r>
            <w:r w:rsidR="001A0742" w:rsidRPr="006972AA">
              <w:rPr>
                <w:rFonts w:ascii="Cambria Math" w:eastAsia="微軟正黑體" w:hAnsi="Cambria Math" w:cs="Cambria Math"/>
                <w:sz w:val="24"/>
                <w:szCs w:val="24"/>
                <w:lang w:eastAsia="zh-TW"/>
              </w:rPr>
              <w:t>▢</w:t>
            </w:r>
            <w:r w:rsidRPr="006972AA">
              <w:rPr>
                <w:rFonts w:ascii="微軟正黑體" w:eastAsia="微軟正黑體" w:hAnsi="微軟正黑體"/>
                <w:sz w:val="24"/>
                <w:szCs w:val="24"/>
                <w:lang w:eastAsia="zh-TW"/>
              </w:rPr>
              <w:t>導師</w:t>
            </w:r>
          </w:p>
        </w:tc>
        <w:tc>
          <w:tcPr>
            <w:tcW w:w="709" w:type="dxa"/>
            <w:vAlign w:val="center"/>
          </w:tcPr>
          <w:p w14:paraId="7185612F" w14:textId="77777777" w:rsidR="006972AA" w:rsidRPr="004C79D7" w:rsidRDefault="006972AA" w:rsidP="006972AA">
            <w:pPr>
              <w:pStyle w:val="a9"/>
              <w:jc w:val="center"/>
              <w:rPr>
                <w:rFonts w:ascii="微軟正黑體" w:eastAsia="微軟正黑體" w:hAnsi="微軟正黑體"/>
                <w:lang w:eastAsia="zh-TW"/>
              </w:rPr>
            </w:pPr>
          </w:p>
        </w:tc>
        <w:tc>
          <w:tcPr>
            <w:tcW w:w="1418" w:type="dxa"/>
            <w:vAlign w:val="center"/>
          </w:tcPr>
          <w:p w14:paraId="24EE3A31" w14:textId="77777777" w:rsidR="006972AA" w:rsidRPr="006972AA" w:rsidRDefault="006972AA" w:rsidP="006972AA">
            <w:pPr>
              <w:pStyle w:val="a9"/>
              <w:jc w:val="center"/>
              <w:rPr>
                <w:rFonts w:ascii="微軟正黑體" w:eastAsia="微軟正黑體" w:hAnsi="微軟正黑體"/>
                <w:b/>
                <w:bCs/>
                <w:sz w:val="28"/>
                <w:szCs w:val="28"/>
                <w:lang w:eastAsia="zh-TW"/>
              </w:rPr>
            </w:pPr>
          </w:p>
        </w:tc>
        <w:tc>
          <w:tcPr>
            <w:tcW w:w="2732" w:type="dxa"/>
            <w:vAlign w:val="center"/>
          </w:tcPr>
          <w:p w14:paraId="623B35DA" w14:textId="33F48FCA" w:rsidR="006972AA" w:rsidRPr="001A0742" w:rsidRDefault="006972AA" w:rsidP="006972AA">
            <w:pPr>
              <w:pStyle w:val="a9"/>
              <w:rPr>
                <w:rFonts w:ascii="微軟正黑體" w:eastAsia="微軟正黑體" w:hAnsi="微軟正黑體"/>
                <w:sz w:val="21"/>
                <w:szCs w:val="21"/>
              </w:rPr>
            </w:pPr>
            <w:r w:rsidRPr="001A0742">
              <w:rPr>
                <w:rFonts w:ascii="微軟正黑體" w:eastAsia="微軟正黑體" w:hAnsi="微軟正黑體"/>
                <w:sz w:val="21"/>
                <w:szCs w:val="21"/>
              </w:rPr>
              <w:t>115年　月　日(星期　)</w:t>
            </w:r>
          </w:p>
        </w:tc>
        <w:tc>
          <w:tcPr>
            <w:tcW w:w="756" w:type="dxa"/>
            <w:vAlign w:val="center"/>
          </w:tcPr>
          <w:p w14:paraId="148DD40D" w14:textId="483D1A2A" w:rsidR="006972AA" w:rsidRPr="00E20550" w:rsidRDefault="006972AA" w:rsidP="006972AA">
            <w:pPr>
              <w:pStyle w:val="a9"/>
              <w:rPr>
                <w:rFonts w:ascii="微軟正黑體" w:eastAsia="微軟正黑體" w:hAnsi="微軟正黑體"/>
                <w:sz w:val="16"/>
              </w:rPr>
            </w:pPr>
            <w:r w:rsidRPr="00E20550">
              <w:rPr>
                <w:rFonts w:ascii="微軟正黑體" w:eastAsia="微軟正黑體" w:hAnsi="微軟正黑體"/>
                <w:sz w:val="16"/>
              </w:rPr>
              <w:t>第　節</w:t>
            </w:r>
          </w:p>
        </w:tc>
      </w:tr>
    </w:tbl>
    <w:p w14:paraId="1B001F7A" w14:textId="77777777" w:rsidR="004905B9" w:rsidRDefault="004905B9" w:rsidP="001E4635">
      <w:pPr>
        <w:pStyle w:val="a9"/>
        <w:rPr>
          <w:rFonts w:ascii="新細明體" w:eastAsia="新細明體" w:hAnsi="新細明體"/>
          <w:lang w:eastAsia="zh-TW"/>
        </w:rPr>
      </w:pPr>
    </w:p>
    <w:p w14:paraId="3C792E2F" w14:textId="0F37D546" w:rsidR="008E73B8" w:rsidRDefault="004905B9" w:rsidP="001E4635">
      <w:pPr>
        <w:pStyle w:val="a9"/>
        <w:rPr>
          <w:lang w:eastAsia="zh-TW"/>
        </w:rPr>
      </w:pPr>
      <w:r w:rsidRPr="004905B9">
        <w:rPr>
          <w:rFonts w:ascii="微軟正黑體" w:eastAsia="微軟正黑體" w:hAnsi="微軟正黑體" w:hint="eastAsia"/>
          <w:b/>
          <w:bCs/>
          <w:sz w:val="24"/>
          <w:szCs w:val="24"/>
          <w:lang w:eastAsia="zh-TW"/>
        </w:rPr>
        <w:t xml:space="preserve">承辦：                                                  主任：       </w:t>
      </w:r>
      <w:r>
        <w:rPr>
          <w:rFonts w:ascii="微軟正黑體" w:eastAsia="微軟正黑體" w:hAnsi="微軟正黑體" w:hint="eastAsia"/>
          <w:b/>
          <w:bCs/>
          <w:sz w:val="24"/>
          <w:szCs w:val="24"/>
          <w:lang w:eastAsia="zh-TW"/>
        </w:rPr>
        <w:t xml:space="preserve"> </w:t>
      </w:r>
      <w:r w:rsidRPr="004905B9">
        <w:rPr>
          <w:rFonts w:ascii="微軟正黑體" w:eastAsia="微軟正黑體" w:hAnsi="微軟正黑體" w:hint="eastAsia"/>
          <w:b/>
          <w:bCs/>
          <w:sz w:val="24"/>
          <w:szCs w:val="24"/>
          <w:lang w:eastAsia="zh-TW"/>
        </w:rPr>
        <w:t xml:space="preserve">                                           校長：</w:t>
      </w:r>
    </w:p>
    <w:p w14:paraId="0E616B8E" w14:textId="6B5F2772" w:rsidR="00BF6536" w:rsidRPr="001E4635" w:rsidRDefault="00BE041A" w:rsidP="001E4635">
      <w:pPr>
        <w:pStyle w:val="a9"/>
        <w:rPr>
          <w:lang w:eastAsia="zh-TW"/>
        </w:rPr>
      </w:pPr>
      <w:r w:rsidRPr="008E73B8">
        <w:rPr>
          <w:lang w:eastAsia="zh-TW"/>
        </w:rPr>
        <w:br w:type="page"/>
      </w:r>
      <w:r w:rsidRPr="001E4635">
        <w:rPr>
          <w:lang w:eastAsia="zh-TW"/>
        </w:rPr>
        <w:lastRenderedPageBreak/>
        <w:t>附件二－共同備課紀錄表</w:t>
      </w:r>
    </w:p>
    <w:p w14:paraId="4A67E394" w14:textId="77777777" w:rsidR="00BF6536" w:rsidRPr="001E4635" w:rsidRDefault="00BE041A" w:rsidP="001E4635">
      <w:pPr>
        <w:pStyle w:val="a9"/>
        <w:rPr>
          <w:lang w:eastAsia="zh-TW"/>
        </w:rPr>
      </w:pPr>
      <w:r w:rsidRPr="001E4635">
        <w:rPr>
          <w:sz w:val="32"/>
          <w:lang w:eastAsia="zh-TW"/>
        </w:rPr>
        <w:t>屏東縣來義</w:t>
      </w:r>
      <w:r w:rsidRPr="001E4635">
        <w:rPr>
          <w:rFonts w:ascii="微軟正黑體" w:eastAsia="微軟正黑體" w:hAnsi="微軟正黑體" w:cs="微軟正黑體" w:hint="eastAsia"/>
          <w:sz w:val="32"/>
          <w:lang w:eastAsia="zh-TW"/>
        </w:rPr>
        <w:t>鄉</w:t>
      </w:r>
      <w:r w:rsidRPr="001E4635">
        <w:rPr>
          <w:rFonts w:ascii="MS Mincho" w:eastAsia="MS Mincho" w:hAnsi="MS Mincho" w:cs="MS Mincho" w:hint="eastAsia"/>
          <w:sz w:val="32"/>
          <w:lang w:eastAsia="zh-TW"/>
        </w:rPr>
        <w:t>古樓國民小學</w:t>
      </w:r>
      <w:r w:rsidRPr="001E4635">
        <w:rPr>
          <w:sz w:val="32"/>
          <w:lang w:eastAsia="zh-TW"/>
        </w:rPr>
        <w:t>115</w:t>
      </w:r>
      <w:r w:rsidRPr="001E4635">
        <w:rPr>
          <w:sz w:val="32"/>
          <w:lang w:eastAsia="zh-TW"/>
        </w:rPr>
        <w:t>學年度辦理觀察前共同備課紀錄表</w:t>
      </w:r>
    </w:p>
    <w:p w14:paraId="0E927910" w14:textId="77777777" w:rsidR="00BF6536" w:rsidRPr="008E73B8" w:rsidRDefault="00BE041A" w:rsidP="001E4635">
      <w:pPr>
        <w:pStyle w:val="a9"/>
        <w:rPr>
          <w:rFonts w:ascii="微軟正黑體" w:eastAsia="微軟正黑體" w:hAnsi="微軟正黑體"/>
          <w:sz w:val="24"/>
          <w:szCs w:val="24"/>
          <w:lang w:eastAsia="zh-TW"/>
        </w:rPr>
      </w:pPr>
      <w:r w:rsidRPr="008E73B8">
        <w:rPr>
          <w:rFonts w:ascii="微軟正黑體" w:eastAsia="微軟正黑體" w:hAnsi="微軟正黑體"/>
          <w:sz w:val="24"/>
          <w:szCs w:val="24"/>
          <w:lang w:eastAsia="zh-TW"/>
        </w:rPr>
        <w:t>壹、時　　間：115年　　月　　日（星期　）　　時　　分</w:t>
      </w:r>
    </w:p>
    <w:p w14:paraId="243B1B8D" w14:textId="77777777" w:rsidR="00BF6536" w:rsidRPr="008E73B8" w:rsidRDefault="00BE041A" w:rsidP="001E4635">
      <w:pPr>
        <w:pStyle w:val="a9"/>
        <w:rPr>
          <w:rFonts w:ascii="微軟正黑體" w:eastAsia="微軟正黑體" w:hAnsi="微軟正黑體"/>
          <w:sz w:val="24"/>
          <w:szCs w:val="24"/>
          <w:lang w:eastAsia="zh-TW"/>
        </w:rPr>
      </w:pPr>
      <w:r w:rsidRPr="008E73B8">
        <w:rPr>
          <w:rFonts w:ascii="微軟正黑體" w:eastAsia="微軟正黑體" w:hAnsi="微軟正黑體"/>
          <w:sz w:val="24"/>
          <w:szCs w:val="24"/>
          <w:lang w:eastAsia="zh-TW"/>
        </w:rPr>
        <w:t>貳、地　　點：</w:t>
      </w:r>
    </w:p>
    <w:p w14:paraId="0A9CC7AB" w14:textId="77777777" w:rsidR="00BF6536" w:rsidRPr="008E73B8" w:rsidRDefault="00BE041A" w:rsidP="001E4635">
      <w:pPr>
        <w:pStyle w:val="a9"/>
        <w:rPr>
          <w:rFonts w:ascii="微軟正黑體" w:eastAsia="微軟正黑體" w:hAnsi="微軟正黑體"/>
          <w:sz w:val="24"/>
          <w:szCs w:val="24"/>
          <w:lang w:eastAsia="zh-TW"/>
        </w:rPr>
      </w:pPr>
      <w:r w:rsidRPr="008E73B8">
        <w:rPr>
          <w:rFonts w:ascii="微軟正黑體" w:eastAsia="微軟正黑體" w:hAnsi="微軟正黑體"/>
          <w:sz w:val="24"/>
          <w:szCs w:val="24"/>
          <w:lang w:eastAsia="zh-TW"/>
        </w:rPr>
        <w:t>參、主 持 人：　　　　　　　　　　　　　　會議紀錄：</w:t>
      </w:r>
    </w:p>
    <w:p w14:paraId="3BA49DA0" w14:textId="77777777" w:rsidR="00BF6536" w:rsidRPr="008E73B8" w:rsidRDefault="00BE041A" w:rsidP="001E4635">
      <w:pPr>
        <w:pStyle w:val="a9"/>
        <w:rPr>
          <w:rFonts w:ascii="微軟正黑體" w:eastAsia="微軟正黑體" w:hAnsi="微軟正黑體"/>
          <w:sz w:val="24"/>
          <w:szCs w:val="24"/>
          <w:lang w:eastAsia="zh-TW"/>
        </w:rPr>
      </w:pPr>
      <w:r w:rsidRPr="008E73B8">
        <w:rPr>
          <w:rFonts w:ascii="微軟正黑體" w:eastAsia="微軟正黑體" w:hAnsi="微軟正黑體"/>
          <w:sz w:val="24"/>
          <w:szCs w:val="24"/>
          <w:lang w:eastAsia="zh-TW"/>
        </w:rPr>
        <w:t>肆、參與人員：</w:t>
      </w:r>
    </w:p>
    <w:p w14:paraId="353FC6F0" w14:textId="77777777" w:rsidR="00BF6536" w:rsidRPr="008E73B8" w:rsidRDefault="00BE041A" w:rsidP="001E4635">
      <w:pPr>
        <w:pStyle w:val="a9"/>
        <w:rPr>
          <w:rFonts w:ascii="微軟正黑體" w:eastAsia="微軟正黑體" w:hAnsi="微軟正黑體"/>
          <w:sz w:val="24"/>
          <w:szCs w:val="24"/>
          <w:lang w:eastAsia="zh-TW"/>
        </w:rPr>
      </w:pPr>
      <w:r w:rsidRPr="008E73B8">
        <w:rPr>
          <w:rFonts w:ascii="微軟正黑體" w:eastAsia="微軟正黑體" w:hAnsi="微軟正黑體"/>
          <w:sz w:val="24"/>
          <w:szCs w:val="24"/>
          <w:lang w:eastAsia="zh-TW"/>
        </w:rPr>
        <w:t>伍、會議</w:t>
      </w:r>
      <w:r w:rsidRPr="008E73B8">
        <w:rPr>
          <w:rFonts w:ascii="微軟正黑體" w:eastAsia="微軟正黑體" w:hAnsi="微軟正黑體" w:cs="微軟正黑體" w:hint="eastAsia"/>
          <w:sz w:val="24"/>
          <w:szCs w:val="24"/>
          <w:lang w:eastAsia="zh-TW"/>
        </w:rPr>
        <w:t>內</w:t>
      </w:r>
      <w:r w:rsidRPr="008E73B8">
        <w:rPr>
          <w:rFonts w:ascii="微軟正黑體" w:eastAsia="微軟正黑體" w:hAnsi="微軟正黑體" w:cs="MS Mincho" w:hint="eastAsia"/>
          <w:sz w:val="24"/>
          <w:szCs w:val="24"/>
          <w:lang w:eastAsia="zh-TW"/>
        </w:rPr>
        <w:t>容：</w:t>
      </w:r>
    </w:p>
    <w:p w14:paraId="6ABFA76C" w14:textId="77777777" w:rsidR="00BF6536" w:rsidRPr="008E73B8" w:rsidRDefault="00BE041A" w:rsidP="001E4635">
      <w:pPr>
        <w:pStyle w:val="a9"/>
        <w:rPr>
          <w:rFonts w:ascii="微軟正黑體" w:eastAsia="微軟正黑體" w:hAnsi="微軟正黑體"/>
          <w:sz w:val="24"/>
          <w:szCs w:val="24"/>
          <w:lang w:eastAsia="zh-TW"/>
        </w:rPr>
      </w:pPr>
      <w:r w:rsidRPr="008E73B8">
        <w:rPr>
          <w:rFonts w:ascii="微軟正黑體" w:eastAsia="微軟正黑體" w:hAnsi="微軟正黑體"/>
          <w:sz w:val="24"/>
          <w:szCs w:val="24"/>
          <w:lang w:eastAsia="zh-TW"/>
        </w:rPr>
        <w:t>一、公開授課教學</w:t>
      </w:r>
      <w:r w:rsidRPr="008E73B8">
        <w:rPr>
          <w:rFonts w:ascii="微軟正黑體" w:eastAsia="微軟正黑體" w:hAnsi="微軟正黑體" w:cs="微軟正黑體" w:hint="eastAsia"/>
          <w:sz w:val="24"/>
          <w:szCs w:val="24"/>
          <w:lang w:eastAsia="zh-TW"/>
        </w:rPr>
        <w:t>內</w:t>
      </w:r>
      <w:r w:rsidRPr="008E73B8">
        <w:rPr>
          <w:rFonts w:ascii="微軟正黑體" w:eastAsia="微軟正黑體" w:hAnsi="微軟正黑體" w:cs="MS Mincho" w:hint="eastAsia"/>
          <w:sz w:val="24"/>
          <w:szCs w:val="24"/>
          <w:lang w:eastAsia="zh-TW"/>
        </w:rPr>
        <w:t>容</w:t>
      </w:r>
      <w:r w:rsidRPr="008E73B8">
        <w:rPr>
          <w:rFonts w:ascii="微軟正黑體" w:eastAsia="微軟正黑體" w:hAnsi="微軟正黑體" w:cs="微軟正黑體" w:hint="eastAsia"/>
          <w:sz w:val="24"/>
          <w:szCs w:val="24"/>
          <w:lang w:eastAsia="zh-TW"/>
        </w:rPr>
        <w:t>說</w:t>
      </w:r>
      <w:r w:rsidRPr="008E73B8">
        <w:rPr>
          <w:rFonts w:ascii="微軟正黑體" w:eastAsia="微軟正黑體" w:hAnsi="微軟正黑體" w:cs="MS Mincho" w:hint="eastAsia"/>
          <w:sz w:val="24"/>
          <w:szCs w:val="24"/>
          <w:lang w:eastAsia="zh-TW"/>
        </w:rPr>
        <w:t>明：</w:t>
      </w:r>
    </w:p>
    <w:p w14:paraId="5586C9F4" w14:textId="77777777" w:rsidR="00BF6536" w:rsidRPr="008E73B8" w:rsidRDefault="00BE041A" w:rsidP="001E4635">
      <w:pPr>
        <w:pStyle w:val="a9"/>
        <w:rPr>
          <w:rFonts w:ascii="微軟正黑體" w:eastAsia="微軟正黑體" w:hAnsi="微軟正黑體"/>
          <w:sz w:val="24"/>
          <w:szCs w:val="24"/>
          <w:lang w:eastAsia="zh-TW"/>
        </w:rPr>
      </w:pPr>
      <w:r w:rsidRPr="008E73B8">
        <w:rPr>
          <w:rFonts w:ascii="微軟正黑體" w:eastAsia="微軟正黑體" w:hAnsi="微軟正黑體"/>
          <w:sz w:val="24"/>
          <w:szCs w:val="24"/>
          <w:lang w:eastAsia="zh-TW"/>
        </w:rPr>
        <w:t>（一）教學設計理念</w:t>
      </w:r>
      <w:r w:rsidRPr="008E73B8">
        <w:rPr>
          <w:rFonts w:ascii="微軟正黑體" w:eastAsia="微軟正黑體" w:hAnsi="微軟正黑體" w:cs="微軟正黑體" w:hint="eastAsia"/>
          <w:sz w:val="24"/>
          <w:szCs w:val="24"/>
          <w:lang w:eastAsia="zh-TW"/>
        </w:rPr>
        <w:t>說</w:t>
      </w:r>
      <w:r w:rsidRPr="008E73B8">
        <w:rPr>
          <w:rFonts w:ascii="微軟正黑體" w:eastAsia="微軟正黑體" w:hAnsi="微軟正黑體" w:cs="MS Mincho" w:hint="eastAsia"/>
          <w:sz w:val="24"/>
          <w:szCs w:val="24"/>
          <w:lang w:eastAsia="zh-TW"/>
        </w:rPr>
        <w:t>明：</w:t>
      </w:r>
    </w:p>
    <w:p w14:paraId="2EFE68D0" w14:textId="77777777" w:rsidR="00BF6536" w:rsidRPr="008E73B8" w:rsidRDefault="00BE041A" w:rsidP="001E4635">
      <w:pPr>
        <w:pStyle w:val="a9"/>
        <w:rPr>
          <w:rFonts w:ascii="微軟正黑體" w:eastAsia="微軟正黑體" w:hAnsi="微軟正黑體"/>
          <w:sz w:val="24"/>
          <w:szCs w:val="24"/>
          <w:lang w:eastAsia="zh-TW"/>
        </w:rPr>
      </w:pPr>
      <w:r w:rsidRPr="008E73B8">
        <w:rPr>
          <w:rFonts w:ascii="微軟正黑體" w:eastAsia="微軟正黑體" w:hAnsi="微軟正黑體"/>
          <w:sz w:val="24"/>
          <w:szCs w:val="24"/>
          <w:lang w:eastAsia="zh-TW"/>
        </w:rPr>
        <w:br/>
      </w:r>
      <w:r w:rsidRPr="008E73B8">
        <w:rPr>
          <w:rFonts w:ascii="微軟正黑體" w:eastAsia="微軟正黑體" w:hAnsi="微軟正黑體"/>
          <w:sz w:val="24"/>
          <w:szCs w:val="24"/>
          <w:lang w:eastAsia="zh-TW"/>
        </w:rPr>
        <w:br/>
      </w:r>
    </w:p>
    <w:p w14:paraId="7107BEDD" w14:textId="77777777" w:rsidR="00BF6536" w:rsidRPr="008E73B8" w:rsidRDefault="00BE041A" w:rsidP="001E4635">
      <w:pPr>
        <w:pStyle w:val="a9"/>
        <w:rPr>
          <w:rFonts w:ascii="微軟正黑體" w:eastAsia="微軟正黑體" w:hAnsi="微軟正黑體"/>
          <w:sz w:val="24"/>
          <w:szCs w:val="24"/>
        </w:rPr>
      </w:pPr>
      <w:r w:rsidRPr="008E73B8">
        <w:rPr>
          <w:rFonts w:ascii="微軟正黑體" w:eastAsia="微軟正黑體" w:hAnsi="微軟正黑體"/>
          <w:sz w:val="24"/>
          <w:szCs w:val="24"/>
        </w:rPr>
        <w:t>（二）教學</w:t>
      </w:r>
      <w:r w:rsidRPr="008E73B8">
        <w:rPr>
          <w:rFonts w:ascii="微軟正黑體" w:eastAsia="微軟正黑體" w:hAnsi="微軟正黑體" w:cs="微軟正黑體" w:hint="eastAsia"/>
          <w:sz w:val="24"/>
          <w:szCs w:val="24"/>
        </w:rPr>
        <w:t>內</w:t>
      </w:r>
      <w:r w:rsidRPr="008E73B8">
        <w:rPr>
          <w:rFonts w:ascii="微軟正黑體" w:eastAsia="微軟正黑體" w:hAnsi="微軟正黑體" w:cs="MS Mincho" w:hint="eastAsia"/>
          <w:sz w:val="24"/>
          <w:szCs w:val="24"/>
        </w:rPr>
        <w:t>容：</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2630"/>
        <w:gridCol w:w="7890"/>
      </w:tblGrid>
      <w:tr w:rsidR="00BF6536" w:rsidRPr="001E4635" w14:paraId="43DCEF46" w14:textId="77777777">
        <w:trPr>
          <w:jc w:val="center"/>
        </w:trPr>
        <w:tc>
          <w:tcPr>
            <w:tcW w:w="2635" w:type="dxa"/>
            <w:shd w:val="clear" w:color="auto" w:fill="EAF2F8"/>
            <w:vAlign w:val="center"/>
          </w:tcPr>
          <w:p w14:paraId="5132132E" w14:textId="77777777" w:rsidR="00BF6536" w:rsidRPr="008E73B8" w:rsidRDefault="00BE041A" w:rsidP="001E4635">
            <w:pPr>
              <w:pStyle w:val="a9"/>
              <w:rPr>
                <w:rFonts w:ascii="微軟正黑體" w:eastAsia="微軟正黑體" w:hAnsi="微軟正黑體"/>
                <w:sz w:val="24"/>
                <w:szCs w:val="36"/>
              </w:rPr>
            </w:pPr>
            <w:r w:rsidRPr="008E73B8">
              <w:rPr>
                <w:rFonts w:ascii="微軟正黑體" w:eastAsia="微軟正黑體" w:hAnsi="微軟正黑體"/>
                <w:sz w:val="24"/>
                <w:szCs w:val="36"/>
              </w:rPr>
              <w:t>領域/科目</w:t>
            </w:r>
          </w:p>
        </w:tc>
        <w:tc>
          <w:tcPr>
            <w:tcW w:w="7905" w:type="dxa"/>
            <w:vAlign w:val="center"/>
          </w:tcPr>
          <w:p w14:paraId="09169EF6" w14:textId="77777777" w:rsidR="00BF6536" w:rsidRPr="008E73B8" w:rsidRDefault="00BE041A" w:rsidP="001E4635">
            <w:pPr>
              <w:pStyle w:val="a9"/>
              <w:rPr>
                <w:rFonts w:ascii="微軟正黑體" w:eastAsia="微軟正黑體" w:hAnsi="微軟正黑體"/>
                <w:sz w:val="24"/>
                <w:szCs w:val="36"/>
              </w:rPr>
            </w:pPr>
            <w:r w:rsidRPr="008E73B8">
              <w:rPr>
                <w:rFonts w:ascii="微軟正黑體" w:eastAsia="微軟正黑體" w:hAnsi="微軟正黑體"/>
                <w:sz w:val="24"/>
                <w:szCs w:val="36"/>
              </w:rPr>
              <w:t>公開授課教師</w:t>
            </w:r>
          </w:p>
        </w:tc>
      </w:tr>
      <w:tr w:rsidR="00BF6536" w:rsidRPr="001E4635" w14:paraId="11432958" w14:textId="77777777">
        <w:trPr>
          <w:jc w:val="center"/>
        </w:trPr>
        <w:tc>
          <w:tcPr>
            <w:tcW w:w="2635" w:type="dxa"/>
            <w:shd w:val="clear" w:color="auto" w:fill="EAF2F8"/>
            <w:vAlign w:val="center"/>
          </w:tcPr>
          <w:p w14:paraId="0DD43B35" w14:textId="77777777" w:rsidR="00BF6536" w:rsidRPr="008E73B8" w:rsidRDefault="00BE041A" w:rsidP="001E4635">
            <w:pPr>
              <w:pStyle w:val="a9"/>
              <w:rPr>
                <w:rFonts w:ascii="微軟正黑體" w:eastAsia="微軟正黑體" w:hAnsi="微軟正黑體"/>
                <w:sz w:val="24"/>
                <w:szCs w:val="36"/>
              </w:rPr>
            </w:pPr>
            <w:r w:rsidRPr="008E73B8">
              <w:rPr>
                <w:rFonts w:ascii="微軟正黑體" w:eastAsia="微軟正黑體" w:hAnsi="微軟正黑體"/>
                <w:sz w:val="24"/>
                <w:szCs w:val="36"/>
              </w:rPr>
              <w:t>實施年級</w:t>
            </w:r>
          </w:p>
        </w:tc>
        <w:tc>
          <w:tcPr>
            <w:tcW w:w="7905" w:type="dxa"/>
            <w:vAlign w:val="center"/>
          </w:tcPr>
          <w:p w14:paraId="21F00D83" w14:textId="77777777" w:rsidR="00BF6536" w:rsidRPr="008E73B8" w:rsidRDefault="00BE041A" w:rsidP="001E4635">
            <w:pPr>
              <w:pStyle w:val="a9"/>
              <w:rPr>
                <w:rFonts w:ascii="微軟正黑體" w:eastAsia="微軟正黑體" w:hAnsi="微軟正黑體"/>
                <w:sz w:val="24"/>
                <w:szCs w:val="36"/>
              </w:rPr>
            </w:pPr>
            <w:r w:rsidRPr="008E73B8">
              <w:rPr>
                <w:rFonts w:ascii="微軟正黑體" w:eastAsia="微軟正黑體" w:hAnsi="微軟正黑體"/>
                <w:sz w:val="24"/>
                <w:szCs w:val="36"/>
              </w:rPr>
              <w:t>單元名稱</w:t>
            </w:r>
          </w:p>
        </w:tc>
      </w:tr>
      <w:tr w:rsidR="00BF6536" w:rsidRPr="001E4635" w14:paraId="23FED3BE" w14:textId="77777777">
        <w:trPr>
          <w:jc w:val="center"/>
        </w:trPr>
        <w:tc>
          <w:tcPr>
            <w:tcW w:w="2635" w:type="dxa"/>
            <w:shd w:val="clear" w:color="auto" w:fill="EAF2F8"/>
            <w:vAlign w:val="center"/>
          </w:tcPr>
          <w:p w14:paraId="5895C4C6" w14:textId="77777777" w:rsidR="00BF6536" w:rsidRPr="008E73B8" w:rsidRDefault="00BE041A" w:rsidP="001E4635">
            <w:pPr>
              <w:pStyle w:val="a9"/>
              <w:rPr>
                <w:rFonts w:ascii="微軟正黑體" w:eastAsia="微軟正黑體" w:hAnsi="微軟正黑體"/>
                <w:sz w:val="24"/>
                <w:szCs w:val="36"/>
              </w:rPr>
            </w:pPr>
            <w:r w:rsidRPr="008E73B8">
              <w:rPr>
                <w:rFonts w:ascii="微軟正黑體" w:eastAsia="微軟正黑體" w:hAnsi="微軟正黑體"/>
                <w:sz w:val="24"/>
                <w:szCs w:val="36"/>
              </w:rPr>
              <w:t>學習目標</w:t>
            </w:r>
          </w:p>
        </w:tc>
        <w:tc>
          <w:tcPr>
            <w:tcW w:w="7905" w:type="dxa"/>
            <w:vAlign w:val="center"/>
          </w:tcPr>
          <w:p w14:paraId="04AAB56D" w14:textId="77777777" w:rsidR="00BF6536" w:rsidRPr="008E73B8" w:rsidRDefault="00BE041A" w:rsidP="001E4635">
            <w:pPr>
              <w:pStyle w:val="a9"/>
              <w:rPr>
                <w:rFonts w:ascii="微軟正黑體" w:eastAsia="微軟正黑體" w:hAnsi="微軟正黑體"/>
              </w:rPr>
            </w:pPr>
            <w:r w:rsidRPr="008E73B8">
              <w:rPr>
                <w:rFonts w:ascii="微軟正黑體" w:eastAsia="微軟正黑體" w:hAnsi="微軟正黑體"/>
                <w:sz w:val="18"/>
              </w:rPr>
              <w:br/>
            </w:r>
          </w:p>
        </w:tc>
      </w:tr>
      <w:tr w:rsidR="00BF6536" w:rsidRPr="001E4635" w14:paraId="33237022" w14:textId="77777777">
        <w:trPr>
          <w:jc w:val="center"/>
        </w:trPr>
        <w:tc>
          <w:tcPr>
            <w:tcW w:w="2635" w:type="dxa"/>
            <w:shd w:val="clear" w:color="auto" w:fill="EAF2F8"/>
            <w:vAlign w:val="center"/>
          </w:tcPr>
          <w:p w14:paraId="020DDBE5" w14:textId="77777777" w:rsidR="00BF6536" w:rsidRPr="008E73B8" w:rsidRDefault="00BE041A" w:rsidP="001E4635">
            <w:pPr>
              <w:pStyle w:val="a9"/>
              <w:rPr>
                <w:rFonts w:ascii="微軟正黑體" w:eastAsia="微軟正黑體" w:hAnsi="微軟正黑體"/>
                <w:sz w:val="24"/>
                <w:szCs w:val="36"/>
              </w:rPr>
            </w:pPr>
            <w:r w:rsidRPr="008E73B8">
              <w:rPr>
                <w:rFonts w:ascii="微軟正黑體" w:eastAsia="微軟正黑體" w:hAnsi="微軟正黑體"/>
                <w:sz w:val="24"/>
                <w:szCs w:val="36"/>
              </w:rPr>
              <w:t>核心素養</w:t>
            </w:r>
          </w:p>
        </w:tc>
        <w:tc>
          <w:tcPr>
            <w:tcW w:w="7905" w:type="dxa"/>
            <w:vAlign w:val="center"/>
          </w:tcPr>
          <w:p w14:paraId="68B998AF" w14:textId="77777777" w:rsidR="00BF6536" w:rsidRPr="008E73B8" w:rsidRDefault="00BE041A" w:rsidP="001E4635">
            <w:pPr>
              <w:pStyle w:val="a9"/>
              <w:rPr>
                <w:rFonts w:ascii="微軟正黑體" w:eastAsia="微軟正黑體" w:hAnsi="微軟正黑體"/>
              </w:rPr>
            </w:pPr>
            <w:r w:rsidRPr="008E73B8">
              <w:rPr>
                <w:rFonts w:ascii="微軟正黑體" w:eastAsia="微軟正黑體" w:hAnsi="微軟正黑體"/>
                <w:sz w:val="18"/>
              </w:rPr>
              <w:br/>
            </w:r>
          </w:p>
        </w:tc>
      </w:tr>
      <w:tr w:rsidR="00BF6536" w:rsidRPr="001E4635" w14:paraId="17A9049D" w14:textId="77777777">
        <w:trPr>
          <w:jc w:val="center"/>
        </w:trPr>
        <w:tc>
          <w:tcPr>
            <w:tcW w:w="2635" w:type="dxa"/>
            <w:shd w:val="clear" w:color="auto" w:fill="EAF2F8"/>
            <w:vAlign w:val="center"/>
          </w:tcPr>
          <w:p w14:paraId="71918ACF" w14:textId="77777777" w:rsidR="00BF6536" w:rsidRPr="008E73B8" w:rsidRDefault="00BE041A" w:rsidP="001E4635">
            <w:pPr>
              <w:pStyle w:val="a9"/>
              <w:rPr>
                <w:rFonts w:ascii="微軟正黑體" w:eastAsia="微軟正黑體" w:hAnsi="微軟正黑體"/>
                <w:sz w:val="24"/>
                <w:szCs w:val="36"/>
              </w:rPr>
            </w:pPr>
            <w:r w:rsidRPr="008E73B8">
              <w:rPr>
                <w:rFonts w:ascii="微軟正黑體" w:eastAsia="微軟正黑體" w:hAnsi="微軟正黑體"/>
                <w:sz w:val="24"/>
                <w:szCs w:val="36"/>
              </w:rPr>
              <w:t>學習重點－學習</w:t>
            </w:r>
            <w:r w:rsidRPr="008E73B8">
              <w:rPr>
                <w:rFonts w:ascii="微軟正黑體" w:eastAsia="微軟正黑體" w:hAnsi="微軟正黑體" w:cs="微軟正黑體" w:hint="eastAsia"/>
                <w:sz w:val="24"/>
                <w:szCs w:val="36"/>
              </w:rPr>
              <w:t>內</w:t>
            </w:r>
            <w:r w:rsidRPr="008E73B8">
              <w:rPr>
                <w:rFonts w:ascii="微軟正黑體" w:eastAsia="微軟正黑體" w:hAnsi="微軟正黑體" w:cs="MS Mincho" w:hint="eastAsia"/>
                <w:sz w:val="24"/>
                <w:szCs w:val="36"/>
              </w:rPr>
              <w:t>容</w:t>
            </w:r>
          </w:p>
        </w:tc>
        <w:tc>
          <w:tcPr>
            <w:tcW w:w="7905" w:type="dxa"/>
            <w:vAlign w:val="center"/>
          </w:tcPr>
          <w:p w14:paraId="77872BD2" w14:textId="77777777" w:rsidR="00BF6536" w:rsidRPr="008E73B8" w:rsidRDefault="00BE041A" w:rsidP="001E4635">
            <w:pPr>
              <w:pStyle w:val="a9"/>
              <w:rPr>
                <w:rFonts w:ascii="微軟正黑體" w:eastAsia="微軟正黑體" w:hAnsi="微軟正黑體"/>
              </w:rPr>
            </w:pPr>
            <w:r w:rsidRPr="008E73B8">
              <w:rPr>
                <w:rFonts w:ascii="微軟正黑體" w:eastAsia="微軟正黑體" w:hAnsi="微軟正黑體"/>
                <w:sz w:val="18"/>
              </w:rPr>
              <w:br/>
            </w:r>
          </w:p>
        </w:tc>
      </w:tr>
      <w:tr w:rsidR="00BF6536" w:rsidRPr="001E4635" w14:paraId="5AD697DA" w14:textId="77777777">
        <w:trPr>
          <w:jc w:val="center"/>
        </w:trPr>
        <w:tc>
          <w:tcPr>
            <w:tcW w:w="2635" w:type="dxa"/>
            <w:shd w:val="clear" w:color="auto" w:fill="EAF2F8"/>
            <w:vAlign w:val="center"/>
          </w:tcPr>
          <w:p w14:paraId="4A22AF1C" w14:textId="77777777" w:rsidR="00BF6536" w:rsidRPr="008E73B8" w:rsidRDefault="00BE041A" w:rsidP="001E4635">
            <w:pPr>
              <w:pStyle w:val="a9"/>
              <w:rPr>
                <w:rFonts w:ascii="微軟正黑體" w:eastAsia="微軟正黑體" w:hAnsi="微軟正黑體"/>
                <w:sz w:val="24"/>
                <w:szCs w:val="36"/>
              </w:rPr>
            </w:pPr>
            <w:r w:rsidRPr="008E73B8">
              <w:rPr>
                <w:rFonts w:ascii="微軟正黑體" w:eastAsia="微軟正黑體" w:hAnsi="微軟正黑體"/>
                <w:sz w:val="24"/>
                <w:szCs w:val="36"/>
              </w:rPr>
              <w:t>學習重點－學習表現</w:t>
            </w:r>
          </w:p>
        </w:tc>
        <w:tc>
          <w:tcPr>
            <w:tcW w:w="7905" w:type="dxa"/>
            <w:vAlign w:val="center"/>
          </w:tcPr>
          <w:p w14:paraId="2FA4A83A" w14:textId="77777777" w:rsidR="00BF6536" w:rsidRPr="008E73B8" w:rsidRDefault="00BE041A" w:rsidP="001E4635">
            <w:pPr>
              <w:pStyle w:val="a9"/>
              <w:rPr>
                <w:rFonts w:ascii="微軟正黑體" w:eastAsia="微軟正黑體" w:hAnsi="微軟正黑體"/>
              </w:rPr>
            </w:pPr>
            <w:r w:rsidRPr="008E73B8">
              <w:rPr>
                <w:rFonts w:ascii="微軟正黑體" w:eastAsia="微軟正黑體" w:hAnsi="微軟正黑體"/>
                <w:sz w:val="18"/>
              </w:rPr>
              <w:br/>
            </w:r>
          </w:p>
        </w:tc>
      </w:tr>
      <w:tr w:rsidR="00BF6536" w:rsidRPr="001E4635" w14:paraId="1ADBCF9C" w14:textId="77777777">
        <w:trPr>
          <w:jc w:val="center"/>
        </w:trPr>
        <w:tc>
          <w:tcPr>
            <w:tcW w:w="2635" w:type="dxa"/>
            <w:shd w:val="clear" w:color="auto" w:fill="EAF2F8"/>
            <w:vAlign w:val="center"/>
          </w:tcPr>
          <w:p w14:paraId="758C7DC7" w14:textId="77777777" w:rsidR="00BF6536" w:rsidRPr="008E73B8" w:rsidRDefault="00BE041A" w:rsidP="001E4635">
            <w:pPr>
              <w:pStyle w:val="a9"/>
              <w:rPr>
                <w:rFonts w:ascii="微軟正黑體" w:eastAsia="微軟正黑體" w:hAnsi="微軟正黑體"/>
                <w:sz w:val="24"/>
                <w:szCs w:val="36"/>
              </w:rPr>
            </w:pPr>
            <w:r w:rsidRPr="008E73B8">
              <w:rPr>
                <w:rFonts w:ascii="微軟正黑體" w:eastAsia="微軟正黑體" w:hAnsi="微軟正黑體"/>
                <w:sz w:val="24"/>
                <w:szCs w:val="36"/>
              </w:rPr>
              <w:t>議題融入</w:t>
            </w:r>
          </w:p>
        </w:tc>
        <w:tc>
          <w:tcPr>
            <w:tcW w:w="7905" w:type="dxa"/>
            <w:vAlign w:val="center"/>
          </w:tcPr>
          <w:p w14:paraId="29C2379A" w14:textId="77777777" w:rsidR="00BF6536" w:rsidRPr="008E73B8" w:rsidRDefault="00BE041A" w:rsidP="001E4635">
            <w:pPr>
              <w:pStyle w:val="a9"/>
              <w:rPr>
                <w:rFonts w:ascii="微軟正黑體" w:eastAsia="微軟正黑體" w:hAnsi="微軟正黑體"/>
              </w:rPr>
            </w:pPr>
            <w:r w:rsidRPr="008E73B8">
              <w:rPr>
                <w:rFonts w:ascii="微軟正黑體" w:eastAsia="微軟正黑體" w:hAnsi="微軟正黑體"/>
                <w:sz w:val="18"/>
              </w:rPr>
              <w:br/>
            </w:r>
          </w:p>
        </w:tc>
      </w:tr>
      <w:tr w:rsidR="00BF6536" w:rsidRPr="001E4635" w14:paraId="1FD78B79" w14:textId="77777777">
        <w:trPr>
          <w:jc w:val="center"/>
        </w:trPr>
        <w:tc>
          <w:tcPr>
            <w:tcW w:w="2635" w:type="dxa"/>
            <w:shd w:val="clear" w:color="auto" w:fill="EAF2F8"/>
            <w:vAlign w:val="center"/>
          </w:tcPr>
          <w:p w14:paraId="7DB86424" w14:textId="77777777" w:rsidR="00BF6536" w:rsidRPr="008E73B8" w:rsidRDefault="00BE041A" w:rsidP="001E4635">
            <w:pPr>
              <w:pStyle w:val="a9"/>
              <w:rPr>
                <w:rFonts w:ascii="微軟正黑體" w:eastAsia="微軟正黑體" w:hAnsi="微軟正黑體"/>
                <w:sz w:val="24"/>
                <w:szCs w:val="36"/>
              </w:rPr>
            </w:pPr>
            <w:r w:rsidRPr="008E73B8">
              <w:rPr>
                <w:rFonts w:ascii="微軟正黑體" w:eastAsia="微軟正黑體" w:hAnsi="微軟正黑體"/>
                <w:sz w:val="24"/>
                <w:szCs w:val="36"/>
              </w:rPr>
              <w:t>跨領域連結</w:t>
            </w:r>
          </w:p>
        </w:tc>
        <w:tc>
          <w:tcPr>
            <w:tcW w:w="7905" w:type="dxa"/>
            <w:vAlign w:val="center"/>
          </w:tcPr>
          <w:p w14:paraId="25E6BC6E" w14:textId="77777777" w:rsidR="00BF6536" w:rsidRPr="008E73B8" w:rsidRDefault="00BE041A" w:rsidP="001E4635">
            <w:pPr>
              <w:pStyle w:val="a9"/>
              <w:rPr>
                <w:rFonts w:ascii="微軟正黑體" w:eastAsia="微軟正黑體" w:hAnsi="微軟正黑體"/>
              </w:rPr>
            </w:pPr>
            <w:r w:rsidRPr="008E73B8">
              <w:rPr>
                <w:rFonts w:ascii="微軟正黑體" w:eastAsia="微軟正黑體" w:hAnsi="微軟正黑體"/>
                <w:sz w:val="18"/>
              </w:rPr>
              <w:br/>
            </w:r>
          </w:p>
        </w:tc>
      </w:tr>
      <w:tr w:rsidR="00BF6536" w:rsidRPr="001E4635" w14:paraId="0CED302F" w14:textId="77777777">
        <w:trPr>
          <w:jc w:val="center"/>
        </w:trPr>
        <w:tc>
          <w:tcPr>
            <w:tcW w:w="2635" w:type="dxa"/>
            <w:shd w:val="clear" w:color="auto" w:fill="EAF2F8"/>
            <w:vAlign w:val="center"/>
          </w:tcPr>
          <w:p w14:paraId="2B0E6DAF" w14:textId="77777777" w:rsidR="00BF6536" w:rsidRPr="008E73B8" w:rsidRDefault="00BE041A" w:rsidP="001E4635">
            <w:pPr>
              <w:pStyle w:val="a9"/>
              <w:rPr>
                <w:rFonts w:ascii="微軟正黑體" w:eastAsia="微軟正黑體" w:hAnsi="微軟正黑體"/>
                <w:sz w:val="24"/>
                <w:szCs w:val="36"/>
              </w:rPr>
            </w:pPr>
            <w:r w:rsidRPr="008E73B8">
              <w:rPr>
                <w:rFonts w:ascii="微軟正黑體" w:eastAsia="微軟正黑體" w:hAnsi="微軟正黑體"/>
                <w:sz w:val="24"/>
                <w:szCs w:val="36"/>
              </w:rPr>
              <w:t>教材來源</w:t>
            </w:r>
          </w:p>
        </w:tc>
        <w:tc>
          <w:tcPr>
            <w:tcW w:w="7905" w:type="dxa"/>
            <w:vAlign w:val="center"/>
          </w:tcPr>
          <w:p w14:paraId="6392AC69" w14:textId="77777777" w:rsidR="00BF6536" w:rsidRPr="008E73B8" w:rsidRDefault="00BE041A" w:rsidP="001E4635">
            <w:pPr>
              <w:pStyle w:val="a9"/>
              <w:rPr>
                <w:rFonts w:ascii="微軟正黑體" w:eastAsia="微軟正黑體" w:hAnsi="微軟正黑體"/>
              </w:rPr>
            </w:pPr>
            <w:r w:rsidRPr="008E73B8">
              <w:rPr>
                <w:rFonts w:ascii="微軟正黑體" w:eastAsia="微軟正黑體" w:hAnsi="微軟正黑體"/>
                <w:sz w:val="18"/>
              </w:rPr>
              <w:br/>
            </w:r>
          </w:p>
        </w:tc>
      </w:tr>
      <w:tr w:rsidR="00BF6536" w:rsidRPr="001E4635" w14:paraId="20B1B73E" w14:textId="77777777">
        <w:trPr>
          <w:jc w:val="center"/>
        </w:trPr>
        <w:tc>
          <w:tcPr>
            <w:tcW w:w="2635" w:type="dxa"/>
            <w:shd w:val="clear" w:color="auto" w:fill="EAF2F8"/>
            <w:vAlign w:val="center"/>
          </w:tcPr>
          <w:p w14:paraId="025E2E1B" w14:textId="77777777" w:rsidR="00BF6536" w:rsidRPr="008E73B8" w:rsidRDefault="00BE041A" w:rsidP="001E4635">
            <w:pPr>
              <w:pStyle w:val="a9"/>
              <w:rPr>
                <w:rFonts w:ascii="微軟正黑體" w:eastAsia="微軟正黑體" w:hAnsi="微軟正黑體"/>
                <w:sz w:val="24"/>
                <w:szCs w:val="36"/>
              </w:rPr>
            </w:pPr>
            <w:r w:rsidRPr="008E73B8">
              <w:rPr>
                <w:rFonts w:ascii="微軟正黑體" w:eastAsia="微軟正黑體" w:hAnsi="微軟正黑體"/>
                <w:sz w:val="24"/>
                <w:szCs w:val="36"/>
              </w:rPr>
              <w:t>教學設備/資源</w:t>
            </w:r>
          </w:p>
        </w:tc>
        <w:tc>
          <w:tcPr>
            <w:tcW w:w="7905" w:type="dxa"/>
            <w:vAlign w:val="center"/>
          </w:tcPr>
          <w:p w14:paraId="721B69AB" w14:textId="77777777" w:rsidR="00BF6536" w:rsidRPr="008E73B8" w:rsidRDefault="00BE041A" w:rsidP="001E4635">
            <w:pPr>
              <w:pStyle w:val="a9"/>
              <w:rPr>
                <w:rFonts w:ascii="微軟正黑體" w:eastAsia="微軟正黑體" w:hAnsi="微軟正黑體"/>
              </w:rPr>
            </w:pPr>
            <w:r w:rsidRPr="008E73B8">
              <w:rPr>
                <w:rFonts w:ascii="微軟正黑體" w:eastAsia="微軟正黑體" w:hAnsi="微軟正黑體"/>
                <w:sz w:val="18"/>
              </w:rPr>
              <w:br/>
            </w:r>
          </w:p>
        </w:tc>
      </w:tr>
      <w:tr w:rsidR="00BF6536" w:rsidRPr="001E4635" w14:paraId="359E0489" w14:textId="77777777">
        <w:trPr>
          <w:jc w:val="center"/>
        </w:trPr>
        <w:tc>
          <w:tcPr>
            <w:tcW w:w="2635" w:type="dxa"/>
            <w:shd w:val="clear" w:color="auto" w:fill="EAF2F8"/>
            <w:vAlign w:val="center"/>
          </w:tcPr>
          <w:p w14:paraId="5CCF8224" w14:textId="77777777" w:rsidR="00BF6536" w:rsidRPr="008E73B8" w:rsidRDefault="00BE041A" w:rsidP="001E4635">
            <w:pPr>
              <w:pStyle w:val="a9"/>
              <w:rPr>
                <w:rFonts w:ascii="微軟正黑體" w:eastAsia="微軟正黑體" w:hAnsi="微軟正黑體"/>
                <w:sz w:val="24"/>
                <w:szCs w:val="36"/>
              </w:rPr>
            </w:pPr>
            <w:r w:rsidRPr="008E73B8">
              <w:rPr>
                <w:rFonts w:ascii="微軟正黑體" w:eastAsia="微軟正黑體" w:hAnsi="微軟正黑體"/>
                <w:sz w:val="24"/>
                <w:szCs w:val="36"/>
              </w:rPr>
              <w:t>參考資料</w:t>
            </w:r>
          </w:p>
        </w:tc>
        <w:tc>
          <w:tcPr>
            <w:tcW w:w="7905" w:type="dxa"/>
            <w:vAlign w:val="center"/>
          </w:tcPr>
          <w:p w14:paraId="1FC076E5" w14:textId="77777777" w:rsidR="00BF6536" w:rsidRPr="008E73B8" w:rsidRDefault="00BE041A" w:rsidP="001E4635">
            <w:pPr>
              <w:pStyle w:val="a9"/>
              <w:rPr>
                <w:rFonts w:ascii="微軟正黑體" w:eastAsia="微軟正黑體" w:hAnsi="微軟正黑體"/>
              </w:rPr>
            </w:pPr>
            <w:r w:rsidRPr="008E73B8">
              <w:rPr>
                <w:rFonts w:ascii="微軟正黑體" w:eastAsia="微軟正黑體" w:hAnsi="微軟正黑體"/>
                <w:sz w:val="18"/>
              </w:rPr>
              <w:br/>
            </w:r>
          </w:p>
        </w:tc>
      </w:tr>
      <w:tr w:rsidR="00BF6536" w:rsidRPr="008E73B8" w14:paraId="280BBAB8" w14:textId="77777777">
        <w:trPr>
          <w:jc w:val="center"/>
        </w:trPr>
        <w:tc>
          <w:tcPr>
            <w:tcW w:w="10540" w:type="dxa"/>
            <w:gridSpan w:val="2"/>
            <w:shd w:val="clear" w:color="auto" w:fill="D9EAD3"/>
            <w:vAlign w:val="center"/>
          </w:tcPr>
          <w:p w14:paraId="0A20D157" w14:textId="77777777" w:rsidR="00BF6536" w:rsidRPr="008E73B8" w:rsidRDefault="00BE041A" w:rsidP="001E4635">
            <w:pPr>
              <w:pStyle w:val="a9"/>
              <w:rPr>
                <w:rFonts w:ascii="微軟正黑體" w:eastAsia="微軟正黑體" w:hAnsi="微軟正黑體"/>
                <w:sz w:val="24"/>
                <w:szCs w:val="24"/>
                <w:lang w:eastAsia="zh-TW"/>
              </w:rPr>
            </w:pPr>
            <w:r w:rsidRPr="008E73B8">
              <w:rPr>
                <w:rFonts w:ascii="微軟正黑體" w:eastAsia="微軟正黑體" w:hAnsi="微軟正黑體"/>
                <w:sz w:val="24"/>
                <w:szCs w:val="24"/>
                <w:lang w:eastAsia="zh-TW"/>
              </w:rPr>
              <w:t>教學活動</w:t>
            </w:r>
            <w:r w:rsidRPr="008E73B8">
              <w:rPr>
                <w:rFonts w:ascii="微軟正黑體" w:eastAsia="微軟正黑體" w:hAnsi="微軟正黑體" w:cs="微軟正黑體" w:hint="eastAsia"/>
                <w:sz w:val="24"/>
                <w:szCs w:val="24"/>
                <w:lang w:eastAsia="zh-TW"/>
              </w:rPr>
              <w:t>內</w:t>
            </w:r>
            <w:r w:rsidRPr="008E73B8">
              <w:rPr>
                <w:rFonts w:ascii="微軟正黑體" w:eastAsia="微軟正黑體" w:hAnsi="微軟正黑體" w:cs="MS Mincho" w:hint="eastAsia"/>
                <w:sz w:val="24"/>
                <w:szCs w:val="24"/>
                <w:lang w:eastAsia="zh-TW"/>
              </w:rPr>
              <w:t>容與實施方式</w:t>
            </w:r>
          </w:p>
        </w:tc>
      </w:tr>
      <w:tr w:rsidR="00BF6536" w:rsidRPr="008E73B8" w14:paraId="53496C17" w14:textId="77777777">
        <w:trPr>
          <w:jc w:val="center"/>
        </w:trPr>
        <w:tc>
          <w:tcPr>
            <w:tcW w:w="10540" w:type="dxa"/>
            <w:gridSpan w:val="2"/>
            <w:vAlign w:val="center"/>
          </w:tcPr>
          <w:p w14:paraId="6506DC97" w14:textId="6886095B" w:rsidR="00BF6536" w:rsidRPr="008E73B8" w:rsidRDefault="00BE041A" w:rsidP="001E4635">
            <w:pPr>
              <w:pStyle w:val="a9"/>
              <w:rPr>
                <w:rFonts w:ascii="微軟正黑體" w:eastAsia="微軟正黑體" w:hAnsi="微軟正黑體"/>
                <w:sz w:val="24"/>
                <w:szCs w:val="24"/>
              </w:rPr>
            </w:pPr>
            <w:r w:rsidRPr="008E73B8">
              <w:rPr>
                <w:rFonts w:ascii="微軟正黑體" w:eastAsia="微軟正黑體" w:hAnsi="微軟正黑體"/>
                <w:sz w:val="24"/>
                <w:szCs w:val="24"/>
              </w:rPr>
              <w:lastRenderedPageBreak/>
              <w:t>一、準備活動</w:t>
            </w:r>
            <w:r w:rsidRPr="008E73B8">
              <w:rPr>
                <w:rFonts w:ascii="微軟正黑體" w:eastAsia="微軟正黑體" w:hAnsi="微軟正黑體"/>
                <w:sz w:val="24"/>
                <w:szCs w:val="24"/>
              </w:rPr>
              <w:br/>
            </w:r>
            <w:r w:rsidRPr="008E73B8">
              <w:rPr>
                <w:rFonts w:ascii="微軟正黑體" w:eastAsia="微軟正黑體" w:hAnsi="微軟正黑體"/>
                <w:sz w:val="24"/>
                <w:szCs w:val="24"/>
              </w:rPr>
              <w:br/>
            </w:r>
          </w:p>
        </w:tc>
      </w:tr>
      <w:tr w:rsidR="00BF6536" w:rsidRPr="008E73B8" w14:paraId="07E360C3" w14:textId="77777777">
        <w:trPr>
          <w:jc w:val="center"/>
        </w:trPr>
        <w:tc>
          <w:tcPr>
            <w:tcW w:w="10540" w:type="dxa"/>
            <w:gridSpan w:val="2"/>
            <w:vAlign w:val="center"/>
          </w:tcPr>
          <w:p w14:paraId="42C48306" w14:textId="2317F105" w:rsidR="00BF6536" w:rsidRPr="008E73B8" w:rsidRDefault="00BE041A" w:rsidP="001E4635">
            <w:pPr>
              <w:pStyle w:val="a9"/>
              <w:rPr>
                <w:rFonts w:ascii="微軟正黑體" w:eastAsia="微軟正黑體" w:hAnsi="微軟正黑體"/>
                <w:sz w:val="24"/>
                <w:szCs w:val="24"/>
              </w:rPr>
            </w:pPr>
            <w:r w:rsidRPr="008E73B8">
              <w:rPr>
                <w:rFonts w:ascii="微軟正黑體" w:eastAsia="微軟正黑體" w:hAnsi="微軟正黑體"/>
                <w:sz w:val="24"/>
                <w:szCs w:val="24"/>
              </w:rPr>
              <w:t>二、發展活動</w:t>
            </w:r>
            <w:r w:rsidRPr="008E73B8">
              <w:rPr>
                <w:rFonts w:ascii="微軟正黑體" w:eastAsia="微軟正黑體" w:hAnsi="微軟正黑體"/>
                <w:sz w:val="24"/>
                <w:szCs w:val="24"/>
              </w:rPr>
              <w:br/>
            </w:r>
            <w:r w:rsidRPr="008E73B8">
              <w:rPr>
                <w:rFonts w:ascii="微軟正黑體" w:eastAsia="微軟正黑體" w:hAnsi="微軟正黑體"/>
                <w:sz w:val="24"/>
                <w:szCs w:val="24"/>
              </w:rPr>
              <w:br/>
            </w:r>
          </w:p>
        </w:tc>
      </w:tr>
      <w:tr w:rsidR="00BF6536" w:rsidRPr="008E73B8" w14:paraId="640F5695" w14:textId="77777777">
        <w:trPr>
          <w:jc w:val="center"/>
        </w:trPr>
        <w:tc>
          <w:tcPr>
            <w:tcW w:w="10540" w:type="dxa"/>
            <w:gridSpan w:val="2"/>
            <w:vAlign w:val="center"/>
          </w:tcPr>
          <w:p w14:paraId="3903DBAD" w14:textId="52DA7DC6" w:rsidR="00BF6536" w:rsidRPr="008E73B8" w:rsidRDefault="00BE041A" w:rsidP="001E4635">
            <w:pPr>
              <w:pStyle w:val="a9"/>
              <w:rPr>
                <w:rFonts w:ascii="微軟正黑體" w:eastAsia="微軟正黑體" w:hAnsi="微軟正黑體"/>
                <w:sz w:val="24"/>
                <w:szCs w:val="24"/>
              </w:rPr>
            </w:pPr>
            <w:r w:rsidRPr="008E73B8">
              <w:rPr>
                <w:rFonts w:ascii="微軟正黑體" w:eastAsia="微軟正黑體" w:hAnsi="微軟正黑體"/>
                <w:sz w:val="24"/>
                <w:szCs w:val="24"/>
              </w:rPr>
              <w:t>三、綜合活動</w:t>
            </w:r>
            <w:r w:rsidRPr="008E73B8">
              <w:rPr>
                <w:rFonts w:ascii="微軟正黑體" w:eastAsia="微軟正黑體" w:hAnsi="微軟正黑體"/>
                <w:sz w:val="24"/>
                <w:szCs w:val="24"/>
              </w:rPr>
              <w:br/>
            </w:r>
            <w:r w:rsidRPr="008E73B8">
              <w:rPr>
                <w:rFonts w:ascii="微軟正黑體" w:eastAsia="微軟正黑體" w:hAnsi="微軟正黑體"/>
                <w:sz w:val="24"/>
                <w:szCs w:val="24"/>
              </w:rPr>
              <w:br/>
            </w:r>
          </w:p>
        </w:tc>
      </w:tr>
      <w:tr w:rsidR="00BF6536" w:rsidRPr="008E73B8" w14:paraId="4D0F2A78" w14:textId="77777777">
        <w:trPr>
          <w:jc w:val="center"/>
        </w:trPr>
        <w:tc>
          <w:tcPr>
            <w:tcW w:w="2635" w:type="dxa"/>
            <w:vAlign w:val="center"/>
          </w:tcPr>
          <w:p w14:paraId="3B79910F" w14:textId="77777777" w:rsidR="00BF6536" w:rsidRPr="008E73B8" w:rsidRDefault="00BE041A" w:rsidP="001E4635">
            <w:pPr>
              <w:pStyle w:val="a9"/>
              <w:rPr>
                <w:rFonts w:ascii="微軟正黑體" w:eastAsia="微軟正黑體" w:hAnsi="微軟正黑體"/>
                <w:sz w:val="24"/>
                <w:szCs w:val="24"/>
              </w:rPr>
            </w:pPr>
            <w:r w:rsidRPr="008E73B8">
              <w:rPr>
                <w:rFonts w:ascii="微軟正黑體" w:eastAsia="微軟正黑體" w:hAnsi="微軟正黑體"/>
                <w:sz w:val="24"/>
                <w:szCs w:val="24"/>
              </w:rPr>
              <w:t>評量方式</w:t>
            </w:r>
          </w:p>
        </w:tc>
        <w:tc>
          <w:tcPr>
            <w:tcW w:w="7905" w:type="dxa"/>
            <w:vAlign w:val="center"/>
          </w:tcPr>
          <w:p w14:paraId="41BEBAC0" w14:textId="77777777" w:rsidR="00BF6536" w:rsidRPr="008E73B8" w:rsidRDefault="00BE041A" w:rsidP="001E4635">
            <w:pPr>
              <w:pStyle w:val="a9"/>
              <w:rPr>
                <w:rFonts w:ascii="微軟正黑體" w:eastAsia="微軟正黑體" w:hAnsi="微軟正黑體"/>
                <w:sz w:val="24"/>
                <w:szCs w:val="24"/>
              </w:rPr>
            </w:pPr>
            <w:r w:rsidRPr="008E73B8">
              <w:rPr>
                <w:rFonts w:ascii="微軟正黑體" w:eastAsia="微軟正黑體" w:hAnsi="微軟正黑體"/>
                <w:sz w:val="24"/>
                <w:szCs w:val="24"/>
              </w:rPr>
              <w:br/>
            </w:r>
          </w:p>
        </w:tc>
      </w:tr>
      <w:tr w:rsidR="00BF6536" w:rsidRPr="008E73B8" w14:paraId="705A6849" w14:textId="77777777">
        <w:trPr>
          <w:jc w:val="center"/>
        </w:trPr>
        <w:tc>
          <w:tcPr>
            <w:tcW w:w="2635" w:type="dxa"/>
            <w:vAlign w:val="center"/>
          </w:tcPr>
          <w:p w14:paraId="59DD2BD0" w14:textId="77777777" w:rsidR="00BF6536" w:rsidRPr="008E73B8" w:rsidRDefault="00BE041A" w:rsidP="001E4635">
            <w:pPr>
              <w:pStyle w:val="a9"/>
              <w:rPr>
                <w:rFonts w:ascii="微軟正黑體" w:eastAsia="微軟正黑體" w:hAnsi="微軟正黑體"/>
                <w:sz w:val="24"/>
                <w:szCs w:val="24"/>
              </w:rPr>
            </w:pPr>
            <w:r w:rsidRPr="008E73B8">
              <w:rPr>
                <w:rFonts w:ascii="微軟正黑體" w:eastAsia="微軟正黑體" w:hAnsi="微軟正黑體"/>
                <w:sz w:val="24"/>
                <w:szCs w:val="24"/>
              </w:rPr>
              <w:t>附錄</w:t>
            </w:r>
          </w:p>
        </w:tc>
        <w:tc>
          <w:tcPr>
            <w:tcW w:w="7905" w:type="dxa"/>
            <w:vAlign w:val="center"/>
          </w:tcPr>
          <w:p w14:paraId="14E6ABD3" w14:textId="77777777" w:rsidR="00BF6536" w:rsidRPr="008E73B8" w:rsidRDefault="00BE041A" w:rsidP="001E4635">
            <w:pPr>
              <w:pStyle w:val="a9"/>
              <w:rPr>
                <w:rFonts w:ascii="微軟正黑體" w:eastAsia="微軟正黑體" w:hAnsi="微軟正黑體"/>
                <w:sz w:val="24"/>
                <w:szCs w:val="24"/>
              </w:rPr>
            </w:pPr>
            <w:r w:rsidRPr="008E73B8">
              <w:rPr>
                <w:rFonts w:ascii="微軟正黑體" w:eastAsia="微軟正黑體" w:hAnsi="微軟正黑體"/>
                <w:sz w:val="24"/>
                <w:szCs w:val="24"/>
              </w:rPr>
              <w:br/>
            </w:r>
          </w:p>
        </w:tc>
      </w:tr>
    </w:tbl>
    <w:p w14:paraId="575F9FEB" w14:textId="77777777" w:rsidR="00BF6536" w:rsidRPr="008E73B8" w:rsidRDefault="00BE041A" w:rsidP="001E4635">
      <w:pPr>
        <w:pStyle w:val="a9"/>
        <w:rPr>
          <w:rFonts w:ascii="微軟正黑體" w:eastAsia="微軟正黑體" w:hAnsi="微軟正黑體"/>
          <w:sz w:val="24"/>
          <w:szCs w:val="24"/>
          <w:lang w:eastAsia="zh-TW"/>
        </w:rPr>
      </w:pPr>
      <w:r w:rsidRPr="008E73B8">
        <w:rPr>
          <w:rFonts w:ascii="微軟正黑體" w:eastAsia="微軟正黑體" w:hAnsi="微軟正黑體"/>
          <w:sz w:val="24"/>
          <w:szCs w:val="24"/>
          <w:lang w:eastAsia="zh-TW"/>
        </w:rPr>
        <w:t>二、針對授課</w:t>
      </w:r>
      <w:r w:rsidRPr="008E73B8">
        <w:rPr>
          <w:rFonts w:ascii="微軟正黑體" w:eastAsia="微軟正黑體" w:hAnsi="微軟正黑體" w:cs="微軟正黑體" w:hint="eastAsia"/>
          <w:sz w:val="24"/>
          <w:szCs w:val="24"/>
          <w:lang w:eastAsia="zh-TW"/>
        </w:rPr>
        <w:t>內</w:t>
      </w:r>
      <w:r w:rsidRPr="008E73B8">
        <w:rPr>
          <w:rFonts w:ascii="微軟正黑體" w:eastAsia="微軟正黑體" w:hAnsi="微軟正黑體" w:cs="MS Mincho" w:hint="eastAsia"/>
          <w:sz w:val="24"/>
          <w:szCs w:val="24"/>
          <w:lang w:eastAsia="zh-TW"/>
        </w:rPr>
        <w:t>容教學建議：</w:t>
      </w:r>
      <w:r w:rsidRPr="008E73B8">
        <w:rPr>
          <w:rFonts w:ascii="微軟正黑體" w:eastAsia="微軟正黑體" w:hAnsi="微軟正黑體"/>
          <w:sz w:val="24"/>
          <w:szCs w:val="24"/>
          <w:lang w:eastAsia="zh-TW"/>
        </w:rPr>
        <w:br/>
      </w:r>
      <w:r w:rsidRPr="008E73B8">
        <w:rPr>
          <w:rFonts w:ascii="微軟正黑體" w:eastAsia="微軟正黑體" w:hAnsi="微軟正黑體"/>
          <w:sz w:val="24"/>
          <w:szCs w:val="24"/>
          <w:lang w:eastAsia="zh-TW"/>
        </w:rPr>
        <w:br/>
      </w:r>
      <w:r w:rsidRPr="008E73B8">
        <w:rPr>
          <w:rFonts w:ascii="微軟正黑體" w:eastAsia="微軟正黑體" w:hAnsi="微軟正黑體"/>
          <w:sz w:val="24"/>
          <w:szCs w:val="24"/>
          <w:lang w:eastAsia="zh-TW"/>
        </w:rPr>
        <w:br/>
      </w:r>
    </w:p>
    <w:p w14:paraId="0A86EDB0" w14:textId="77777777" w:rsidR="00BF6536" w:rsidRPr="008E73B8" w:rsidRDefault="00BE041A" w:rsidP="001E4635">
      <w:pPr>
        <w:pStyle w:val="a9"/>
        <w:rPr>
          <w:rFonts w:ascii="微軟正黑體" w:eastAsia="微軟正黑體" w:hAnsi="微軟正黑體"/>
          <w:sz w:val="24"/>
          <w:szCs w:val="24"/>
          <w:lang w:eastAsia="zh-TW"/>
        </w:rPr>
      </w:pPr>
      <w:r w:rsidRPr="008E73B8">
        <w:rPr>
          <w:rFonts w:ascii="微軟正黑體" w:eastAsia="微軟正黑體" w:hAnsi="微軟正黑體"/>
          <w:sz w:val="24"/>
          <w:szCs w:val="24"/>
          <w:lang w:eastAsia="zh-TW"/>
        </w:rPr>
        <w:t>三、其他事項：</w:t>
      </w:r>
      <w:r w:rsidRPr="008E73B8">
        <w:rPr>
          <w:rFonts w:ascii="微軟正黑體" w:eastAsia="微軟正黑體" w:hAnsi="微軟正黑體"/>
          <w:sz w:val="24"/>
          <w:szCs w:val="24"/>
          <w:lang w:eastAsia="zh-TW"/>
        </w:rPr>
        <w:br/>
      </w:r>
      <w:r w:rsidRPr="008E73B8">
        <w:rPr>
          <w:rFonts w:ascii="微軟正黑體" w:eastAsia="微軟正黑體" w:hAnsi="微軟正黑體"/>
          <w:sz w:val="24"/>
          <w:szCs w:val="24"/>
          <w:lang w:eastAsia="zh-TW"/>
        </w:rPr>
        <w:br/>
      </w:r>
      <w:r w:rsidRPr="008E73B8">
        <w:rPr>
          <w:rFonts w:ascii="微軟正黑體" w:eastAsia="微軟正黑體" w:hAnsi="微軟正黑體"/>
          <w:sz w:val="24"/>
          <w:szCs w:val="24"/>
          <w:lang w:eastAsia="zh-TW"/>
        </w:rPr>
        <w:br/>
      </w:r>
    </w:p>
    <w:p w14:paraId="75594151" w14:textId="77777777" w:rsidR="00BF6536" w:rsidRPr="008E73B8" w:rsidRDefault="00BE041A" w:rsidP="001E4635">
      <w:pPr>
        <w:pStyle w:val="a9"/>
        <w:rPr>
          <w:rFonts w:ascii="微軟正黑體" w:eastAsia="微軟正黑體" w:hAnsi="微軟正黑體"/>
          <w:sz w:val="24"/>
          <w:szCs w:val="24"/>
          <w:lang w:eastAsia="zh-TW"/>
        </w:rPr>
      </w:pPr>
      <w:r w:rsidRPr="008E73B8">
        <w:rPr>
          <w:rFonts w:ascii="微軟正黑體" w:eastAsia="微軟正黑體" w:hAnsi="微軟正黑體"/>
          <w:sz w:val="24"/>
          <w:szCs w:val="24"/>
          <w:lang w:eastAsia="zh-TW"/>
        </w:rPr>
        <w:t>陸、臨時動議：</w:t>
      </w:r>
      <w:r w:rsidRPr="008E73B8">
        <w:rPr>
          <w:rFonts w:ascii="微軟正黑體" w:eastAsia="微軟正黑體" w:hAnsi="微軟正黑體"/>
          <w:sz w:val="24"/>
          <w:szCs w:val="24"/>
          <w:lang w:eastAsia="zh-TW"/>
        </w:rPr>
        <w:br/>
      </w:r>
      <w:r w:rsidRPr="008E73B8">
        <w:rPr>
          <w:rFonts w:ascii="微軟正黑體" w:eastAsia="微軟正黑體" w:hAnsi="微軟正黑體"/>
          <w:sz w:val="24"/>
          <w:szCs w:val="24"/>
          <w:lang w:eastAsia="zh-TW"/>
        </w:rPr>
        <w:br/>
      </w:r>
    </w:p>
    <w:p w14:paraId="7C2BAC18" w14:textId="77777777" w:rsidR="00BF6536" w:rsidRPr="008E73B8" w:rsidRDefault="00BE041A" w:rsidP="001E4635">
      <w:pPr>
        <w:pStyle w:val="a9"/>
        <w:rPr>
          <w:rFonts w:ascii="微軟正黑體" w:eastAsia="微軟正黑體" w:hAnsi="微軟正黑體"/>
          <w:sz w:val="24"/>
          <w:szCs w:val="24"/>
          <w:lang w:eastAsia="zh-TW"/>
        </w:rPr>
      </w:pPr>
      <w:r w:rsidRPr="008E73B8">
        <w:rPr>
          <w:rFonts w:ascii="微軟正黑體" w:eastAsia="微軟正黑體" w:hAnsi="微軟正黑體"/>
          <w:sz w:val="24"/>
          <w:szCs w:val="24"/>
          <w:lang w:eastAsia="zh-TW"/>
        </w:rPr>
        <w:t>柒、散會（　　時　　分）</w:t>
      </w:r>
    </w:p>
    <w:p w14:paraId="327615AC" w14:textId="77777777" w:rsidR="00BF6536" w:rsidRPr="008E73B8" w:rsidRDefault="00BE041A" w:rsidP="001E4635">
      <w:pPr>
        <w:pStyle w:val="a9"/>
        <w:rPr>
          <w:rFonts w:ascii="微軟正黑體" w:eastAsia="微軟正黑體" w:hAnsi="微軟正黑體"/>
          <w:sz w:val="24"/>
          <w:szCs w:val="24"/>
          <w:lang w:eastAsia="zh-TW"/>
        </w:rPr>
      </w:pPr>
      <w:r w:rsidRPr="008E73B8">
        <w:rPr>
          <w:rFonts w:ascii="微軟正黑體" w:eastAsia="微軟正黑體" w:hAnsi="微軟正黑體"/>
          <w:sz w:val="24"/>
          <w:szCs w:val="24"/>
          <w:lang w:eastAsia="zh-TW"/>
        </w:rPr>
        <w:t>承辦人：　　　　　　　　　主任：　　　　　　　　　校長：</w:t>
      </w:r>
    </w:p>
    <w:p w14:paraId="772A322F" w14:textId="77777777" w:rsidR="00BF6536" w:rsidRPr="001E4635" w:rsidRDefault="00BE041A" w:rsidP="001E4635">
      <w:pPr>
        <w:pStyle w:val="a9"/>
        <w:rPr>
          <w:lang w:eastAsia="zh-TW"/>
        </w:rPr>
      </w:pPr>
      <w:r w:rsidRPr="001E4635">
        <w:rPr>
          <w:lang w:eastAsia="zh-TW"/>
        </w:rPr>
        <w:br w:type="page"/>
      </w:r>
    </w:p>
    <w:p w14:paraId="28D438F3" w14:textId="77777777" w:rsidR="00BF6536" w:rsidRPr="001E4635" w:rsidRDefault="00BF6536" w:rsidP="001E4635">
      <w:pPr>
        <w:pStyle w:val="a9"/>
        <w:rPr>
          <w:lang w:eastAsia="zh-TW"/>
        </w:rPr>
        <w:sectPr w:rsidR="00BF6536" w:rsidRPr="001E4635">
          <w:footerReference w:type="default" r:id="rId8"/>
          <w:pgSz w:w="12240" w:h="15840"/>
          <w:pgMar w:top="850" w:right="850" w:bottom="850" w:left="850" w:header="720" w:footer="720" w:gutter="0"/>
          <w:cols w:space="720"/>
          <w:docGrid w:linePitch="360"/>
        </w:sectPr>
      </w:pPr>
    </w:p>
    <w:p w14:paraId="70999020" w14:textId="77777777" w:rsidR="00BF6536" w:rsidRPr="001E4635" w:rsidRDefault="00BE041A" w:rsidP="001E4635">
      <w:pPr>
        <w:pStyle w:val="a9"/>
        <w:rPr>
          <w:lang w:eastAsia="zh-TW"/>
        </w:rPr>
      </w:pPr>
      <w:r w:rsidRPr="001E4635">
        <w:rPr>
          <w:lang w:eastAsia="zh-TW"/>
        </w:rPr>
        <w:lastRenderedPageBreak/>
        <w:t>附件三－觀課紀錄表</w:t>
      </w:r>
    </w:p>
    <w:p w14:paraId="4E3B1143" w14:textId="77777777" w:rsidR="00BF6536" w:rsidRPr="001E4635" w:rsidRDefault="00BE041A" w:rsidP="001E4635">
      <w:pPr>
        <w:pStyle w:val="a9"/>
        <w:rPr>
          <w:lang w:eastAsia="zh-TW"/>
        </w:rPr>
      </w:pPr>
      <w:r w:rsidRPr="001E4635">
        <w:rPr>
          <w:sz w:val="32"/>
          <w:lang w:eastAsia="zh-TW"/>
        </w:rPr>
        <w:t>屏東縣來義</w:t>
      </w:r>
      <w:r w:rsidRPr="001E4635">
        <w:rPr>
          <w:rFonts w:ascii="微軟正黑體" w:eastAsia="微軟正黑體" w:hAnsi="微軟正黑體" w:cs="微軟正黑體" w:hint="eastAsia"/>
          <w:sz w:val="32"/>
          <w:lang w:eastAsia="zh-TW"/>
        </w:rPr>
        <w:t>鄉</w:t>
      </w:r>
      <w:r w:rsidRPr="001E4635">
        <w:rPr>
          <w:rFonts w:ascii="MS Mincho" w:eastAsia="MS Mincho" w:hAnsi="MS Mincho" w:cs="MS Mincho" w:hint="eastAsia"/>
          <w:sz w:val="32"/>
          <w:lang w:eastAsia="zh-TW"/>
        </w:rPr>
        <w:t>古樓國民小學</w:t>
      </w:r>
      <w:r w:rsidRPr="001E4635">
        <w:rPr>
          <w:sz w:val="32"/>
          <w:lang w:eastAsia="zh-TW"/>
        </w:rPr>
        <w:t>115</w:t>
      </w:r>
      <w:r w:rsidRPr="001E4635">
        <w:rPr>
          <w:sz w:val="32"/>
          <w:lang w:eastAsia="zh-TW"/>
        </w:rPr>
        <w:t>學年度公開授課觀課紀錄表</w:t>
      </w:r>
    </w:p>
    <w:p w14:paraId="4B121812" w14:textId="77777777" w:rsidR="00BF6536" w:rsidRPr="001E4635" w:rsidRDefault="00BE041A" w:rsidP="001E4635">
      <w:pPr>
        <w:pStyle w:val="a9"/>
        <w:rPr>
          <w:lang w:eastAsia="zh-TW"/>
        </w:rPr>
      </w:pPr>
      <w:r w:rsidRPr="001E4635">
        <w:rPr>
          <w:lang w:eastAsia="zh-TW"/>
        </w:rPr>
        <w:t>公開授課教師姓名：</w:t>
      </w:r>
      <w:r w:rsidRPr="001E4635">
        <w:rPr>
          <w:lang w:eastAsia="zh-TW"/>
        </w:rPr>
        <w:t>________________</w:t>
      </w:r>
      <w:r w:rsidRPr="001E4635">
        <w:rPr>
          <w:lang w:eastAsia="zh-TW"/>
        </w:rPr>
        <w:t xml:space="preserve">　班級：</w:t>
      </w:r>
      <w:r w:rsidRPr="001E4635">
        <w:rPr>
          <w:lang w:eastAsia="zh-TW"/>
        </w:rPr>
        <w:t>____________</w:t>
      </w:r>
      <w:r w:rsidRPr="001E4635">
        <w:rPr>
          <w:lang w:eastAsia="zh-TW"/>
        </w:rPr>
        <w:t xml:space="preserve">　授課科目：</w:t>
      </w:r>
      <w:r w:rsidRPr="001E4635">
        <w:rPr>
          <w:lang w:eastAsia="zh-TW"/>
        </w:rPr>
        <w:t>____________</w:t>
      </w:r>
    </w:p>
    <w:p w14:paraId="1032577D" w14:textId="77777777" w:rsidR="00BF6536" w:rsidRPr="001E4635" w:rsidRDefault="00BE041A" w:rsidP="001E4635">
      <w:pPr>
        <w:pStyle w:val="a9"/>
        <w:rPr>
          <w:lang w:eastAsia="zh-TW"/>
        </w:rPr>
      </w:pPr>
      <w:r w:rsidRPr="001E4635">
        <w:rPr>
          <w:lang w:eastAsia="zh-TW"/>
        </w:rPr>
        <w:t>公開授課日期：</w:t>
      </w:r>
      <w:r w:rsidRPr="001E4635">
        <w:rPr>
          <w:lang w:eastAsia="zh-TW"/>
        </w:rPr>
        <w:t>115</w:t>
      </w:r>
      <w:r w:rsidRPr="001E4635">
        <w:rPr>
          <w:lang w:eastAsia="zh-TW"/>
        </w:rPr>
        <w:t>年</w:t>
      </w:r>
      <w:r w:rsidRPr="001E4635">
        <w:rPr>
          <w:lang w:eastAsia="zh-TW"/>
        </w:rPr>
        <w:t>____</w:t>
      </w:r>
      <w:r w:rsidRPr="001E4635">
        <w:rPr>
          <w:lang w:eastAsia="zh-TW"/>
        </w:rPr>
        <w:t>月</w:t>
      </w:r>
      <w:r w:rsidRPr="001E4635">
        <w:rPr>
          <w:lang w:eastAsia="zh-TW"/>
        </w:rPr>
        <w:t>____</w:t>
      </w:r>
      <w:r w:rsidRPr="001E4635">
        <w:rPr>
          <w:lang w:eastAsia="zh-TW"/>
        </w:rPr>
        <w:t>日　時間：</w:t>
      </w:r>
      <w:r w:rsidRPr="001E4635">
        <w:rPr>
          <w:lang w:eastAsia="zh-TW"/>
        </w:rPr>
        <w:t>____________</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2209"/>
        <w:gridCol w:w="2209"/>
        <w:gridCol w:w="2208"/>
        <w:gridCol w:w="2208"/>
        <w:gridCol w:w="2208"/>
        <w:gridCol w:w="2208"/>
        <w:gridCol w:w="2208"/>
      </w:tblGrid>
      <w:tr w:rsidR="00BF6536" w:rsidRPr="001E4635" w14:paraId="5AAED39D" w14:textId="77777777">
        <w:trPr>
          <w:jc w:val="center"/>
        </w:trPr>
        <w:tc>
          <w:tcPr>
            <w:tcW w:w="2211" w:type="dxa"/>
            <w:shd w:val="clear" w:color="auto" w:fill="D9E2F3"/>
            <w:vAlign w:val="center"/>
          </w:tcPr>
          <w:p w14:paraId="76530DEE" w14:textId="77777777" w:rsidR="00BF6536" w:rsidRPr="00E52825" w:rsidRDefault="00BE041A" w:rsidP="001E4635">
            <w:pPr>
              <w:pStyle w:val="a9"/>
              <w:rPr>
                <w:rFonts w:ascii="微軟正黑體" w:eastAsia="微軟正黑體" w:hAnsi="微軟正黑體"/>
                <w:b/>
                <w:bCs/>
                <w:sz w:val="20"/>
                <w:szCs w:val="20"/>
              </w:rPr>
            </w:pPr>
            <w:r w:rsidRPr="00E52825">
              <w:rPr>
                <w:rFonts w:ascii="微軟正黑體" w:eastAsia="微軟正黑體" w:hAnsi="微軟正黑體"/>
                <w:b/>
                <w:bCs/>
                <w:sz w:val="20"/>
                <w:szCs w:val="20"/>
              </w:rPr>
              <w:t>觀察面向</w:t>
            </w:r>
          </w:p>
        </w:tc>
        <w:tc>
          <w:tcPr>
            <w:tcW w:w="2211" w:type="dxa"/>
            <w:shd w:val="clear" w:color="auto" w:fill="D9E2F3"/>
            <w:vAlign w:val="center"/>
          </w:tcPr>
          <w:p w14:paraId="6B4A5427" w14:textId="77777777" w:rsidR="00BF6536" w:rsidRPr="00E52825" w:rsidRDefault="00BE041A" w:rsidP="001E4635">
            <w:pPr>
              <w:pStyle w:val="a9"/>
              <w:rPr>
                <w:rFonts w:ascii="微軟正黑體" w:eastAsia="微軟正黑體" w:hAnsi="微軟正黑體"/>
                <w:b/>
                <w:bCs/>
                <w:sz w:val="20"/>
                <w:szCs w:val="20"/>
              </w:rPr>
            </w:pPr>
            <w:r w:rsidRPr="00E52825">
              <w:rPr>
                <w:rFonts w:ascii="微軟正黑體" w:eastAsia="微軟正黑體" w:hAnsi="微軟正黑體"/>
                <w:b/>
                <w:bCs/>
                <w:sz w:val="20"/>
                <w:szCs w:val="20"/>
              </w:rPr>
              <w:t>觀察</w:t>
            </w:r>
            <w:r w:rsidRPr="00E52825">
              <w:rPr>
                <w:rFonts w:ascii="微軟正黑體" w:eastAsia="微軟正黑體" w:hAnsi="微軟正黑體" w:cs="微軟正黑體" w:hint="eastAsia"/>
                <w:b/>
                <w:bCs/>
                <w:sz w:val="20"/>
                <w:szCs w:val="20"/>
              </w:rPr>
              <w:t>說</w:t>
            </w:r>
            <w:r w:rsidRPr="00E52825">
              <w:rPr>
                <w:rFonts w:ascii="微軟正黑體" w:eastAsia="微軟正黑體" w:hAnsi="微軟正黑體" w:cs="MS Mincho" w:hint="eastAsia"/>
                <w:b/>
                <w:bCs/>
                <w:sz w:val="20"/>
                <w:szCs w:val="20"/>
              </w:rPr>
              <w:t>明</w:t>
            </w:r>
          </w:p>
        </w:tc>
        <w:tc>
          <w:tcPr>
            <w:tcW w:w="2211" w:type="dxa"/>
            <w:shd w:val="clear" w:color="auto" w:fill="D9E2F3"/>
            <w:vAlign w:val="center"/>
          </w:tcPr>
          <w:p w14:paraId="1D8B3D34" w14:textId="77777777" w:rsidR="00BF6536" w:rsidRPr="00E52825" w:rsidRDefault="00BE041A" w:rsidP="001E4635">
            <w:pPr>
              <w:pStyle w:val="a9"/>
              <w:rPr>
                <w:rFonts w:ascii="微軟正黑體" w:eastAsia="微軟正黑體" w:hAnsi="微軟正黑體"/>
                <w:b/>
                <w:bCs/>
                <w:sz w:val="20"/>
                <w:szCs w:val="20"/>
              </w:rPr>
            </w:pPr>
            <w:r w:rsidRPr="00E52825">
              <w:rPr>
                <w:rFonts w:ascii="微軟正黑體" w:eastAsia="微軟正黑體" w:hAnsi="微軟正黑體"/>
                <w:b/>
                <w:bCs/>
                <w:sz w:val="20"/>
                <w:szCs w:val="20"/>
              </w:rPr>
              <w:t>項目</w:t>
            </w:r>
          </w:p>
        </w:tc>
        <w:tc>
          <w:tcPr>
            <w:tcW w:w="2211" w:type="dxa"/>
            <w:shd w:val="clear" w:color="auto" w:fill="D9E2F3"/>
            <w:vAlign w:val="center"/>
          </w:tcPr>
          <w:p w14:paraId="01B7B010" w14:textId="77777777" w:rsidR="00BF6536" w:rsidRPr="00E52825" w:rsidRDefault="00BE041A" w:rsidP="001E4635">
            <w:pPr>
              <w:pStyle w:val="a9"/>
              <w:rPr>
                <w:rFonts w:ascii="微軟正黑體" w:eastAsia="微軟正黑體" w:hAnsi="微軟正黑體"/>
                <w:b/>
                <w:bCs/>
                <w:sz w:val="20"/>
                <w:szCs w:val="20"/>
              </w:rPr>
            </w:pPr>
            <w:r w:rsidRPr="00E52825">
              <w:rPr>
                <w:rFonts w:ascii="微軟正黑體" w:eastAsia="微軟正黑體" w:hAnsi="微軟正黑體"/>
                <w:b/>
                <w:bCs/>
                <w:sz w:val="20"/>
                <w:szCs w:val="20"/>
              </w:rPr>
              <w:t>高度有效</w:t>
            </w:r>
          </w:p>
        </w:tc>
        <w:tc>
          <w:tcPr>
            <w:tcW w:w="2211" w:type="dxa"/>
            <w:shd w:val="clear" w:color="auto" w:fill="D9E2F3"/>
            <w:vAlign w:val="center"/>
          </w:tcPr>
          <w:p w14:paraId="7EEA03D1" w14:textId="77777777" w:rsidR="00BF6536" w:rsidRPr="00E52825" w:rsidRDefault="00BE041A" w:rsidP="001E4635">
            <w:pPr>
              <w:pStyle w:val="a9"/>
              <w:rPr>
                <w:rFonts w:ascii="微軟正黑體" w:eastAsia="微軟正黑體" w:hAnsi="微軟正黑體"/>
                <w:b/>
                <w:bCs/>
                <w:sz w:val="20"/>
                <w:szCs w:val="20"/>
              </w:rPr>
            </w:pPr>
            <w:r w:rsidRPr="00E52825">
              <w:rPr>
                <w:rFonts w:ascii="微軟正黑體" w:eastAsia="微軟正黑體" w:hAnsi="微軟正黑體"/>
                <w:b/>
                <w:bCs/>
                <w:sz w:val="20"/>
                <w:szCs w:val="20"/>
              </w:rPr>
              <w:t>有效</w:t>
            </w:r>
          </w:p>
        </w:tc>
        <w:tc>
          <w:tcPr>
            <w:tcW w:w="2211" w:type="dxa"/>
            <w:shd w:val="clear" w:color="auto" w:fill="D9E2F3"/>
            <w:vAlign w:val="center"/>
          </w:tcPr>
          <w:p w14:paraId="72A156FF" w14:textId="77777777" w:rsidR="00BF6536" w:rsidRPr="00E52825" w:rsidRDefault="00BE041A" w:rsidP="001E4635">
            <w:pPr>
              <w:pStyle w:val="a9"/>
              <w:rPr>
                <w:rFonts w:ascii="微軟正黑體" w:eastAsia="微軟正黑體" w:hAnsi="微軟正黑體"/>
                <w:b/>
                <w:bCs/>
                <w:sz w:val="20"/>
                <w:szCs w:val="20"/>
              </w:rPr>
            </w:pPr>
            <w:r w:rsidRPr="00E52825">
              <w:rPr>
                <w:rFonts w:ascii="微軟正黑體" w:eastAsia="微軟正黑體" w:hAnsi="微軟正黑體"/>
                <w:b/>
                <w:bCs/>
                <w:sz w:val="20"/>
                <w:szCs w:val="20"/>
              </w:rPr>
              <w:t>低度有效</w:t>
            </w:r>
          </w:p>
        </w:tc>
        <w:tc>
          <w:tcPr>
            <w:tcW w:w="2211" w:type="dxa"/>
            <w:shd w:val="clear" w:color="auto" w:fill="D9E2F3"/>
            <w:vAlign w:val="center"/>
          </w:tcPr>
          <w:p w14:paraId="32935EF6" w14:textId="77777777" w:rsidR="00BF6536" w:rsidRPr="00E52825" w:rsidRDefault="00BE041A" w:rsidP="001E4635">
            <w:pPr>
              <w:pStyle w:val="a9"/>
              <w:rPr>
                <w:rFonts w:ascii="微軟正黑體" w:eastAsia="微軟正黑體" w:hAnsi="微軟正黑體"/>
                <w:b/>
                <w:bCs/>
                <w:sz w:val="20"/>
                <w:szCs w:val="20"/>
              </w:rPr>
            </w:pPr>
            <w:r w:rsidRPr="00E52825">
              <w:rPr>
                <w:rFonts w:ascii="微軟正黑體" w:eastAsia="微軟正黑體" w:hAnsi="微軟正黑體"/>
                <w:b/>
                <w:bCs/>
                <w:sz w:val="20"/>
                <w:szCs w:val="20"/>
              </w:rPr>
              <w:t>無效</w:t>
            </w:r>
          </w:p>
        </w:tc>
      </w:tr>
      <w:tr w:rsidR="00BF6536" w:rsidRPr="001E4635" w14:paraId="5B4F616E" w14:textId="77777777">
        <w:trPr>
          <w:jc w:val="center"/>
        </w:trPr>
        <w:tc>
          <w:tcPr>
            <w:tcW w:w="2211" w:type="dxa"/>
            <w:vMerge w:val="restart"/>
            <w:vAlign w:val="center"/>
          </w:tcPr>
          <w:p w14:paraId="7FF91C7A"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學生學習工作專注度</w:t>
            </w:r>
          </w:p>
        </w:tc>
        <w:tc>
          <w:tcPr>
            <w:tcW w:w="2211" w:type="dxa"/>
            <w:vMerge w:val="restart"/>
            <w:vAlign w:val="center"/>
          </w:tcPr>
          <w:p w14:paraId="12C66A7C" w14:textId="77777777" w:rsidR="00BF6536" w:rsidRPr="008E73B8" w:rsidRDefault="00BE041A" w:rsidP="001E4635">
            <w:pPr>
              <w:pStyle w:val="a9"/>
              <w:rPr>
                <w:rFonts w:ascii="微軟正黑體" w:eastAsia="微軟正黑體" w:hAnsi="微軟正黑體"/>
                <w:sz w:val="16"/>
                <w:szCs w:val="16"/>
                <w:lang w:eastAsia="zh-TW"/>
              </w:rPr>
            </w:pPr>
            <w:r w:rsidRPr="008E73B8">
              <w:rPr>
                <w:rFonts w:ascii="微軟正黑體" w:eastAsia="微軟正黑體" w:hAnsi="微軟正黑體"/>
                <w:sz w:val="16"/>
                <w:szCs w:val="16"/>
                <w:lang w:eastAsia="zh-TW"/>
              </w:rPr>
              <w:t>在初進教室時快速掃瞄學生是否專注在工作上</w:t>
            </w:r>
          </w:p>
        </w:tc>
        <w:tc>
          <w:tcPr>
            <w:tcW w:w="2211" w:type="dxa"/>
            <w:vAlign w:val="center"/>
          </w:tcPr>
          <w:p w14:paraId="60EFDBC1"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專注</w:t>
            </w:r>
          </w:p>
        </w:tc>
        <w:tc>
          <w:tcPr>
            <w:tcW w:w="2211" w:type="dxa"/>
            <w:vAlign w:val="center"/>
          </w:tcPr>
          <w:p w14:paraId="6CCE6A9B"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45DCA0F0"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3C16EEEE"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56D8EED6"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r>
      <w:tr w:rsidR="00BF6536" w:rsidRPr="001E4635" w14:paraId="29A1BE46" w14:textId="77777777">
        <w:trPr>
          <w:jc w:val="center"/>
        </w:trPr>
        <w:tc>
          <w:tcPr>
            <w:tcW w:w="2211" w:type="dxa"/>
            <w:vMerge/>
          </w:tcPr>
          <w:p w14:paraId="0F59A310" w14:textId="77777777" w:rsidR="00BF6536" w:rsidRPr="008E73B8" w:rsidRDefault="00BF6536" w:rsidP="001E4635">
            <w:pPr>
              <w:pStyle w:val="a9"/>
              <w:rPr>
                <w:rFonts w:ascii="微軟正黑體" w:eastAsia="微軟正黑體" w:hAnsi="微軟正黑體"/>
                <w:sz w:val="16"/>
                <w:szCs w:val="16"/>
              </w:rPr>
            </w:pPr>
          </w:p>
        </w:tc>
        <w:tc>
          <w:tcPr>
            <w:tcW w:w="2211" w:type="dxa"/>
            <w:vMerge/>
          </w:tcPr>
          <w:p w14:paraId="7CD15814" w14:textId="77777777" w:rsidR="00BF6536" w:rsidRPr="008E73B8" w:rsidRDefault="00BF6536" w:rsidP="001E4635">
            <w:pPr>
              <w:pStyle w:val="a9"/>
              <w:rPr>
                <w:rFonts w:ascii="微軟正黑體" w:eastAsia="微軟正黑體" w:hAnsi="微軟正黑體"/>
                <w:sz w:val="16"/>
                <w:szCs w:val="16"/>
              </w:rPr>
            </w:pPr>
          </w:p>
        </w:tc>
        <w:tc>
          <w:tcPr>
            <w:tcW w:w="2211" w:type="dxa"/>
            <w:vAlign w:val="center"/>
          </w:tcPr>
          <w:p w14:paraId="062CEB1C"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回應</w:t>
            </w:r>
          </w:p>
        </w:tc>
        <w:tc>
          <w:tcPr>
            <w:tcW w:w="2211" w:type="dxa"/>
            <w:vAlign w:val="center"/>
          </w:tcPr>
          <w:p w14:paraId="04443DC2"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4901F1E0"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6AA8F344"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6E89702F"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r>
      <w:tr w:rsidR="00BF6536" w:rsidRPr="001E4635" w14:paraId="4F4E72CE" w14:textId="77777777">
        <w:trPr>
          <w:jc w:val="center"/>
        </w:trPr>
        <w:tc>
          <w:tcPr>
            <w:tcW w:w="2211" w:type="dxa"/>
            <w:vMerge/>
          </w:tcPr>
          <w:p w14:paraId="3D0D5F5E" w14:textId="77777777" w:rsidR="00BF6536" w:rsidRPr="008E73B8" w:rsidRDefault="00BF6536" w:rsidP="001E4635">
            <w:pPr>
              <w:pStyle w:val="a9"/>
              <w:rPr>
                <w:rFonts w:ascii="微軟正黑體" w:eastAsia="微軟正黑體" w:hAnsi="微軟正黑體"/>
                <w:sz w:val="16"/>
                <w:szCs w:val="16"/>
              </w:rPr>
            </w:pPr>
          </w:p>
        </w:tc>
        <w:tc>
          <w:tcPr>
            <w:tcW w:w="2211" w:type="dxa"/>
            <w:vMerge/>
          </w:tcPr>
          <w:p w14:paraId="45106E1E" w14:textId="77777777" w:rsidR="00BF6536" w:rsidRPr="008E73B8" w:rsidRDefault="00BF6536" w:rsidP="001E4635">
            <w:pPr>
              <w:pStyle w:val="a9"/>
              <w:rPr>
                <w:rFonts w:ascii="微軟正黑體" w:eastAsia="微軟正黑體" w:hAnsi="微軟正黑體"/>
                <w:sz w:val="16"/>
                <w:szCs w:val="16"/>
              </w:rPr>
            </w:pPr>
          </w:p>
        </w:tc>
        <w:tc>
          <w:tcPr>
            <w:tcW w:w="2211" w:type="dxa"/>
            <w:vAlign w:val="center"/>
          </w:tcPr>
          <w:p w14:paraId="225D4DFE"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提問</w:t>
            </w:r>
          </w:p>
        </w:tc>
        <w:tc>
          <w:tcPr>
            <w:tcW w:w="2211" w:type="dxa"/>
            <w:vAlign w:val="center"/>
          </w:tcPr>
          <w:p w14:paraId="7085BB9F"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557BC55C"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084F4B58"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650A182D"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r>
      <w:tr w:rsidR="00BF6536" w:rsidRPr="001E4635" w14:paraId="0A4A6936" w14:textId="77777777">
        <w:trPr>
          <w:jc w:val="center"/>
        </w:trPr>
        <w:tc>
          <w:tcPr>
            <w:tcW w:w="2211" w:type="dxa"/>
            <w:vMerge/>
          </w:tcPr>
          <w:p w14:paraId="0F97175D" w14:textId="77777777" w:rsidR="00BF6536" w:rsidRPr="008E73B8" w:rsidRDefault="00BF6536" w:rsidP="001E4635">
            <w:pPr>
              <w:pStyle w:val="a9"/>
              <w:rPr>
                <w:rFonts w:ascii="微軟正黑體" w:eastAsia="微軟正黑體" w:hAnsi="微軟正黑體"/>
                <w:sz w:val="16"/>
                <w:szCs w:val="16"/>
              </w:rPr>
            </w:pPr>
          </w:p>
        </w:tc>
        <w:tc>
          <w:tcPr>
            <w:tcW w:w="2211" w:type="dxa"/>
            <w:vMerge/>
          </w:tcPr>
          <w:p w14:paraId="32680C0D" w14:textId="77777777" w:rsidR="00BF6536" w:rsidRPr="008E73B8" w:rsidRDefault="00BF6536" w:rsidP="001E4635">
            <w:pPr>
              <w:pStyle w:val="a9"/>
              <w:rPr>
                <w:rFonts w:ascii="微軟正黑體" w:eastAsia="微軟正黑體" w:hAnsi="微軟正黑體"/>
                <w:sz w:val="16"/>
                <w:szCs w:val="16"/>
              </w:rPr>
            </w:pPr>
          </w:p>
        </w:tc>
        <w:tc>
          <w:tcPr>
            <w:tcW w:w="2211" w:type="dxa"/>
            <w:vAlign w:val="center"/>
          </w:tcPr>
          <w:p w14:paraId="5CA30A37"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小組或同儕活動</w:t>
            </w:r>
          </w:p>
        </w:tc>
        <w:tc>
          <w:tcPr>
            <w:tcW w:w="2211" w:type="dxa"/>
            <w:vAlign w:val="center"/>
          </w:tcPr>
          <w:p w14:paraId="75CBC25C"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24EC3038"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1402A44C"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4465A3D1"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r>
      <w:tr w:rsidR="00BF6536" w:rsidRPr="001E4635" w14:paraId="6B817473" w14:textId="77777777">
        <w:trPr>
          <w:jc w:val="center"/>
        </w:trPr>
        <w:tc>
          <w:tcPr>
            <w:tcW w:w="2211" w:type="dxa"/>
            <w:vMerge w:val="restart"/>
            <w:vAlign w:val="center"/>
          </w:tcPr>
          <w:p w14:paraId="63B2FFC0"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課程決定點</w:t>
            </w:r>
          </w:p>
        </w:tc>
        <w:tc>
          <w:tcPr>
            <w:tcW w:w="2211" w:type="dxa"/>
            <w:vMerge w:val="restart"/>
            <w:vAlign w:val="center"/>
          </w:tcPr>
          <w:p w14:paraId="650A5F5C" w14:textId="77777777" w:rsidR="00BF6536" w:rsidRPr="008E73B8" w:rsidRDefault="00BE041A" w:rsidP="001E4635">
            <w:pPr>
              <w:pStyle w:val="a9"/>
              <w:rPr>
                <w:rFonts w:ascii="微軟正黑體" w:eastAsia="微軟正黑體" w:hAnsi="微軟正黑體"/>
                <w:sz w:val="16"/>
                <w:szCs w:val="16"/>
                <w:lang w:eastAsia="zh-TW"/>
              </w:rPr>
            </w:pPr>
            <w:r w:rsidRPr="008E73B8">
              <w:rPr>
                <w:rFonts w:ascii="微軟正黑體" w:eastAsia="微軟正黑體" w:hAnsi="微軟正黑體"/>
                <w:sz w:val="16"/>
                <w:szCs w:val="16"/>
                <w:lang w:eastAsia="zh-TW"/>
              </w:rPr>
              <w:t>觀察教師教學</w:t>
            </w:r>
            <w:r w:rsidRPr="008E73B8">
              <w:rPr>
                <w:rFonts w:ascii="微軟正黑體" w:eastAsia="微軟正黑體" w:hAnsi="微軟正黑體" w:cs="微軟正黑體" w:hint="eastAsia"/>
                <w:sz w:val="16"/>
                <w:szCs w:val="16"/>
                <w:lang w:eastAsia="zh-TW"/>
              </w:rPr>
              <w:t>內</w:t>
            </w:r>
            <w:r w:rsidRPr="008E73B8">
              <w:rPr>
                <w:rFonts w:ascii="微軟正黑體" w:eastAsia="微軟正黑體" w:hAnsi="微軟正黑體" w:cs="MS Mincho" w:hint="eastAsia"/>
                <w:sz w:val="16"/>
                <w:szCs w:val="16"/>
                <w:lang w:eastAsia="zh-TW"/>
              </w:rPr>
              <w:t>容，檢核教師授課</w:t>
            </w:r>
            <w:r w:rsidRPr="008E73B8">
              <w:rPr>
                <w:rFonts w:ascii="微軟正黑體" w:eastAsia="微軟正黑體" w:hAnsi="微軟正黑體" w:cs="微軟正黑體" w:hint="eastAsia"/>
                <w:sz w:val="16"/>
                <w:szCs w:val="16"/>
                <w:lang w:eastAsia="zh-TW"/>
              </w:rPr>
              <w:t>內</w:t>
            </w:r>
            <w:r w:rsidRPr="008E73B8">
              <w:rPr>
                <w:rFonts w:ascii="微軟正黑體" w:eastAsia="微軟正黑體" w:hAnsi="微軟正黑體" w:cs="MS Mincho" w:hint="eastAsia"/>
                <w:sz w:val="16"/>
                <w:szCs w:val="16"/>
                <w:lang w:eastAsia="zh-TW"/>
              </w:rPr>
              <w:t>容與目標是否符合學生能力指標</w:t>
            </w:r>
          </w:p>
        </w:tc>
        <w:tc>
          <w:tcPr>
            <w:tcW w:w="2211" w:type="dxa"/>
            <w:vAlign w:val="center"/>
          </w:tcPr>
          <w:p w14:paraId="59F93ADD"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課程準備</w:t>
            </w:r>
          </w:p>
        </w:tc>
        <w:tc>
          <w:tcPr>
            <w:tcW w:w="2211" w:type="dxa"/>
            <w:vAlign w:val="center"/>
          </w:tcPr>
          <w:p w14:paraId="49542672"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3C53CE6A"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76227AAB"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23C8DADF"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r>
      <w:tr w:rsidR="00BF6536" w:rsidRPr="001E4635" w14:paraId="7656E90A" w14:textId="77777777">
        <w:trPr>
          <w:jc w:val="center"/>
        </w:trPr>
        <w:tc>
          <w:tcPr>
            <w:tcW w:w="2211" w:type="dxa"/>
            <w:vMerge/>
          </w:tcPr>
          <w:p w14:paraId="605D5F01" w14:textId="77777777" w:rsidR="00BF6536" w:rsidRPr="008E73B8" w:rsidRDefault="00BF6536" w:rsidP="001E4635">
            <w:pPr>
              <w:pStyle w:val="a9"/>
              <w:rPr>
                <w:rFonts w:ascii="微軟正黑體" w:eastAsia="微軟正黑體" w:hAnsi="微軟正黑體"/>
                <w:sz w:val="16"/>
                <w:szCs w:val="16"/>
              </w:rPr>
            </w:pPr>
          </w:p>
        </w:tc>
        <w:tc>
          <w:tcPr>
            <w:tcW w:w="2211" w:type="dxa"/>
            <w:vMerge/>
          </w:tcPr>
          <w:p w14:paraId="791293AF" w14:textId="77777777" w:rsidR="00BF6536" w:rsidRPr="008E73B8" w:rsidRDefault="00BF6536" w:rsidP="001E4635">
            <w:pPr>
              <w:pStyle w:val="a9"/>
              <w:rPr>
                <w:rFonts w:ascii="微軟正黑體" w:eastAsia="微軟正黑體" w:hAnsi="微軟正黑體"/>
                <w:sz w:val="16"/>
                <w:szCs w:val="16"/>
              </w:rPr>
            </w:pPr>
          </w:p>
        </w:tc>
        <w:tc>
          <w:tcPr>
            <w:tcW w:w="2211" w:type="dxa"/>
            <w:vAlign w:val="center"/>
          </w:tcPr>
          <w:p w14:paraId="58B8971C"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呈現教材</w:t>
            </w:r>
            <w:r w:rsidRPr="008E73B8">
              <w:rPr>
                <w:rFonts w:ascii="微軟正黑體" w:eastAsia="微軟正黑體" w:hAnsi="微軟正黑體" w:cs="微軟正黑體" w:hint="eastAsia"/>
                <w:sz w:val="16"/>
                <w:szCs w:val="16"/>
              </w:rPr>
              <w:t>內</w:t>
            </w:r>
            <w:r w:rsidRPr="008E73B8">
              <w:rPr>
                <w:rFonts w:ascii="微軟正黑體" w:eastAsia="微軟正黑體" w:hAnsi="微軟正黑體" w:cs="MS Mincho" w:hint="eastAsia"/>
                <w:sz w:val="16"/>
                <w:szCs w:val="16"/>
              </w:rPr>
              <w:t>容</w:t>
            </w:r>
          </w:p>
        </w:tc>
        <w:tc>
          <w:tcPr>
            <w:tcW w:w="2211" w:type="dxa"/>
            <w:vAlign w:val="center"/>
          </w:tcPr>
          <w:p w14:paraId="3C89F4CC"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138117F8"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5A81411C"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2BABBBF8"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r>
      <w:tr w:rsidR="00BF6536" w:rsidRPr="001E4635" w14:paraId="450F69A8" w14:textId="77777777">
        <w:trPr>
          <w:jc w:val="center"/>
        </w:trPr>
        <w:tc>
          <w:tcPr>
            <w:tcW w:w="2211" w:type="dxa"/>
            <w:vMerge/>
          </w:tcPr>
          <w:p w14:paraId="7F371D90" w14:textId="77777777" w:rsidR="00BF6536" w:rsidRPr="008E73B8" w:rsidRDefault="00BF6536" w:rsidP="001E4635">
            <w:pPr>
              <w:pStyle w:val="a9"/>
              <w:rPr>
                <w:rFonts w:ascii="微軟正黑體" w:eastAsia="微軟正黑體" w:hAnsi="微軟正黑體"/>
                <w:sz w:val="16"/>
                <w:szCs w:val="16"/>
              </w:rPr>
            </w:pPr>
          </w:p>
        </w:tc>
        <w:tc>
          <w:tcPr>
            <w:tcW w:w="2211" w:type="dxa"/>
            <w:vMerge/>
          </w:tcPr>
          <w:p w14:paraId="0076241D" w14:textId="77777777" w:rsidR="00BF6536" w:rsidRPr="008E73B8" w:rsidRDefault="00BF6536" w:rsidP="001E4635">
            <w:pPr>
              <w:pStyle w:val="a9"/>
              <w:rPr>
                <w:rFonts w:ascii="微軟正黑體" w:eastAsia="微軟正黑體" w:hAnsi="微軟正黑體"/>
                <w:sz w:val="16"/>
                <w:szCs w:val="16"/>
              </w:rPr>
            </w:pPr>
          </w:p>
        </w:tc>
        <w:tc>
          <w:tcPr>
            <w:tcW w:w="2211" w:type="dxa"/>
            <w:vAlign w:val="center"/>
          </w:tcPr>
          <w:p w14:paraId="4F541752"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善用教科書</w:t>
            </w:r>
          </w:p>
        </w:tc>
        <w:tc>
          <w:tcPr>
            <w:tcW w:w="2211" w:type="dxa"/>
            <w:vAlign w:val="center"/>
          </w:tcPr>
          <w:p w14:paraId="680F73C3"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33D8F661"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2570A85A"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6DF7589D"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r>
      <w:tr w:rsidR="00BF6536" w:rsidRPr="001E4635" w14:paraId="02B3EEC1" w14:textId="77777777">
        <w:trPr>
          <w:jc w:val="center"/>
        </w:trPr>
        <w:tc>
          <w:tcPr>
            <w:tcW w:w="2211" w:type="dxa"/>
            <w:vMerge/>
          </w:tcPr>
          <w:p w14:paraId="7B553E26" w14:textId="77777777" w:rsidR="00BF6536" w:rsidRPr="008E73B8" w:rsidRDefault="00BF6536" w:rsidP="001E4635">
            <w:pPr>
              <w:pStyle w:val="a9"/>
              <w:rPr>
                <w:rFonts w:ascii="微軟正黑體" w:eastAsia="微軟正黑體" w:hAnsi="微軟正黑體"/>
                <w:sz w:val="16"/>
                <w:szCs w:val="16"/>
              </w:rPr>
            </w:pPr>
          </w:p>
        </w:tc>
        <w:tc>
          <w:tcPr>
            <w:tcW w:w="2211" w:type="dxa"/>
            <w:vMerge/>
          </w:tcPr>
          <w:p w14:paraId="103E3C22" w14:textId="77777777" w:rsidR="00BF6536" w:rsidRPr="008E73B8" w:rsidRDefault="00BF6536" w:rsidP="001E4635">
            <w:pPr>
              <w:pStyle w:val="a9"/>
              <w:rPr>
                <w:rFonts w:ascii="微軟正黑體" w:eastAsia="微軟正黑體" w:hAnsi="微軟正黑體"/>
                <w:sz w:val="16"/>
                <w:szCs w:val="16"/>
              </w:rPr>
            </w:pPr>
          </w:p>
        </w:tc>
        <w:tc>
          <w:tcPr>
            <w:tcW w:w="2211" w:type="dxa"/>
            <w:vAlign w:val="center"/>
          </w:tcPr>
          <w:p w14:paraId="3E958F70"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教材教具</w:t>
            </w:r>
          </w:p>
        </w:tc>
        <w:tc>
          <w:tcPr>
            <w:tcW w:w="2211" w:type="dxa"/>
            <w:vAlign w:val="center"/>
          </w:tcPr>
          <w:p w14:paraId="0AAC802D"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16BDF293"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100FBC09"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46AD5573"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r>
      <w:tr w:rsidR="00BF6536" w:rsidRPr="001E4635" w14:paraId="2CC4294C" w14:textId="77777777">
        <w:trPr>
          <w:jc w:val="center"/>
        </w:trPr>
        <w:tc>
          <w:tcPr>
            <w:tcW w:w="2211" w:type="dxa"/>
            <w:vMerge/>
          </w:tcPr>
          <w:p w14:paraId="4BDB0AA6" w14:textId="77777777" w:rsidR="00BF6536" w:rsidRPr="008E73B8" w:rsidRDefault="00BF6536" w:rsidP="001E4635">
            <w:pPr>
              <w:pStyle w:val="a9"/>
              <w:rPr>
                <w:rFonts w:ascii="微軟正黑體" w:eastAsia="微軟正黑體" w:hAnsi="微軟正黑體"/>
                <w:sz w:val="16"/>
                <w:szCs w:val="16"/>
              </w:rPr>
            </w:pPr>
          </w:p>
        </w:tc>
        <w:tc>
          <w:tcPr>
            <w:tcW w:w="2211" w:type="dxa"/>
            <w:vMerge/>
          </w:tcPr>
          <w:p w14:paraId="2D34666A" w14:textId="77777777" w:rsidR="00BF6536" w:rsidRPr="008E73B8" w:rsidRDefault="00BF6536" w:rsidP="001E4635">
            <w:pPr>
              <w:pStyle w:val="a9"/>
              <w:rPr>
                <w:rFonts w:ascii="微軟正黑體" w:eastAsia="微軟正黑體" w:hAnsi="微軟正黑體"/>
                <w:sz w:val="16"/>
                <w:szCs w:val="16"/>
              </w:rPr>
            </w:pPr>
          </w:p>
        </w:tc>
        <w:tc>
          <w:tcPr>
            <w:tcW w:w="2211" w:type="dxa"/>
            <w:vAlign w:val="center"/>
          </w:tcPr>
          <w:p w14:paraId="4E49AE66"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教學資源</w:t>
            </w:r>
          </w:p>
        </w:tc>
        <w:tc>
          <w:tcPr>
            <w:tcW w:w="2211" w:type="dxa"/>
            <w:vAlign w:val="center"/>
          </w:tcPr>
          <w:p w14:paraId="7BB45A3D"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50F6D889"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28DDDBB5"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624283B9"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r>
      <w:tr w:rsidR="00BF6536" w:rsidRPr="001E4635" w14:paraId="7FD49EE5" w14:textId="77777777">
        <w:trPr>
          <w:jc w:val="center"/>
        </w:trPr>
        <w:tc>
          <w:tcPr>
            <w:tcW w:w="2211" w:type="dxa"/>
            <w:vMerge w:val="restart"/>
            <w:vAlign w:val="center"/>
          </w:tcPr>
          <w:p w14:paraId="7C712152"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教學策略</w:t>
            </w:r>
          </w:p>
        </w:tc>
        <w:tc>
          <w:tcPr>
            <w:tcW w:w="2211" w:type="dxa"/>
            <w:vMerge w:val="restart"/>
            <w:vAlign w:val="center"/>
          </w:tcPr>
          <w:p w14:paraId="1B184964" w14:textId="77777777" w:rsidR="00BF6536" w:rsidRPr="008E73B8" w:rsidRDefault="00BE041A" w:rsidP="001E4635">
            <w:pPr>
              <w:pStyle w:val="a9"/>
              <w:rPr>
                <w:rFonts w:ascii="微軟正黑體" w:eastAsia="微軟正黑體" w:hAnsi="微軟正黑體"/>
                <w:sz w:val="16"/>
                <w:szCs w:val="16"/>
                <w:lang w:eastAsia="zh-TW"/>
              </w:rPr>
            </w:pPr>
            <w:r w:rsidRPr="008E73B8">
              <w:rPr>
                <w:rFonts w:ascii="微軟正黑體" w:eastAsia="微軟正黑體" w:hAnsi="微軟正黑體"/>
                <w:sz w:val="16"/>
                <w:szCs w:val="16"/>
                <w:lang w:eastAsia="zh-TW"/>
              </w:rPr>
              <w:t>觀察教學的實務、教師所採用的教學方法策略及如何幫助學生達到學習目標</w:t>
            </w:r>
          </w:p>
        </w:tc>
        <w:tc>
          <w:tcPr>
            <w:tcW w:w="2211" w:type="dxa"/>
            <w:vAlign w:val="center"/>
          </w:tcPr>
          <w:p w14:paraId="0DC44BE3"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演繹、歸納</w:t>
            </w:r>
          </w:p>
        </w:tc>
        <w:tc>
          <w:tcPr>
            <w:tcW w:w="2211" w:type="dxa"/>
            <w:vAlign w:val="center"/>
          </w:tcPr>
          <w:p w14:paraId="3E9FECAD"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18477EF1"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09DDB214"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19056A88"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r>
      <w:tr w:rsidR="00BF6536" w:rsidRPr="001E4635" w14:paraId="2E872515" w14:textId="77777777">
        <w:trPr>
          <w:jc w:val="center"/>
        </w:trPr>
        <w:tc>
          <w:tcPr>
            <w:tcW w:w="2211" w:type="dxa"/>
            <w:vMerge/>
          </w:tcPr>
          <w:p w14:paraId="1AE0BFF0" w14:textId="77777777" w:rsidR="00BF6536" w:rsidRPr="008E73B8" w:rsidRDefault="00BF6536" w:rsidP="001E4635">
            <w:pPr>
              <w:pStyle w:val="a9"/>
              <w:rPr>
                <w:rFonts w:ascii="微軟正黑體" w:eastAsia="微軟正黑體" w:hAnsi="微軟正黑體"/>
                <w:sz w:val="16"/>
                <w:szCs w:val="16"/>
              </w:rPr>
            </w:pPr>
          </w:p>
        </w:tc>
        <w:tc>
          <w:tcPr>
            <w:tcW w:w="2211" w:type="dxa"/>
            <w:vMerge/>
          </w:tcPr>
          <w:p w14:paraId="3B3020B2" w14:textId="77777777" w:rsidR="00BF6536" w:rsidRPr="008E73B8" w:rsidRDefault="00BF6536" w:rsidP="001E4635">
            <w:pPr>
              <w:pStyle w:val="a9"/>
              <w:rPr>
                <w:rFonts w:ascii="微軟正黑體" w:eastAsia="微軟正黑體" w:hAnsi="微軟正黑體"/>
                <w:sz w:val="16"/>
                <w:szCs w:val="16"/>
              </w:rPr>
            </w:pPr>
          </w:p>
        </w:tc>
        <w:tc>
          <w:tcPr>
            <w:tcW w:w="2211" w:type="dxa"/>
            <w:vAlign w:val="center"/>
          </w:tcPr>
          <w:p w14:paraId="40632395"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善用提問</w:t>
            </w:r>
          </w:p>
        </w:tc>
        <w:tc>
          <w:tcPr>
            <w:tcW w:w="2211" w:type="dxa"/>
            <w:vAlign w:val="center"/>
          </w:tcPr>
          <w:p w14:paraId="3658D994"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099FE36D"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55E48C36"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3BE3D5A0"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r>
      <w:tr w:rsidR="00BF6536" w:rsidRPr="001E4635" w14:paraId="6BB70E91" w14:textId="77777777">
        <w:trPr>
          <w:jc w:val="center"/>
        </w:trPr>
        <w:tc>
          <w:tcPr>
            <w:tcW w:w="2211" w:type="dxa"/>
            <w:vMerge/>
          </w:tcPr>
          <w:p w14:paraId="11A654D3" w14:textId="77777777" w:rsidR="00BF6536" w:rsidRPr="008E73B8" w:rsidRDefault="00BF6536" w:rsidP="001E4635">
            <w:pPr>
              <w:pStyle w:val="a9"/>
              <w:rPr>
                <w:rFonts w:ascii="微軟正黑體" w:eastAsia="微軟正黑體" w:hAnsi="微軟正黑體"/>
                <w:sz w:val="16"/>
                <w:szCs w:val="16"/>
              </w:rPr>
            </w:pPr>
          </w:p>
        </w:tc>
        <w:tc>
          <w:tcPr>
            <w:tcW w:w="2211" w:type="dxa"/>
            <w:vMerge/>
          </w:tcPr>
          <w:p w14:paraId="3510CCFD" w14:textId="77777777" w:rsidR="00BF6536" w:rsidRPr="008E73B8" w:rsidRDefault="00BF6536" w:rsidP="001E4635">
            <w:pPr>
              <w:pStyle w:val="a9"/>
              <w:rPr>
                <w:rFonts w:ascii="微軟正黑體" w:eastAsia="微軟正黑體" w:hAnsi="微軟正黑體"/>
                <w:sz w:val="16"/>
                <w:szCs w:val="16"/>
              </w:rPr>
            </w:pPr>
          </w:p>
        </w:tc>
        <w:tc>
          <w:tcPr>
            <w:tcW w:w="2211" w:type="dxa"/>
            <w:vAlign w:val="center"/>
          </w:tcPr>
          <w:p w14:paraId="6094D170"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引導思考</w:t>
            </w:r>
          </w:p>
        </w:tc>
        <w:tc>
          <w:tcPr>
            <w:tcW w:w="2211" w:type="dxa"/>
            <w:vAlign w:val="center"/>
          </w:tcPr>
          <w:p w14:paraId="4833931F"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7D9FF981"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7D33C39E"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45E48B0B"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r>
      <w:tr w:rsidR="00BF6536" w:rsidRPr="001E4635" w14:paraId="11C01A8F" w14:textId="77777777">
        <w:trPr>
          <w:jc w:val="center"/>
        </w:trPr>
        <w:tc>
          <w:tcPr>
            <w:tcW w:w="2211" w:type="dxa"/>
            <w:vMerge/>
          </w:tcPr>
          <w:p w14:paraId="68B6CE41" w14:textId="77777777" w:rsidR="00BF6536" w:rsidRPr="008E73B8" w:rsidRDefault="00BF6536" w:rsidP="001E4635">
            <w:pPr>
              <w:pStyle w:val="a9"/>
              <w:rPr>
                <w:rFonts w:ascii="微軟正黑體" w:eastAsia="微軟正黑體" w:hAnsi="微軟正黑體"/>
                <w:sz w:val="16"/>
                <w:szCs w:val="16"/>
              </w:rPr>
            </w:pPr>
          </w:p>
        </w:tc>
        <w:tc>
          <w:tcPr>
            <w:tcW w:w="2211" w:type="dxa"/>
            <w:vMerge/>
          </w:tcPr>
          <w:p w14:paraId="48137DF0" w14:textId="77777777" w:rsidR="00BF6536" w:rsidRPr="008E73B8" w:rsidRDefault="00BF6536" w:rsidP="001E4635">
            <w:pPr>
              <w:pStyle w:val="a9"/>
              <w:rPr>
                <w:rFonts w:ascii="微軟正黑體" w:eastAsia="微軟正黑體" w:hAnsi="微軟正黑體"/>
                <w:sz w:val="16"/>
                <w:szCs w:val="16"/>
              </w:rPr>
            </w:pPr>
          </w:p>
        </w:tc>
        <w:tc>
          <w:tcPr>
            <w:tcW w:w="2211" w:type="dxa"/>
            <w:vAlign w:val="center"/>
          </w:tcPr>
          <w:p w14:paraId="2ED3305D"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以問題誘發討論</w:t>
            </w:r>
          </w:p>
        </w:tc>
        <w:tc>
          <w:tcPr>
            <w:tcW w:w="2211" w:type="dxa"/>
            <w:vAlign w:val="center"/>
          </w:tcPr>
          <w:p w14:paraId="76F320E5"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6841EB79"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43F36B94"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6C72F8CF"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r>
      <w:tr w:rsidR="00BF6536" w:rsidRPr="001E4635" w14:paraId="7E0724B2" w14:textId="77777777">
        <w:trPr>
          <w:jc w:val="center"/>
        </w:trPr>
        <w:tc>
          <w:tcPr>
            <w:tcW w:w="2211" w:type="dxa"/>
            <w:vMerge/>
          </w:tcPr>
          <w:p w14:paraId="11C78F15" w14:textId="77777777" w:rsidR="00BF6536" w:rsidRPr="008E73B8" w:rsidRDefault="00BF6536" w:rsidP="001E4635">
            <w:pPr>
              <w:pStyle w:val="a9"/>
              <w:rPr>
                <w:rFonts w:ascii="微軟正黑體" w:eastAsia="微軟正黑體" w:hAnsi="微軟正黑體"/>
                <w:sz w:val="16"/>
                <w:szCs w:val="16"/>
              </w:rPr>
            </w:pPr>
          </w:p>
        </w:tc>
        <w:tc>
          <w:tcPr>
            <w:tcW w:w="2211" w:type="dxa"/>
            <w:vMerge/>
          </w:tcPr>
          <w:p w14:paraId="2FC8D5C6" w14:textId="77777777" w:rsidR="00BF6536" w:rsidRPr="008E73B8" w:rsidRDefault="00BF6536" w:rsidP="001E4635">
            <w:pPr>
              <w:pStyle w:val="a9"/>
              <w:rPr>
                <w:rFonts w:ascii="微軟正黑體" w:eastAsia="微軟正黑體" w:hAnsi="微軟正黑體"/>
                <w:sz w:val="16"/>
                <w:szCs w:val="16"/>
              </w:rPr>
            </w:pPr>
          </w:p>
        </w:tc>
        <w:tc>
          <w:tcPr>
            <w:tcW w:w="2211" w:type="dxa"/>
            <w:vAlign w:val="center"/>
          </w:tcPr>
          <w:p w14:paraId="46BDC8CC"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停頓、等待</w:t>
            </w:r>
          </w:p>
        </w:tc>
        <w:tc>
          <w:tcPr>
            <w:tcW w:w="2211" w:type="dxa"/>
            <w:vAlign w:val="center"/>
          </w:tcPr>
          <w:p w14:paraId="79CD18F7"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4C43BA49"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5D4E546A"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210954CE"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r>
      <w:tr w:rsidR="00BF6536" w:rsidRPr="001E4635" w14:paraId="2B525073" w14:textId="77777777">
        <w:trPr>
          <w:jc w:val="center"/>
        </w:trPr>
        <w:tc>
          <w:tcPr>
            <w:tcW w:w="2211" w:type="dxa"/>
            <w:vMerge/>
          </w:tcPr>
          <w:p w14:paraId="7317B3E7" w14:textId="77777777" w:rsidR="00BF6536" w:rsidRPr="008E73B8" w:rsidRDefault="00BF6536" w:rsidP="001E4635">
            <w:pPr>
              <w:pStyle w:val="a9"/>
              <w:rPr>
                <w:rFonts w:ascii="微軟正黑體" w:eastAsia="微軟正黑體" w:hAnsi="微軟正黑體"/>
                <w:sz w:val="16"/>
                <w:szCs w:val="16"/>
              </w:rPr>
            </w:pPr>
          </w:p>
        </w:tc>
        <w:tc>
          <w:tcPr>
            <w:tcW w:w="2211" w:type="dxa"/>
            <w:vMerge/>
          </w:tcPr>
          <w:p w14:paraId="6F5D8CD7" w14:textId="77777777" w:rsidR="00BF6536" w:rsidRPr="008E73B8" w:rsidRDefault="00BF6536" w:rsidP="001E4635">
            <w:pPr>
              <w:pStyle w:val="a9"/>
              <w:rPr>
                <w:rFonts w:ascii="微軟正黑體" w:eastAsia="微軟正黑體" w:hAnsi="微軟正黑體"/>
                <w:sz w:val="16"/>
                <w:szCs w:val="16"/>
              </w:rPr>
            </w:pPr>
          </w:p>
        </w:tc>
        <w:tc>
          <w:tcPr>
            <w:tcW w:w="2211" w:type="dxa"/>
            <w:vAlign w:val="center"/>
          </w:tcPr>
          <w:p w14:paraId="72F111E8"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給予適當回饋</w:t>
            </w:r>
          </w:p>
        </w:tc>
        <w:tc>
          <w:tcPr>
            <w:tcW w:w="2211" w:type="dxa"/>
            <w:vAlign w:val="center"/>
          </w:tcPr>
          <w:p w14:paraId="2548F096"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7A427558"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629C9C6A"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2D297AA1"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r>
      <w:tr w:rsidR="00BF6536" w:rsidRPr="001E4635" w14:paraId="0E5D0423" w14:textId="77777777">
        <w:trPr>
          <w:jc w:val="center"/>
        </w:trPr>
        <w:tc>
          <w:tcPr>
            <w:tcW w:w="2211" w:type="dxa"/>
            <w:vMerge/>
          </w:tcPr>
          <w:p w14:paraId="0FE51D14" w14:textId="77777777" w:rsidR="00BF6536" w:rsidRPr="008E73B8" w:rsidRDefault="00BF6536" w:rsidP="001E4635">
            <w:pPr>
              <w:pStyle w:val="a9"/>
              <w:rPr>
                <w:rFonts w:ascii="微軟正黑體" w:eastAsia="微軟正黑體" w:hAnsi="微軟正黑體"/>
                <w:sz w:val="16"/>
                <w:szCs w:val="16"/>
              </w:rPr>
            </w:pPr>
          </w:p>
        </w:tc>
        <w:tc>
          <w:tcPr>
            <w:tcW w:w="2211" w:type="dxa"/>
            <w:vMerge/>
          </w:tcPr>
          <w:p w14:paraId="63993ED0" w14:textId="77777777" w:rsidR="00BF6536" w:rsidRPr="008E73B8" w:rsidRDefault="00BF6536" w:rsidP="001E4635">
            <w:pPr>
              <w:pStyle w:val="a9"/>
              <w:rPr>
                <w:rFonts w:ascii="微軟正黑體" w:eastAsia="微軟正黑體" w:hAnsi="微軟正黑體"/>
                <w:sz w:val="16"/>
                <w:szCs w:val="16"/>
              </w:rPr>
            </w:pPr>
          </w:p>
        </w:tc>
        <w:tc>
          <w:tcPr>
            <w:tcW w:w="2211" w:type="dxa"/>
            <w:vAlign w:val="center"/>
          </w:tcPr>
          <w:p w14:paraId="090B9466"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激勵學生</w:t>
            </w:r>
          </w:p>
        </w:tc>
        <w:tc>
          <w:tcPr>
            <w:tcW w:w="2211" w:type="dxa"/>
            <w:vAlign w:val="center"/>
          </w:tcPr>
          <w:p w14:paraId="1C48B093"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2BAAAEA0"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4DFA04F1"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0B9C8312"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r>
      <w:tr w:rsidR="00BF6536" w:rsidRPr="001E4635" w14:paraId="68DE8ACE" w14:textId="77777777">
        <w:trPr>
          <w:jc w:val="center"/>
        </w:trPr>
        <w:tc>
          <w:tcPr>
            <w:tcW w:w="2211" w:type="dxa"/>
            <w:vMerge/>
          </w:tcPr>
          <w:p w14:paraId="217467D7" w14:textId="77777777" w:rsidR="00BF6536" w:rsidRPr="008E73B8" w:rsidRDefault="00BF6536" w:rsidP="001E4635">
            <w:pPr>
              <w:pStyle w:val="a9"/>
              <w:rPr>
                <w:rFonts w:ascii="微軟正黑體" w:eastAsia="微軟正黑體" w:hAnsi="微軟正黑體"/>
                <w:sz w:val="16"/>
                <w:szCs w:val="16"/>
              </w:rPr>
            </w:pPr>
          </w:p>
        </w:tc>
        <w:tc>
          <w:tcPr>
            <w:tcW w:w="2211" w:type="dxa"/>
            <w:vMerge/>
          </w:tcPr>
          <w:p w14:paraId="09C074A2" w14:textId="77777777" w:rsidR="00BF6536" w:rsidRPr="008E73B8" w:rsidRDefault="00BF6536" w:rsidP="001E4635">
            <w:pPr>
              <w:pStyle w:val="a9"/>
              <w:rPr>
                <w:rFonts w:ascii="微軟正黑體" w:eastAsia="微軟正黑體" w:hAnsi="微軟正黑體"/>
                <w:sz w:val="16"/>
                <w:szCs w:val="16"/>
              </w:rPr>
            </w:pPr>
          </w:p>
        </w:tc>
        <w:tc>
          <w:tcPr>
            <w:tcW w:w="2211" w:type="dxa"/>
            <w:vAlign w:val="center"/>
          </w:tcPr>
          <w:p w14:paraId="37470FF1"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語調及音量</w:t>
            </w:r>
          </w:p>
        </w:tc>
        <w:tc>
          <w:tcPr>
            <w:tcW w:w="2211" w:type="dxa"/>
            <w:vAlign w:val="center"/>
          </w:tcPr>
          <w:p w14:paraId="3C3B6705"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4DEBF5D2"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70424C4F"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3A76566E"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r>
      <w:tr w:rsidR="00BF6536" w:rsidRPr="001E4635" w14:paraId="7876D87A" w14:textId="77777777">
        <w:trPr>
          <w:jc w:val="center"/>
        </w:trPr>
        <w:tc>
          <w:tcPr>
            <w:tcW w:w="2211" w:type="dxa"/>
            <w:vMerge/>
          </w:tcPr>
          <w:p w14:paraId="3C8000AA" w14:textId="77777777" w:rsidR="00BF6536" w:rsidRPr="008E73B8" w:rsidRDefault="00BF6536" w:rsidP="001E4635">
            <w:pPr>
              <w:pStyle w:val="a9"/>
              <w:rPr>
                <w:rFonts w:ascii="微軟正黑體" w:eastAsia="微軟正黑體" w:hAnsi="微軟正黑體"/>
                <w:sz w:val="16"/>
                <w:szCs w:val="16"/>
              </w:rPr>
            </w:pPr>
          </w:p>
        </w:tc>
        <w:tc>
          <w:tcPr>
            <w:tcW w:w="2211" w:type="dxa"/>
            <w:vMerge/>
          </w:tcPr>
          <w:p w14:paraId="15A64EF4" w14:textId="77777777" w:rsidR="00BF6536" w:rsidRPr="008E73B8" w:rsidRDefault="00BF6536" w:rsidP="001E4635">
            <w:pPr>
              <w:pStyle w:val="a9"/>
              <w:rPr>
                <w:rFonts w:ascii="微軟正黑體" w:eastAsia="微軟正黑體" w:hAnsi="微軟正黑體"/>
                <w:sz w:val="16"/>
                <w:szCs w:val="16"/>
              </w:rPr>
            </w:pPr>
          </w:p>
        </w:tc>
        <w:tc>
          <w:tcPr>
            <w:tcW w:w="2211" w:type="dxa"/>
            <w:vAlign w:val="center"/>
          </w:tcPr>
          <w:p w14:paraId="282FAE46"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肢體語言</w:t>
            </w:r>
          </w:p>
        </w:tc>
        <w:tc>
          <w:tcPr>
            <w:tcW w:w="2211" w:type="dxa"/>
            <w:vAlign w:val="center"/>
          </w:tcPr>
          <w:p w14:paraId="483D7FC8"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7A5BF903"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356CF4BB"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2FF58187"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r>
      <w:tr w:rsidR="00BF6536" w:rsidRPr="001E4635" w14:paraId="2D744C88" w14:textId="77777777">
        <w:trPr>
          <w:jc w:val="center"/>
        </w:trPr>
        <w:tc>
          <w:tcPr>
            <w:tcW w:w="2211" w:type="dxa"/>
            <w:vMerge w:val="restart"/>
            <w:vAlign w:val="center"/>
          </w:tcPr>
          <w:p w14:paraId="025BC89E"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教室佈置</w:t>
            </w:r>
          </w:p>
        </w:tc>
        <w:tc>
          <w:tcPr>
            <w:tcW w:w="2211" w:type="dxa"/>
            <w:vMerge w:val="restart"/>
            <w:vAlign w:val="center"/>
          </w:tcPr>
          <w:p w14:paraId="162C1876" w14:textId="77777777" w:rsidR="00BF6536" w:rsidRPr="008E73B8" w:rsidRDefault="00BE041A" w:rsidP="001E4635">
            <w:pPr>
              <w:pStyle w:val="a9"/>
              <w:rPr>
                <w:rFonts w:ascii="微軟正黑體" w:eastAsia="微軟正黑體" w:hAnsi="微軟正黑體"/>
                <w:sz w:val="16"/>
                <w:szCs w:val="16"/>
                <w:lang w:eastAsia="zh-TW"/>
              </w:rPr>
            </w:pPr>
            <w:r w:rsidRPr="008E73B8">
              <w:rPr>
                <w:rFonts w:ascii="微軟正黑體" w:eastAsia="微軟正黑體" w:hAnsi="微軟正黑體"/>
                <w:sz w:val="16"/>
                <w:szCs w:val="16"/>
                <w:lang w:eastAsia="zh-TW"/>
              </w:rPr>
              <w:t>從教室環境佈置中，找到教學作品或證據</w:t>
            </w:r>
          </w:p>
        </w:tc>
        <w:tc>
          <w:tcPr>
            <w:tcW w:w="2211" w:type="dxa"/>
            <w:vAlign w:val="center"/>
          </w:tcPr>
          <w:p w14:paraId="34B33027"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展示學生作品</w:t>
            </w:r>
          </w:p>
        </w:tc>
        <w:tc>
          <w:tcPr>
            <w:tcW w:w="2211" w:type="dxa"/>
            <w:vAlign w:val="center"/>
          </w:tcPr>
          <w:p w14:paraId="594B0502"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2E0C0A73"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1EF9A6C3"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6A7F372B"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r>
      <w:tr w:rsidR="00BF6536" w:rsidRPr="001E4635" w14:paraId="1E095A43" w14:textId="77777777">
        <w:trPr>
          <w:jc w:val="center"/>
        </w:trPr>
        <w:tc>
          <w:tcPr>
            <w:tcW w:w="2211" w:type="dxa"/>
            <w:vMerge/>
          </w:tcPr>
          <w:p w14:paraId="61A8C410" w14:textId="77777777" w:rsidR="00BF6536" w:rsidRPr="008E73B8" w:rsidRDefault="00BF6536" w:rsidP="001E4635">
            <w:pPr>
              <w:pStyle w:val="a9"/>
              <w:rPr>
                <w:rFonts w:ascii="微軟正黑體" w:eastAsia="微軟正黑體" w:hAnsi="微軟正黑體"/>
                <w:sz w:val="16"/>
                <w:szCs w:val="16"/>
              </w:rPr>
            </w:pPr>
          </w:p>
        </w:tc>
        <w:tc>
          <w:tcPr>
            <w:tcW w:w="2211" w:type="dxa"/>
            <w:vMerge/>
          </w:tcPr>
          <w:p w14:paraId="22767EAB" w14:textId="77777777" w:rsidR="00BF6536" w:rsidRPr="008E73B8" w:rsidRDefault="00BF6536" w:rsidP="001E4635">
            <w:pPr>
              <w:pStyle w:val="a9"/>
              <w:rPr>
                <w:rFonts w:ascii="微軟正黑體" w:eastAsia="微軟正黑體" w:hAnsi="微軟正黑體"/>
                <w:sz w:val="16"/>
                <w:szCs w:val="16"/>
              </w:rPr>
            </w:pPr>
          </w:p>
        </w:tc>
        <w:tc>
          <w:tcPr>
            <w:tcW w:w="2211" w:type="dxa"/>
            <w:vAlign w:val="center"/>
          </w:tcPr>
          <w:p w14:paraId="36E62C54"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妥善佈置教學環境</w:t>
            </w:r>
          </w:p>
        </w:tc>
        <w:tc>
          <w:tcPr>
            <w:tcW w:w="2211" w:type="dxa"/>
            <w:vAlign w:val="center"/>
          </w:tcPr>
          <w:p w14:paraId="373F73EC"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184F03AC"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2A4C9648"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572E15DB"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r>
      <w:tr w:rsidR="00BF6536" w:rsidRPr="001E4635" w14:paraId="3592C88B" w14:textId="77777777">
        <w:trPr>
          <w:jc w:val="center"/>
        </w:trPr>
        <w:tc>
          <w:tcPr>
            <w:tcW w:w="2211" w:type="dxa"/>
            <w:vMerge/>
          </w:tcPr>
          <w:p w14:paraId="67D87ECD" w14:textId="77777777" w:rsidR="00BF6536" w:rsidRPr="008E73B8" w:rsidRDefault="00BF6536" w:rsidP="001E4635">
            <w:pPr>
              <w:pStyle w:val="a9"/>
              <w:rPr>
                <w:rFonts w:ascii="微軟正黑體" w:eastAsia="微軟正黑體" w:hAnsi="微軟正黑體"/>
                <w:sz w:val="16"/>
                <w:szCs w:val="16"/>
              </w:rPr>
            </w:pPr>
          </w:p>
        </w:tc>
        <w:tc>
          <w:tcPr>
            <w:tcW w:w="2211" w:type="dxa"/>
            <w:vMerge/>
          </w:tcPr>
          <w:p w14:paraId="77855CBB" w14:textId="77777777" w:rsidR="00BF6536" w:rsidRPr="008E73B8" w:rsidRDefault="00BF6536" w:rsidP="001E4635">
            <w:pPr>
              <w:pStyle w:val="a9"/>
              <w:rPr>
                <w:rFonts w:ascii="微軟正黑體" w:eastAsia="微軟正黑體" w:hAnsi="微軟正黑體"/>
                <w:sz w:val="16"/>
                <w:szCs w:val="16"/>
              </w:rPr>
            </w:pPr>
          </w:p>
        </w:tc>
        <w:tc>
          <w:tcPr>
            <w:tcW w:w="2211" w:type="dxa"/>
            <w:vAlign w:val="center"/>
          </w:tcPr>
          <w:p w14:paraId="52435F1A"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學生座位安排</w:t>
            </w:r>
          </w:p>
        </w:tc>
        <w:tc>
          <w:tcPr>
            <w:tcW w:w="2211" w:type="dxa"/>
            <w:vAlign w:val="center"/>
          </w:tcPr>
          <w:p w14:paraId="7DA45B4F"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254FD100"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0211A4AD"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79E732BF"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r>
      <w:tr w:rsidR="00BF6536" w:rsidRPr="001E4635" w14:paraId="06A9C29E" w14:textId="77777777">
        <w:trPr>
          <w:jc w:val="center"/>
        </w:trPr>
        <w:tc>
          <w:tcPr>
            <w:tcW w:w="2211" w:type="dxa"/>
            <w:vMerge w:val="restart"/>
            <w:vAlign w:val="center"/>
          </w:tcPr>
          <w:p w14:paraId="5B245057"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班級經營</w:t>
            </w:r>
          </w:p>
        </w:tc>
        <w:tc>
          <w:tcPr>
            <w:tcW w:w="2211" w:type="dxa"/>
            <w:vMerge w:val="restart"/>
            <w:vAlign w:val="center"/>
          </w:tcPr>
          <w:p w14:paraId="1B2AFD43" w14:textId="77777777" w:rsidR="00BF6536" w:rsidRPr="008E73B8" w:rsidRDefault="00BE041A" w:rsidP="001E4635">
            <w:pPr>
              <w:pStyle w:val="a9"/>
              <w:rPr>
                <w:rFonts w:ascii="微軟正黑體" w:eastAsia="微軟正黑體" w:hAnsi="微軟正黑體"/>
                <w:sz w:val="16"/>
                <w:szCs w:val="16"/>
                <w:lang w:eastAsia="zh-TW"/>
              </w:rPr>
            </w:pPr>
            <w:r w:rsidRPr="008E73B8">
              <w:rPr>
                <w:rFonts w:ascii="微軟正黑體" w:eastAsia="微軟正黑體" w:hAnsi="微軟正黑體"/>
                <w:sz w:val="16"/>
                <w:szCs w:val="16"/>
                <w:lang w:eastAsia="zh-TW"/>
              </w:rPr>
              <w:t>學習安全或健康議題</w:t>
            </w:r>
            <w:r w:rsidRPr="008E73B8">
              <w:rPr>
                <w:rFonts w:ascii="微軟正黑體" w:eastAsia="微軟正黑體" w:hAnsi="微軟正黑體" w:cs="微軟正黑體" w:hint="eastAsia"/>
                <w:sz w:val="16"/>
                <w:szCs w:val="16"/>
                <w:lang w:eastAsia="zh-TW"/>
              </w:rPr>
              <w:t>值</w:t>
            </w:r>
            <w:r w:rsidRPr="008E73B8">
              <w:rPr>
                <w:rFonts w:ascii="微軟正黑體" w:eastAsia="微軟正黑體" w:hAnsi="微軟正黑體" w:cs="MS Mincho" w:hint="eastAsia"/>
                <w:sz w:val="16"/>
                <w:szCs w:val="16"/>
                <w:lang w:eastAsia="zh-TW"/>
              </w:rPr>
              <w:t>得加以留意與強調的</w:t>
            </w:r>
          </w:p>
        </w:tc>
        <w:tc>
          <w:tcPr>
            <w:tcW w:w="2211" w:type="dxa"/>
            <w:vAlign w:val="center"/>
          </w:tcPr>
          <w:p w14:paraId="5B42BD25"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友善的學習氛圍</w:t>
            </w:r>
          </w:p>
        </w:tc>
        <w:tc>
          <w:tcPr>
            <w:tcW w:w="2211" w:type="dxa"/>
            <w:vAlign w:val="center"/>
          </w:tcPr>
          <w:p w14:paraId="2A5F0B0F"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1B381764"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51E6221B"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04B74A4B"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r>
      <w:tr w:rsidR="00BF6536" w:rsidRPr="001E4635" w14:paraId="1BF0643E" w14:textId="77777777">
        <w:trPr>
          <w:jc w:val="center"/>
        </w:trPr>
        <w:tc>
          <w:tcPr>
            <w:tcW w:w="2211" w:type="dxa"/>
            <w:vMerge/>
          </w:tcPr>
          <w:p w14:paraId="399BD0AF" w14:textId="77777777" w:rsidR="00BF6536" w:rsidRPr="008E73B8" w:rsidRDefault="00BF6536" w:rsidP="001E4635">
            <w:pPr>
              <w:pStyle w:val="a9"/>
              <w:rPr>
                <w:rFonts w:ascii="微軟正黑體" w:eastAsia="微軟正黑體" w:hAnsi="微軟正黑體"/>
                <w:sz w:val="16"/>
                <w:szCs w:val="16"/>
              </w:rPr>
            </w:pPr>
          </w:p>
        </w:tc>
        <w:tc>
          <w:tcPr>
            <w:tcW w:w="2211" w:type="dxa"/>
            <w:vMerge/>
          </w:tcPr>
          <w:p w14:paraId="29A1A6A3" w14:textId="77777777" w:rsidR="00BF6536" w:rsidRPr="008E73B8" w:rsidRDefault="00BF6536" w:rsidP="001E4635">
            <w:pPr>
              <w:pStyle w:val="a9"/>
              <w:rPr>
                <w:rFonts w:ascii="微軟正黑體" w:eastAsia="微軟正黑體" w:hAnsi="微軟正黑體"/>
                <w:sz w:val="16"/>
                <w:szCs w:val="16"/>
              </w:rPr>
            </w:pPr>
          </w:p>
        </w:tc>
        <w:tc>
          <w:tcPr>
            <w:tcW w:w="2211" w:type="dxa"/>
            <w:vAlign w:val="center"/>
          </w:tcPr>
          <w:p w14:paraId="3982859F"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掌握教學時間</w:t>
            </w:r>
          </w:p>
        </w:tc>
        <w:tc>
          <w:tcPr>
            <w:tcW w:w="2211" w:type="dxa"/>
            <w:vAlign w:val="center"/>
          </w:tcPr>
          <w:p w14:paraId="5F4CE666"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242FB564"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554E8B1A"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413B531D"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r>
      <w:tr w:rsidR="00BF6536" w:rsidRPr="001E4635" w14:paraId="5B66A84C" w14:textId="77777777">
        <w:trPr>
          <w:jc w:val="center"/>
        </w:trPr>
        <w:tc>
          <w:tcPr>
            <w:tcW w:w="2211" w:type="dxa"/>
            <w:vMerge/>
          </w:tcPr>
          <w:p w14:paraId="704256CB" w14:textId="77777777" w:rsidR="00BF6536" w:rsidRPr="008E73B8" w:rsidRDefault="00BF6536" w:rsidP="001E4635">
            <w:pPr>
              <w:pStyle w:val="a9"/>
              <w:rPr>
                <w:rFonts w:ascii="微軟正黑體" w:eastAsia="微軟正黑體" w:hAnsi="微軟正黑體"/>
                <w:sz w:val="16"/>
                <w:szCs w:val="16"/>
              </w:rPr>
            </w:pPr>
          </w:p>
        </w:tc>
        <w:tc>
          <w:tcPr>
            <w:tcW w:w="2211" w:type="dxa"/>
            <w:vMerge/>
          </w:tcPr>
          <w:p w14:paraId="3C089365" w14:textId="77777777" w:rsidR="00BF6536" w:rsidRPr="008E73B8" w:rsidRDefault="00BF6536" w:rsidP="001E4635">
            <w:pPr>
              <w:pStyle w:val="a9"/>
              <w:rPr>
                <w:rFonts w:ascii="微軟正黑體" w:eastAsia="微軟正黑體" w:hAnsi="微軟正黑體"/>
                <w:sz w:val="16"/>
                <w:szCs w:val="16"/>
              </w:rPr>
            </w:pPr>
          </w:p>
        </w:tc>
        <w:tc>
          <w:tcPr>
            <w:tcW w:w="2211" w:type="dxa"/>
            <w:vAlign w:val="center"/>
          </w:tcPr>
          <w:p w14:paraId="300B6807"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學生能遵守常規</w:t>
            </w:r>
          </w:p>
        </w:tc>
        <w:tc>
          <w:tcPr>
            <w:tcW w:w="2211" w:type="dxa"/>
            <w:vAlign w:val="center"/>
          </w:tcPr>
          <w:p w14:paraId="40A2A252"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3A39EC18"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5B23396C"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c>
          <w:tcPr>
            <w:tcW w:w="2211" w:type="dxa"/>
            <w:vAlign w:val="center"/>
          </w:tcPr>
          <w:p w14:paraId="715EC2DE"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w:t>
            </w:r>
          </w:p>
        </w:tc>
      </w:tr>
      <w:tr w:rsidR="00BF6536" w:rsidRPr="001E4635" w14:paraId="65C9CC9B" w14:textId="77777777">
        <w:trPr>
          <w:jc w:val="center"/>
        </w:trPr>
        <w:tc>
          <w:tcPr>
            <w:tcW w:w="2211" w:type="dxa"/>
            <w:vAlign w:val="center"/>
          </w:tcPr>
          <w:p w14:paraId="0C5349F3" w14:textId="77777777"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t>質性描述</w:t>
            </w:r>
            <w:r w:rsidRPr="008E73B8">
              <w:rPr>
                <w:rFonts w:ascii="微軟正黑體" w:eastAsia="微軟正黑體" w:hAnsi="微軟正黑體"/>
                <w:sz w:val="16"/>
                <w:szCs w:val="16"/>
              </w:rPr>
              <w:br/>
              <w:t>記錄事項</w:t>
            </w:r>
          </w:p>
        </w:tc>
        <w:tc>
          <w:tcPr>
            <w:tcW w:w="13266" w:type="dxa"/>
            <w:gridSpan w:val="6"/>
            <w:vAlign w:val="center"/>
          </w:tcPr>
          <w:p w14:paraId="724896B0" w14:textId="18277B63" w:rsidR="00BF6536" w:rsidRPr="008E73B8" w:rsidRDefault="00BE041A" w:rsidP="001E4635">
            <w:pPr>
              <w:pStyle w:val="a9"/>
              <w:rPr>
                <w:rFonts w:ascii="微軟正黑體" w:eastAsia="微軟正黑體" w:hAnsi="微軟正黑體"/>
                <w:sz w:val="16"/>
                <w:szCs w:val="16"/>
              </w:rPr>
            </w:pPr>
            <w:r w:rsidRPr="008E73B8">
              <w:rPr>
                <w:rFonts w:ascii="微軟正黑體" w:eastAsia="微軟正黑體" w:hAnsi="微軟正黑體"/>
                <w:sz w:val="16"/>
                <w:szCs w:val="16"/>
              </w:rPr>
              <w:br/>
            </w:r>
          </w:p>
        </w:tc>
      </w:tr>
    </w:tbl>
    <w:p w14:paraId="09BB3B17" w14:textId="77777777" w:rsidR="00BF6536" w:rsidRPr="001E4635" w:rsidRDefault="00BE041A" w:rsidP="001E4635">
      <w:pPr>
        <w:pStyle w:val="a9"/>
        <w:rPr>
          <w:lang w:eastAsia="zh-TW"/>
        </w:rPr>
      </w:pPr>
      <w:r w:rsidRPr="001E4635">
        <w:rPr>
          <w:lang w:eastAsia="zh-TW"/>
        </w:rPr>
        <w:t>公開授課教師簽章：</w:t>
      </w:r>
      <w:r w:rsidRPr="001E4635">
        <w:rPr>
          <w:lang w:eastAsia="zh-TW"/>
        </w:rPr>
        <w:t>________________</w:t>
      </w:r>
      <w:r w:rsidRPr="001E4635">
        <w:rPr>
          <w:lang w:eastAsia="zh-TW"/>
        </w:rPr>
        <w:t xml:space="preserve">　　觀課者簽章：</w:t>
      </w:r>
      <w:r w:rsidRPr="001E4635">
        <w:rPr>
          <w:lang w:eastAsia="zh-TW"/>
        </w:rPr>
        <w:t>________________</w:t>
      </w:r>
    </w:p>
    <w:p w14:paraId="3ADBCCBF" w14:textId="586D8956" w:rsidR="00BF6536" w:rsidRPr="001E4635" w:rsidRDefault="00BE041A" w:rsidP="001E4635">
      <w:pPr>
        <w:pStyle w:val="a9"/>
        <w:rPr>
          <w:lang w:eastAsia="zh-TW"/>
        </w:rPr>
      </w:pPr>
      <w:r w:rsidRPr="001E4635">
        <w:rPr>
          <w:lang w:eastAsia="zh-TW"/>
        </w:rPr>
        <w:t>承辦人：</w:t>
      </w:r>
      <w:r w:rsidRPr="001E4635">
        <w:rPr>
          <w:lang w:eastAsia="zh-TW"/>
        </w:rPr>
        <w:t>________________</w:t>
      </w:r>
      <w:r w:rsidRPr="001E4635">
        <w:rPr>
          <w:lang w:eastAsia="zh-TW"/>
        </w:rPr>
        <w:t xml:space="preserve">　主任：</w:t>
      </w:r>
      <w:r w:rsidRPr="001E4635">
        <w:rPr>
          <w:lang w:eastAsia="zh-TW"/>
        </w:rPr>
        <w:t>________________</w:t>
      </w:r>
      <w:r w:rsidRPr="001E4635">
        <w:rPr>
          <w:lang w:eastAsia="zh-TW"/>
        </w:rPr>
        <w:t xml:space="preserve">　校長：</w:t>
      </w:r>
      <w:r w:rsidRPr="001E4635">
        <w:rPr>
          <w:lang w:eastAsia="zh-TW"/>
        </w:rPr>
        <w:t>________________</w:t>
      </w:r>
      <w:r w:rsidRPr="001E4635">
        <w:rPr>
          <w:lang w:eastAsia="zh-TW"/>
        </w:rPr>
        <w:br w:type="page"/>
      </w:r>
    </w:p>
    <w:p w14:paraId="1D4A9A06" w14:textId="77777777" w:rsidR="00BF6536" w:rsidRPr="001E4635" w:rsidRDefault="00BF6536" w:rsidP="001E4635">
      <w:pPr>
        <w:pStyle w:val="a9"/>
        <w:rPr>
          <w:lang w:eastAsia="zh-TW"/>
        </w:rPr>
        <w:sectPr w:rsidR="00BF6536" w:rsidRPr="001E4635">
          <w:pgSz w:w="16838" w:h="11906" w:orient="landscape"/>
          <w:pgMar w:top="680" w:right="680" w:bottom="680" w:left="680" w:header="720" w:footer="720" w:gutter="0"/>
          <w:cols w:space="720"/>
          <w:docGrid w:linePitch="360"/>
        </w:sectPr>
      </w:pPr>
    </w:p>
    <w:p w14:paraId="52039B77" w14:textId="77777777" w:rsidR="00BF6536" w:rsidRPr="001E4635" w:rsidRDefault="00BE041A" w:rsidP="001E4635">
      <w:pPr>
        <w:pStyle w:val="a9"/>
        <w:rPr>
          <w:lang w:eastAsia="zh-TW"/>
        </w:rPr>
      </w:pPr>
      <w:r w:rsidRPr="001E4635">
        <w:rPr>
          <w:lang w:eastAsia="zh-TW"/>
        </w:rPr>
        <w:lastRenderedPageBreak/>
        <w:t>附件四－觀察後議課回饋紀錄表</w:t>
      </w:r>
    </w:p>
    <w:p w14:paraId="6F70026A" w14:textId="77777777" w:rsidR="00BF6536" w:rsidRPr="001E4635" w:rsidRDefault="00BE041A" w:rsidP="001E4635">
      <w:pPr>
        <w:pStyle w:val="a9"/>
        <w:rPr>
          <w:lang w:eastAsia="zh-TW"/>
        </w:rPr>
      </w:pPr>
      <w:r w:rsidRPr="001E4635">
        <w:rPr>
          <w:sz w:val="32"/>
          <w:lang w:eastAsia="zh-TW"/>
        </w:rPr>
        <w:t>屏東縣來義</w:t>
      </w:r>
      <w:r w:rsidRPr="001E4635">
        <w:rPr>
          <w:rFonts w:ascii="微軟正黑體" w:eastAsia="微軟正黑體" w:hAnsi="微軟正黑體" w:cs="微軟正黑體" w:hint="eastAsia"/>
          <w:sz w:val="32"/>
          <w:lang w:eastAsia="zh-TW"/>
        </w:rPr>
        <w:t>鄉</w:t>
      </w:r>
      <w:r w:rsidRPr="001E4635">
        <w:rPr>
          <w:rFonts w:ascii="MS Mincho" w:eastAsia="MS Mincho" w:hAnsi="MS Mincho" w:cs="MS Mincho" w:hint="eastAsia"/>
          <w:sz w:val="32"/>
          <w:lang w:eastAsia="zh-TW"/>
        </w:rPr>
        <w:t>古樓國民小學</w:t>
      </w:r>
      <w:r w:rsidRPr="001E4635">
        <w:rPr>
          <w:sz w:val="32"/>
          <w:lang w:eastAsia="zh-TW"/>
        </w:rPr>
        <w:t>115</w:t>
      </w:r>
      <w:r w:rsidRPr="001E4635">
        <w:rPr>
          <w:sz w:val="32"/>
          <w:lang w:eastAsia="zh-TW"/>
        </w:rPr>
        <w:t>學年度辦理校</w:t>
      </w:r>
      <w:r w:rsidRPr="001E4635">
        <w:rPr>
          <w:rFonts w:ascii="微軟正黑體" w:eastAsia="微軟正黑體" w:hAnsi="微軟正黑體" w:cs="微軟正黑體" w:hint="eastAsia"/>
          <w:sz w:val="32"/>
          <w:lang w:eastAsia="zh-TW"/>
        </w:rPr>
        <w:t>內</w:t>
      </w:r>
      <w:r w:rsidRPr="001E4635">
        <w:rPr>
          <w:rFonts w:ascii="MS Mincho" w:eastAsia="MS Mincho" w:hAnsi="MS Mincho" w:cs="MS Mincho" w:hint="eastAsia"/>
          <w:sz w:val="32"/>
          <w:lang w:eastAsia="zh-TW"/>
        </w:rPr>
        <w:t>公開授課</w:t>
      </w:r>
    </w:p>
    <w:p w14:paraId="371982B6" w14:textId="77777777" w:rsidR="00BF6536" w:rsidRPr="001E4635" w:rsidRDefault="00BE041A" w:rsidP="001E4635">
      <w:pPr>
        <w:pStyle w:val="a9"/>
        <w:rPr>
          <w:lang w:eastAsia="zh-TW"/>
        </w:rPr>
      </w:pPr>
      <w:r w:rsidRPr="001E4635">
        <w:rPr>
          <w:sz w:val="32"/>
          <w:lang w:eastAsia="zh-TW"/>
        </w:rPr>
        <w:t>觀察後議課回饋紀錄表</w:t>
      </w:r>
    </w:p>
    <w:p w14:paraId="68B850AA" w14:textId="77777777" w:rsidR="00BF6536" w:rsidRPr="008E73B8" w:rsidRDefault="00BE041A" w:rsidP="008E73B8">
      <w:pPr>
        <w:pStyle w:val="a9"/>
        <w:spacing w:line="360" w:lineRule="auto"/>
        <w:rPr>
          <w:rFonts w:ascii="微軟正黑體" w:eastAsia="微軟正黑體" w:hAnsi="微軟正黑體"/>
          <w:sz w:val="24"/>
          <w:szCs w:val="24"/>
          <w:lang w:eastAsia="zh-TW"/>
        </w:rPr>
      </w:pPr>
      <w:r w:rsidRPr="008E73B8">
        <w:rPr>
          <w:rFonts w:ascii="微軟正黑體" w:eastAsia="微軟正黑體" w:hAnsi="微軟正黑體"/>
          <w:sz w:val="24"/>
          <w:szCs w:val="24"/>
          <w:lang w:eastAsia="zh-TW"/>
        </w:rPr>
        <w:t>● 公開授課教師：________________　任教年級：________　任教領域/科目：____________</w:t>
      </w:r>
    </w:p>
    <w:p w14:paraId="01FB6DB7" w14:textId="77777777" w:rsidR="00BF6536" w:rsidRPr="008E73B8" w:rsidRDefault="00BE041A" w:rsidP="008E73B8">
      <w:pPr>
        <w:pStyle w:val="a9"/>
        <w:spacing w:line="360" w:lineRule="auto"/>
        <w:rPr>
          <w:rFonts w:ascii="微軟正黑體" w:eastAsia="微軟正黑體" w:hAnsi="微軟正黑體"/>
          <w:sz w:val="24"/>
          <w:szCs w:val="24"/>
          <w:lang w:eastAsia="zh-TW"/>
        </w:rPr>
      </w:pPr>
      <w:r w:rsidRPr="008E73B8">
        <w:rPr>
          <w:rFonts w:ascii="微軟正黑體" w:eastAsia="微軟正黑體" w:hAnsi="微軟正黑體"/>
          <w:sz w:val="24"/>
          <w:szCs w:val="24"/>
          <w:lang w:eastAsia="zh-TW"/>
        </w:rPr>
        <w:t>公開授課教學單元：________________________________________________________</w:t>
      </w:r>
    </w:p>
    <w:p w14:paraId="25ACC4CC" w14:textId="77777777" w:rsidR="00BF6536" w:rsidRPr="008E73B8" w:rsidRDefault="00BE041A" w:rsidP="008E73B8">
      <w:pPr>
        <w:pStyle w:val="a9"/>
        <w:spacing w:line="360" w:lineRule="auto"/>
        <w:rPr>
          <w:rFonts w:ascii="微軟正黑體" w:eastAsia="微軟正黑體" w:hAnsi="微軟正黑體"/>
          <w:sz w:val="24"/>
          <w:szCs w:val="24"/>
          <w:lang w:eastAsia="zh-TW"/>
        </w:rPr>
      </w:pPr>
      <w:r w:rsidRPr="008E73B8">
        <w:rPr>
          <w:rFonts w:ascii="微軟正黑體" w:eastAsia="微軟正黑體" w:hAnsi="微軟正黑體"/>
          <w:sz w:val="24"/>
          <w:szCs w:val="24"/>
          <w:lang w:eastAsia="zh-TW"/>
        </w:rPr>
        <w:t>● 共同議課人員：__________________________________________________________</w:t>
      </w:r>
    </w:p>
    <w:p w14:paraId="70068C3E" w14:textId="77777777" w:rsidR="00BF6536" w:rsidRPr="008E73B8" w:rsidRDefault="00BE041A" w:rsidP="008E73B8">
      <w:pPr>
        <w:pStyle w:val="a9"/>
        <w:spacing w:line="360" w:lineRule="auto"/>
        <w:rPr>
          <w:rFonts w:ascii="微軟正黑體" w:eastAsia="微軟正黑體" w:hAnsi="微軟正黑體"/>
          <w:sz w:val="24"/>
          <w:szCs w:val="24"/>
          <w:lang w:eastAsia="zh-TW"/>
        </w:rPr>
      </w:pPr>
      <w:r w:rsidRPr="008E73B8">
        <w:rPr>
          <w:rFonts w:ascii="微軟正黑體" w:eastAsia="微軟正黑體" w:hAnsi="微軟正黑體"/>
          <w:sz w:val="24"/>
          <w:szCs w:val="24"/>
          <w:lang w:eastAsia="zh-TW"/>
        </w:rPr>
        <w:t>● 觀察後議課回饋　日期：115年____月____日　地點：________________________</w:t>
      </w:r>
    </w:p>
    <w:p w14:paraId="463F17F7" w14:textId="77777777" w:rsidR="00BF6536" w:rsidRPr="008E73B8" w:rsidRDefault="00BE041A" w:rsidP="008E73B8">
      <w:pPr>
        <w:pStyle w:val="a9"/>
        <w:spacing w:line="360" w:lineRule="auto"/>
        <w:rPr>
          <w:rFonts w:ascii="微軟正黑體" w:eastAsia="微軟正黑體" w:hAnsi="微軟正黑體"/>
          <w:sz w:val="24"/>
          <w:szCs w:val="24"/>
          <w:lang w:eastAsia="zh-TW"/>
        </w:rPr>
      </w:pPr>
      <w:r w:rsidRPr="008E73B8">
        <w:rPr>
          <w:rFonts w:ascii="微軟正黑體" w:eastAsia="微軟正黑體" w:hAnsi="微軟正黑體"/>
          <w:sz w:val="24"/>
          <w:szCs w:val="24"/>
          <w:lang w:eastAsia="zh-TW"/>
        </w:rPr>
        <w:t>請依據觀察工具之紀錄分析</w:t>
      </w:r>
      <w:r w:rsidRPr="008E73B8">
        <w:rPr>
          <w:rFonts w:ascii="微軟正黑體" w:eastAsia="微軟正黑體" w:hAnsi="微軟正黑體" w:cs="微軟正黑體" w:hint="eastAsia"/>
          <w:sz w:val="24"/>
          <w:szCs w:val="24"/>
          <w:lang w:eastAsia="zh-TW"/>
        </w:rPr>
        <w:t>內</w:t>
      </w:r>
      <w:r w:rsidRPr="008E73B8">
        <w:rPr>
          <w:rFonts w:ascii="微軟正黑體" w:eastAsia="微軟正黑體" w:hAnsi="微軟正黑體" w:cs="MS Mincho" w:hint="eastAsia"/>
          <w:sz w:val="24"/>
          <w:szCs w:val="24"/>
          <w:lang w:eastAsia="zh-TW"/>
        </w:rPr>
        <w:t>容，與授課教師討論後填寫：</w:t>
      </w:r>
    </w:p>
    <w:p w14:paraId="7D8738DE" w14:textId="1C3FC054" w:rsidR="00BF6536" w:rsidRPr="008E73B8" w:rsidRDefault="00BE041A" w:rsidP="008E73B8">
      <w:pPr>
        <w:pStyle w:val="a9"/>
        <w:spacing w:line="360" w:lineRule="auto"/>
        <w:rPr>
          <w:rFonts w:ascii="微軟正黑體" w:eastAsia="微軟正黑體" w:hAnsi="微軟正黑體"/>
          <w:sz w:val="24"/>
          <w:szCs w:val="24"/>
          <w:lang w:eastAsia="zh-TW"/>
        </w:rPr>
      </w:pPr>
      <w:r w:rsidRPr="008E73B8">
        <w:rPr>
          <w:rFonts w:ascii="微軟正黑體" w:eastAsia="微軟正黑體" w:hAnsi="微軟正黑體"/>
          <w:sz w:val="24"/>
          <w:szCs w:val="24"/>
          <w:lang w:eastAsia="zh-TW"/>
        </w:rPr>
        <w:t>一、教與學之優點及特色</w:t>
      </w:r>
      <w:r w:rsidRPr="008E73B8">
        <w:rPr>
          <w:rFonts w:ascii="微軟正黑體" w:eastAsia="微軟正黑體" w:hAnsi="微軟正黑體"/>
          <w:sz w:val="24"/>
          <w:szCs w:val="24"/>
          <w:lang w:eastAsia="zh-TW"/>
        </w:rPr>
        <w:br/>
        <w:t>（含教師教學行為、學生學習表現、師生互動與學生同儕互動之情形）：</w:t>
      </w:r>
      <w:r w:rsidRPr="008E73B8">
        <w:rPr>
          <w:rFonts w:ascii="微軟正黑體" w:eastAsia="微軟正黑體" w:hAnsi="微軟正黑體"/>
          <w:sz w:val="24"/>
          <w:szCs w:val="24"/>
          <w:lang w:eastAsia="zh-TW"/>
        </w:rPr>
        <w:br/>
      </w:r>
      <w:r w:rsidRPr="008E73B8">
        <w:rPr>
          <w:rFonts w:ascii="微軟正黑體" w:eastAsia="微軟正黑體" w:hAnsi="微軟正黑體"/>
          <w:sz w:val="24"/>
          <w:szCs w:val="24"/>
          <w:lang w:eastAsia="zh-TW"/>
        </w:rPr>
        <w:br/>
      </w:r>
    </w:p>
    <w:p w14:paraId="479D8A32" w14:textId="54C2221E" w:rsidR="00BF6536" w:rsidRPr="008E73B8" w:rsidRDefault="00BE041A" w:rsidP="008E73B8">
      <w:pPr>
        <w:pStyle w:val="a9"/>
        <w:spacing w:line="360" w:lineRule="auto"/>
        <w:rPr>
          <w:rFonts w:ascii="微軟正黑體" w:eastAsia="微軟正黑體" w:hAnsi="微軟正黑體"/>
          <w:sz w:val="24"/>
          <w:szCs w:val="24"/>
          <w:lang w:eastAsia="zh-TW"/>
        </w:rPr>
      </w:pPr>
      <w:r w:rsidRPr="008E73B8">
        <w:rPr>
          <w:rFonts w:ascii="微軟正黑體" w:eastAsia="微軟正黑體" w:hAnsi="微軟正黑體"/>
          <w:sz w:val="24"/>
          <w:szCs w:val="24"/>
          <w:lang w:eastAsia="zh-TW"/>
        </w:rPr>
        <w:t>二、教與學待調整或改變之處</w:t>
      </w:r>
      <w:r w:rsidRPr="008E73B8">
        <w:rPr>
          <w:rFonts w:ascii="微軟正黑體" w:eastAsia="微軟正黑體" w:hAnsi="微軟正黑體"/>
          <w:sz w:val="24"/>
          <w:szCs w:val="24"/>
          <w:lang w:eastAsia="zh-TW"/>
        </w:rPr>
        <w:br/>
        <w:t>（含教師教學行為、學生學習表現、師生互動與學生同儕互動之情形）：</w:t>
      </w:r>
      <w:r w:rsidRPr="008E73B8">
        <w:rPr>
          <w:rFonts w:ascii="微軟正黑體" w:eastAsia="微軟正黑體" w:hAnsi="微軟正黑體"/>
          <w:sz w:val="24"/>
          <w:szCs w:val="24"/>
          <w:lang w:eastAsia="zh-TW"/>
        </w:rPr>
        <w:br/>
      </w:r>
      <w:r w:rsidRPr="008E73B8">
        <w:rPr>
          <w:rFonts w:ascii="微軟正黑體" w:eastAsia="微軟正黑體" w:hAnsi="微軟正黑體"/>
          <w:sz w:val="24"/>
          <w:szCs w:val="24"/>
          <w:lang w:eastAsia="zh-TW"/>
        </w:rPr>
        <w:br/>
      </w:r>
    </w:p>
    <w:p w14:paraId="01CB6939" w14:textId="36A3BD4E" w:rsidR="00BF6536" w:rsidRPr="008E73B8" w:rsidRDefault="00BE041A" w:rsidP="008E73B8">
      <w:pPr>
        <w:pStyle w:val="a9"/>
        <w:spacing w:line="360" w:lineRule="auto"/>
        <w:rPr>
          <w:rFonts w:ascii="微軟正黑體" w:eastAsia="微軟正黑體" w:hAnsi="微軟正黑體"/>
          <w:sz w:val="24"/>
          <w:szCs w:val="24"/>
          <w:lang w:eastAsia="zh-TW"/>
        </w:rPr>
      </w:pPr>
      <w:r w:rsidRPr="008E73B8">
        <w:rPr>
          <w:rFonts w:ascii="微軟正黑體" w:eastAsia="微軟正黑體" w:hAnsi="微軟正黑體"/>
          <w:sz w:val="24"/>
          <w:szCs w:val="24"/>
          <w:lang w:eastAsia="zh-TW"/>
        </w:rPr>
        <w:t>三、授課教師預定專業成長規劃：</w:t>
      </w:r>
      <w:r w:rsidRPr="008E73B8">
        <w:rPr>
          <w:rFonts w:ascii="微軟正黑體" w:eastAsia="微軟正黑體" w:hAnsi="微軟正黑體"/>
          <w:sz w:val="24"/>
          <w:szCs w:val="24"/>
          <w:lang w:eastAsia="zh-TW"/>
        </w:rPr>
        <w:br/>
      </w:r>
      <w:r w:rsidRPr="008E73B8">
        <w:rPr>
          <w:rFonts w:ascii="微軟正黑體" w:eastAsia="微軟正黑體" w:hAnsi="微軟正黑體"/>
          <w:sz w:val="24"/>
          <w:szCs w:val="24"/>
          <w:lang w:eastAsia="zh-TW"/>
        </w:rPr>
        <w:br/>
      </w:r>
    </w:p>
    <w:p w14:paraId="73906700" w14:textId="42A21C19" w:rsidR="00BF6536" w:rsidRPr="008E73B8" w:rsidRDefault="00BE041A" w:rsidP="008E73B8">
      <w:pPr>
        <w:pStyle w:val="a9"/>
        <w:spacing w:line="360" w:lineRule="auto"/>
        <w:rPr>
          <w:rFonts w:ascii="微軟正黑體" w:eastAsia="微軟正黑體" w:hAnsi="微軟正黑體"/>
          <w:sz w:val="24"/>
          <w:szCs w:val="24"/>
          <w:lang w:eastAsia="zh-TW"/>
        </w:rPr>
      </w:pPr>
      <w:r w:rsidRPr="008E73B8">
        <w:rPr>
          <w:rFonts w:ascii="微軟正黑體" w:eastAsia="微軟正黑體" w:hAnsi="微軟正黑體"/>
          <w:sz w:val="24"/>
          <w:szCs w:val="24"/>
          <w:lang w:eastAsia="zh-TW"/>
        </w:rPr>
        <w:t>四、回饋人員的學習與收穫：</w:t>
      </w:r>
      <w:r w:rsidRPr="008E73B8">
        <w:rPr>
          <w:rFonts w:ascii="微軟正黑體" w:eastAsia="微軟正黑體" w:hAnsi="微軟正黑體"/>
          <w:sz w:val="24"/>
          <w:szCs w:val="24"/>
          <w:lang w:eastAsia="zh-TW"/>
        </w:rPr>
        <w:br/>
      </w:r>
      <w:r w:rsidRPr="008E73B8">
        <w:rPr>
          <w:rFonts w:ascii="微軟正黑體" w:eastAsia="微軟正黑體" w:hAnsi="微軟正黑體"/>
          <w:sz w:val="24"/>
          <w:szCs w:val="24"/>
          <w:lang w:eastAsia="zh-TW"/>
        </w:rPr>
        <w:br/>
      </w:r>
    </w:p>
    <w:p w14:paraId="05CC6D28" w14:textId="77777777" w:rsidR="00BF6536" w:rsidRPr="008E73B8" w:rsidRDefault="00BE041A" w:rsidP="008E73B8">
      <w:pPr>
        <w:pStyle w:val="a9"/>
        <w:spacing w:line="360" w:lineRule="auto"/>
        <w:rPr>
          <w:rFonts w:ascii="微軟正黑體" w:eastAsia="微軟正黑體" w:hAnsi="微軟正黑體"/>
          <w:sz w:val="24"/>
          <w:szCs w:val="24"/>
          <w:lang w:eastAsia="zh-TW"/>
        </w:rPr>
      </w:pPr>
      <w:r w:rsidRPr="008E73B8">
        <w:rPr>
          <w:rFonts w:ascii="微軟正黑體" w:eastAsia="微軟正黑體" w:hAnsi="微軟正黑體"/>
          <w:sz w:val="24"/>
          <w:szCs w:val="24"/>
          <w:lang w:eastAsia="zh-TW"/>
        </w:rPr>
        <w:t>與會人員簽名：____________________________________________________________</w:t>
      </w:r>
    </w:p>
    <w:p w14:paraId="0E844F35" w14:textId="77777777" w:rsidR="00BF6536" w:rsidRPr="008E73B8" w:rsidRDefault="00BE041A" w:rsidP="008E73B8">
      <w:pPr>
        <w:pStyle w:val="a9"/>
        <w:spacing w:line="360" w:lineRule="auto"/>
        <w:rPr>
          <w:rFonts w:ascii="微軟正黑體" w:eastAsia="微軟正黑體" w:hAnsi="微軟正黑體"/>
          <w:sz w:val="24"/>
          <w:szCs w:val="24"/>
          <w:lang w:eastAsia="zh-TW"/>
        </w:rPr>
      </w:pPr>
      <w:r w:rsidRPr="008E73B8">
        <w:rPr>
          <w:rFonts w:ascii="微軟正黑體" w:eastAsia="微軟正黑體" w:hAnsi="微軟正黑體"/>
          <w:sz w:val="24"/>
          <w:szCs w:val="24"/>
          <w:lang w:eastAsia="zh-TW"/>
        </w:rPr>
        <w:t>承辦人：________________　主任：________________　校長：________________</w:t>
      </w:r>
    </w:p>
    <w:p w14:paraId="04DF5629" w14:textId="77777777" w:rsidR="00BF6536" w:rsidRPr="001E4635" w:rsidRDefault="00BE041A" w:rsidP="001E4635">
      <w:pPr>
        <w:pStyle w:val="a9"/>
        <w:rPr>
          <w:lang w:eastAsia="zh-TW"/>
        </w:rPr>
      </w:pPr>
      <w:r w:rsidRPr="001E4635">
        <w:rPr>
          <w:lang w:eastAsia="zh-TW"/>
        </w:rPr>
        <w:br w:type="page"/>
      </w:r>
    </w:p>
    <w:p w14:paraId="06F91553" w14:textId="77777777" w:rsidR="00BF6536" w:rsidRPr="001E4635" w:rsidRDefault="00BE041A" w:rsidP="001E4635">
      <w:pPr>
        <w:pStyle w:val="a9"/>
        <w:rPr>
          <w:lang w:eastAsia="zh-TW"/>
        </w:rPr>
      </w:pPr>
      <w:r w:rsidRPr="001E4635">
        <w:rPr>
          <w:lang w:eastAsia="zh-TW"/>
        </w:rPr>
        <w:lastRenderedPageBreak/>
        <w:t>附件五－實施計畫參考範例</w:t>
      </w:r>
    </w:p>
    <w:p w14:paraId="1CB3CDFF" w14:textId="77777777" w:rsidR="00BF6536" w:rsidRPr="001E4635" w:rsidRDefault="00BE041A" w:rsidP="001E4635">
      <w:pPr>
        <w:pStyle w:val="a9"/>
        <w:rPr>
          <w:lang w:eastAsia="zh-TW"/>
        </w:rPr>
      </w:pPr>
      <w:r w:rsidRPr="001E4635">
        <w:rPr>
          <w:sz w:val="32"/>
          <w:lang w:eastAsia="zh-TW"/>
        </w:rPr>
        <w:t>屏東縣來義</w:t>
      </w:r>
      <w:r w:rsidRPr="001E4635">
        <w:rPr>
          <w:rFonts w:ascii="微軟正黑體" w:eastAsia="微軟正黑體" w:hAnsi="微軟正黑體" w:cs="微軟正黑體" w:hint="eastAsia"/>
          <w:sz w:val="32"/>
          <w:lang w:eastAsia="zh-TW"/>
        </w:rPr>
        <w:t>鄉</w:t>
      </w:r>
      <w:r w:rsidRPr="001E4635">
        <w:rPr>
          <w:rFonts w:ascii="MS Mincho" w:eastAsia="MS Mincho" w:hAnsi="MS Mincho" w:cs="MS Mincho" w:hint="eastAsia"/>
          <w:sz w:val="32"/>
          <w:lang w:eastAsia="zh-TW"/>
        </w:rPr>
        <w:t>古樓國民小學</w:t>
      </w:r>
      <w:r w:rsidRPr="001E4635">
        <w:rPr>
          <w:sz w:val="32"/>
          <w:lang w:eastAsia="zh-TW"/>
        </w:rPr>
        <w:t>115</w:t>
      </w:r>
      <w:r w:rsidRPr="001E4635">
        <w:rPr>
          <w:sz w:val="32"/>
          <w:lang w:eastAsia="zh-TW"/>
        </w:rPr>
        <w:t>學年度辦理校</w:t>
      </w:r>
      <w:r w:rsidRPr="001E4635">
        <w:rPr>
          <w:rFonts w:ascii="微軟正黑體" w:eastAsia="微軟正黑體" w:hAnsi="微軟正黑體" w:cs="微軟正黑體" w:hint="eastAsia"/>
          <w:sz w:val="32"/>
          <w:lang w:eastAsia="zh-TW"/>
        </w:rPr>
        <w:t>內</w:t>
      </w:r>
      <w:r w:rsidRPr="001E4635">
        <w:rPr>
          <w:rFonts w:ascii="MS Mincho" w:eastAsia="MS Mincho" w:hAnsi="MS Mincho" w:cs="MS Mincho" w:hint="eastAsia"/>
          <w:sz w:val="32"/>
          <w:lang w:eastAsia="zh-TW"/>
        </w:rPr>
        <w:t>公開授課實施計畫</w:t>
      </w:r>
    </w:p>
    <w:p w14:paraId="38F275FF" w14:textId="77777777" w:rsidR="00BF6536" w:rsidRPr="008E73B8" w:rsidRDefault="00BE041A" w:rsidP="001E4635">
      <w:pPr>
        <w:pStyle w:val="a9"/>
        <w:rPr>
          <w:rFonts w:ascii="微軟正黑體" w:eastAsia="微軟正黑體" w:hAnsi="微軟正黑體"/>
          <w:sz w:val="24"/>
          <w:szCs w:val="24"/>
          <w:lang w:eastAsia="zh-TW"/>
        </w:rPr>
      </w:pPr>
      <w:r w:rsidRPr="008E73B8">
        <w:rPr>
          <w:rFonts w:ascii="微軟正黑體" w:eastAsia="微軟正黑體" w:hAnsi="微軟正黑體"/>
          <w:sz w:val="24"/>
          <w:szCs w:val="24"/>
          <w:lang w:eastAsia="zh-TW"/>
        </w:rPr>
        <w:t>一、依據：</w:t>
      </w:r>
    </w:p>
    <w:p w14:paraId="48A5809E" w14:textId="77777777" w:rsidR="00BF6536" w:rsidRPr="008E73B8" w:rsidRDefault="00BE041A" w:rsidP="001E4635">
      <w:pPr>
        <w:pStyle w:val="a9"/>
        <w:rPr>
          <w:rFonts w:ascii="微軟正黑體" w:eastAsia="微軟正黑體" w:hAnsi="微軟正黑體"/>
          <w:sz w:val="24"/>
          <w:szCs w:val="24"/>
          <w:lang w:eastAsia="zh-TW"/>
        </w:rPr>
      </w:pPr>
      <w:r w:rsidRPr="008E73B8">
        <w:rPr>
          <w:rFonts w:ascii="微軟正黑體" w:eastAsia="微軟正黑體" w:hAnsi="微軟正黑體"/>
          <w:sz w:val="24"/>
          <w:szCs w:val="24"/>
          <w:lang w:eastAsia="zh-TW"/>
        </w:rPr>
        <w:t>（一）教育部國民及學前教育署105年10月17日臺教國署字第1050111992號「國民中學及國民小學校長及教師公開授課參考原則」。</w:t>
      </w:r>
    </w:p>
    <w:p w14:paraId="10440418" w14:textId="77777777" w:rsidR="00BF6536" w:rsidRPr="008E73B8" w:rsidRDefault="00BE041A" w:rsidP="001E4635">
      <w:pPr>
        <w:pStyle w:val="a9"/>
        <w:rPr>
          <w:rFonts w:ascii="微軟正黑體" w:eastAsia="微軟正黑體" w:hAnsi="微軟正黑體"/>
          <w:sz w:val="24"/>
          <w:szCs w:val="24"/>
          <w:lang w:eastAsia="zh-TW"/>
        </w:rPr>
      </w:pPr>
      <w:r w:rsidRPr="008E73B8">
        <w:rPr>
          <w:rFonts w:ascii="微軟正黑體" w:eastAsia="微軟正黑體" w:hAnsi="微軟正黑體"/>
          <w:sz w:val="24"/>
          <w:szCs w:val="24"/>
          <w:lang w:eastAsia="zh-TW"/>
        </w:rPr>
        <w:t>（二）屏東縣政府辦理國民中學與國民小學實施校長及教師公開授課原則補充規定。</w:t>
      </w:r>
    </w:p>
    <w:p w14:paraId="1C5DC644" w14:textId="77777777" w:rsidR="00BF6536" w:rsidRPr="008E73B8" w:rsidRDefault="00BE041A" w:rsidP="001E4635">
      <w:pPr>
        <w:pStyle w:val="a9"/>
        <w:rPr>
          <w:rFonts w:ascii="微軟正黑體" w:eastAsia="微軟正黑體" w:hAnsi="微軟正黑體"/>
          <w:sz w:val="24"/>
          <w:szCs w:val="24"/>
          <w:lang w:eastAsia="zh-TW"/>
        </w:rPr>
      </w:pPr>
      <w:r w:rsidRPr="008E73B8">
        <w:rPr>
          <w:rFonts w:ascii="微軟正黑體" w:eastAsia="微軟正黑體" w:hAnsi="微軟正黑體"/>
          <w:sz w:val="24"/>
          <w:szCs w:val="24"/>
          <w:lang w:eastAsia="zh-TW"/>
        </w:rPr>
        <w:t>（三）屏東縣國民中學與國民小學邀請家長參與公開授課原則。</w:t>
      </w:r>
    </w:p>
    <w:p w14:paraId="548BE55C" w14:textId="77777777" w:rsidR="00BF6536" w:rsidRPr="008E73B8" w:rsidRDefault="00BE041A" w:rsidP="001E4635">
      <w:pPr>
        <w:pStyle w:val="a9"/>
        <w:rPr>
          <w:rFonts w:ascii="微軟正黑體" w:eastAsia="微軟正黑體" w:hAnsi="微軟正黑體"/>
          <w:sz w:val="24"/>
          <w:szCs w:val="24"/>
          <w:lang w:eastAsia="zh-TW"/>
        </w:rPr>
      </w:pPr>
      <w:r w:rsidRPr="008E73B8">
        <w:rPr>
          <w:rFonts w:ascii="微軟正黑體" w:eastAsia="微軟正黑體" w:hAnsi="微軟正黑體"/>
          <w:sz w:val="24"/>
          <w:szCs w:val="24"/>
          <w:lang w:eastAsia="zh-TW"/>
        </w:rPr>
        <w:t>二、目的：</w:t>
      </w:r>
    </w:p>
    <w:p w14:paraId="15EADF47" w14:textId="77777777" w:rsidR="00BF6536" w:rsidRPr="008E73B8" w:rsidRDefault="00BE041A" w:rsidP="001E4635">
      <w:pPr>
        <w:pStyle w:val="a9"/>
        <w:rPr>
          <w:rFonts w:ascii="微軟正黑體" w:eastAsia="微軟正黑體" w:hAnsi="微軟正黑體"/>
          <w:sz w:val="24"/>
          <w:szCs w:val="24"/>
          <w:lang w:eastAsia="zh-TW"/>
        </w:rPr>
      </w:pPr>
      <w:r w:rsidRPr="008E73B8">
        <w:rPr>
          <w:rFonts w:ascii="微軟正黑體" w:eastAsia="微軟正黑體" w:hAnsi="微軟正黑體"/>
          <w:sz w:val="24"/>
          <w:szCs w:val="24"/>
          <w:lang w:eastAsia="zh-TW"/>
        </w:rPr>
        <w:t>（一）因應十二年國民基本教育課程綱要總綱規範，建構學校公開授課與專業回饋之實踐模式。</w:t>
      </w:r>
    </w:p>
    <w:p w14:paraId="6E846D00" w14:textId="77777777" w:rsidR="00BF6536" w:rsidRPr="008E73B8" w:rsidRDefault="00BE041A" w:rsidP="001E4635">
      <w:pPr>
        <w:pStyle w:val="a9"/>
        <w:rPr>
          <w:rFonts w:ascii="微軟正黑體" w:eastAsia="微軟正黑體" w:hAnsi="微軟正黑體"/>
          <w:sz w:val="24"/>
          <w:szCs w:val="24"/>
          <w:lang w:eastAsia="zh-TW"/>
        </w:rPr>
      </w:pPr>
      <w:r w:rsidRPr="008E73B8">
        <w:rPr>
          <w:rFonts w:ascii="微軟正黑體" w:eastAsia="微軟正黑體" w:hAnsi="微軟正黑體"/>
          <w:sz w:val="24"/>
          <w:szCs w:val="24"/>
          <w:lang w:eastAsia="zh-TW"/>
        </w:rPr>
        <w:t>（二）落實以學生學習為主體之教學模式，提升學生學習動機與學習機會。</w:t>
      </w:r>
    </w:p>
    <w:p w14:paraId="69567A68" w14:textId="77777777" w:rsidR="00BF6536" w:rsidRPr="008E73B8" w:rsidRDefault="00BE041A" w:rsidP="001E4635">
      <w:pPr>
        <w:pStyle w:val="a9"/>
        <w:rPr>
          <w:rFonts w:ascii="微軟正黑體" w:eastAsia="微軟正黑體" w:hAnsi="微軟正黑體"/>
          <w:sz w:val="24"/>
          <w:szCs w:val="24"/>
          <w:lang w:eastAsia="zh-TW"/>
        </w:rPr>
      </w:pPr>
      <w:r w:rsidRPr="008E73B8">
        <w:rPr>
          <w:rFonts w:ascii="微軟正黑體" w:eastAsia="微軟正黑體" w:hAnsi="微軟正黑體"/>
          <w:sz w:val="24"/>
          <w:szCs w:val="24"/>
          <w:lang w:eastAsia="zh-TW"/>
        </w:rPr>
        <w:t>（三）形塑校園同儕共學之教學文化，持續提升教學品質與學生學習成效。</w:t>
      </w:r>
    </w:p>
    <w:p w14:paraId="35A2C6B7" w14:textId="77777777" w:rsidR="00BF6536" w:rsidRPr="008E73B8" w:rsidRDefault="00BE041A" w:rsidP="001E4635">
      <w:pPr>
        <w:pStyle w:val="a9"/>
        <w:rPr>
          <w:rFonts w:ascii="微軟正黑體" w:eastAsia="微軟正黑體" w:hAnsi="微軟正黑體"/>
          <w:sz w:val="24"/>
          <w:szCs w:val="24"/>
          <w:lang w:eastAsia="zh-TW"/>
        </w:rPr>
      </w:pPr>
      <w:r w:rsidRPr="008E73B8">
        <w:rPr>
          <w:rFonts w:ascii="微軟正黑體" w:eastAsia="微軟正黑體" w:hAnsi="微軟正黑體"/>
          <w:sz w:val="24"/>
          <w:szCs w:val="24"/>
          <w:lang w:eastAsia="zh-TW"/>
        </w:rPr>
        <w:t>（四）激勵教學典範學習，落實專業對話，深化教師專業</w:t>
      </w:r>
      <w:r w:rsidRPr="008E73B8">
        <w:rPr>
          <w:rFonts w:ascii="微軟正黑體" w:eastAsia="微軟正黑體" w:hAnsi="微軟正黑體" w:cs="微軟正黑體" w:hint="eastAsia"/>
          <w:sz w:val="24"/>
          <w:szCs w:val="24"/>
          <w:lang w:eastAsia="zh-TW"/>
        </w:rPr>
        <w:t>內</w:t>
      </w:r>
      <w:r w:rsidRPr="008E73B8">
        <w:rPr>
          <w:rFonts w:ascii="微軟正黑體" w:eastAsia="微軟正黑體" w:hAnsi="微軟正黑體" w:cs="MS Mincho" w:hint="eastAsia"/>
          <w:sz w:val="24"/>
          <w:szCs w:val="24"/>
          <w:lang w:eastAsia="zh-TW"/>
        </w:rPr>
        <w:t>涵，增進專業回饋知能。</w:t>
      </w:r>
    </w:p>
    <w:p w14:paraId="40AE39A4" w14:textId="77777777" w:rsidR="00BF6536" w:rsidRPr="008E73B8" w:rsidRDefault="00BE041A" w:rsidP="001E4635">
      <w:pPr>
        <w:pStyle w:val="a9"/>
        <w:rPr>
          <w:rFonts w:ascii="微軟正黑體" w:eastAsia="微軟正黑體" w:hAnsi="微軟正黑體"/>
          <w:sz w:val="24"/>
          <w:szCs w:val="24"/>
          <w:lang w:eastAsia="zh-TW"/>
        </w:rPr>
      </w:pPr>
      <w:r w:rsidRPr="008E73B8">
        <w:rPr>
          <w:rFonts w:ascii="微軟正黑體" w:eastAsia="微軟正黑體" w:hAnsi="微軟正黑體"/>
          <w:sz w:val="24"/>
          <w:szCs w:val="24"/>
          <w:lang w:eastAsia="zh-TW"/>
        </w:rPr>
        <w:t>三、實施單位：本校教導處</w:t>
      </w:r>
    </w:p>
    <w:p w14:paraId="76E61647" w14:textId="77777777" w:rsidR="00BF6536" w:rsidRPr="008E73B8" w:rsidRDefault="00BE041A" w:rsidP="001E4635">
      <w:pPr>
        <w:pStyle w:val="a9"/>
        <w:rPr>
          <w:rFonts w:ascii="微軟正黑體" w:eastAsia="微軟正黑體" w:hAnsi="微軟正黑體"/>
          <w:sz w:val="24"/>
          <w:szCs w:val="24"/>
          <w:lang w:eastAsia="zh-TW"/>
        </w:rPr>
      </w:pPr>
      <w:r w:rsidRPr="008E73B8">
        <w:rPr>
          <w:rFonts w:ascii="微軟正黑體" w:eastAsia="微軟正黑體" w:hAnsi="微軟正黑體"/>
          <w:sz w:val="24"/>
          <w:szCs w:val="24"/>
          <w:lang w:eastAsia="zh-TW"/>
        </w:rPr>
        <w:t>四、實施方式：</w:t>
      </w:r>
    </w:p>
    <w:p w14:paraId="73F1897E" w14:textId="77777777" w:rsidR="00BF6536" w:rsidRPr="008E73B8" w:rsidRDefault="00BE041A" w:rsidP="001E4635">
      <w:pPr>
        <w:pStyle w:val="a9"/>
        <w:rPr>
          <w:rFonts w:ascii="微軟正黑體" w:eastAsia="微軟正黑體" w:hAnsi="微軟正黑體"/>
          <w:sz w:val="24"/>
          <w:szCs w:val="24"/>
          <w:lang w:eastAsia="zh-TW"/>
        </w:rPr>
      </w:pPr>
      <w:r w:rsidRPr="008E73B8">
        <w:rPr>
          <w:rFonts w:ascii="微軟正黑體" w:eastAsia="微軟正黑體" w:hAnsi="微軟正黑體"/>
          <w:sz w:val="24"/>
          <w:szCs w:val="24"/>
          <w:lang w:eastAsia="zh-TW"/>
        </w:rPr>
        <w:t>（一）實施期程：115學年度（115年8月～116年6月）</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2461"/>
        <w:gridCol w:w="2462"/>
        <w:gridCol w:w="2462"/>
        <w:gridCol w:w="2461"/>
      </w:tblGrid>
      <w:tr w:rsidR="00BF6536" w:rsidRPr="001E4635" w14:paraId="0A050BE1" w14:textId="77777777">
        <w:trPr>
          <w:jc w:val="center"/>
        </w:trPr>
        <w:tc>
          <w:tcPr>
            <w:tcW w:w="2466" w:type="dxa"/>
            <w:shd w:val="clear" w:color="auto" w:fill="D9EAD3"/>
            <w:vAlign w:val="center"/>
          </w:tcPr>
          <w:p w14:paraId="14348F9A" w14:textId="77777777" w:rsidR="00BF6536" w:rsidRPr="001E4635" w:rsidRDefault="00BE041A" w:rsidP="001E4635">
            <w:pPr>
              <w:pStyle w:val="a9"/>
            </w:pPr>
            <w:r w:rsidRPr="001E4635">
              <w:rPr>
                <w:sz w:val="18"/>
              </w:rPr>
              <w:t>進程</w:t>
            </w:r>
          </w:p>
        </w:tc>
        <w:tc>
          <w:tcPr>
            <w:tcW w:w="2466" w:type="dxa"/>
            <w:shd w:val="clear" w:color="auto" w:fill="D9EAD3"/>
            <w:vAlign w:val="center"/>
          </w:tcPr>
          <w:p w14:paraId="3F75BEEB" w14:textId="77777777" w:rsidR="00BF6536" w:rsidRPr="001E4635" w:rsidRDefault="00BE041A" w:rsidP="001E4635">
            <w:pPr>
              <w:pStyle w:val="a9"/>
            </w:pPr>
            <w:r w:rsidRPr="001E4635">
              <w:rPr>
                <w:sz w:val="18"/>
              </w:rPr>
              <w:t>工作項目</w:t>
            </w:r>
          </w:p>
        </w:tc>
        <w:tc>
          <w:tcPr>
            <w:tcW w:w="2466" w:type="dxa"/>
            <w:shd w:val="clear" w:color="auto" w:fill="D9EAD3"/>
            <w:vAlign w:val="center"/>
          </w:tcPr>
          <w:p w14:paraId="232A0B26" w14:textId="77777777" w:rsidR="00BF6536" w:rsidRPr="001E4635" w:rsidRDefault="00BE041A" w:rsidP="001E4635">
            <w:pPr>
              <w:pStyle w:val="a9"/>
            </w:pPr>
            <w:r w:rsidRPr="001E4635">
              <w:rPr>
                <w:rFonts w:ascii="微軟正黑體" w:eastAsia="微軟正黑體" w:hAnsi="微軟正黑體" w:cs="微軟正黑體" w:hint="eastAsia"/>
                <w:sz w:val="18"/>
              </w:rPr>
              <w:t>說</w:t>
            </w:r>
            <w:r w:rsidRPr="001E4635">
              <w:rPr>
                <w:rFonts w:ascii="MS Mincho" w:eastAsia="MS Mincho" w:hAnsi="MS Mincho" w:cs="MS Mincho" w:hint="eastAsia"/>
                <w:sz w:val="18"/>
              </w:rPr>
              <w:t>明</w:t>
            </w:r>
          </w:p>
        </w:tc>
        <w:tc>
          <w:tcPr>
            <w:tcW w:w="2466" w:type="dxa"/>
            <w:shd w:val="clear" w:color="auto" w:fill="D9EAD3"/>
            <w:vAlign w:val="center"/>
          </w:tcPr>
          <w:p w14:paraId="1EFA791D" w14:textId="77777777" w:rsidR="00BF6536" w:rsidRPr="001E4635" w:rsidRDefault="00BE041A" w:rsidP="001E4635">
            <w:pPr>
              <w:pStyle w:val="a9"/>
            </w:pPr>
            <w:r w:rsidRPr="001E4635">
              <w:rPr>
                <w:sz w:val="18"/>
              </w:rPr>
              <w:t>備註</w:t>
            </w:r>
          </w:p>
        </w:tc>
      </w:tr>
      <w:tr w:rsidR="00BF6536" w:rsidRPr="001E4635" w14:paraId="223ED200" w14:textId="77777777">
        <w:trPr>
          <w:jc w:val="center"/>
        </w:trPr>
        <w:tc>
          <w:tcPr>
            <w:tcW w:w="2466" w:type="dxa"/>
            <w:vAlign w:val="center"/>
          </w:tcPr>
          <w:p w14:paraId="7EA56F02" w14:textId="77777777" w:rsidR="00BF6536" w:rsidRPr="008E73B8" w:rsidRDefault="00BE041A" w:rsidP="001E4635">
            <w:pPr>
              <w:pStyle w:val="a9"/>
              <w:rPr>
                <w:rFonts w:ascii="微軟正黑體" w:eastAsia="微軟正黑體" w:hAnsi="微軟正黑體"/>
              </w:rPr>
            </w:pPr>
            <w:r w:rsidRPr="008E73B8">
              <w:rPr>
                <w:rFonts w:ascii="微軟正黑體" w:eastAsia="微軟正黑體" w:hAnsi="微軟正黑體"/>
                <w:sz w:val="16"/>
              </w:rPr>
              <w:t>觀課前</w:t>
            </w:r>
          </w:p>
        </w:tc>
        <w:tc>
          <w:tcPr>
            <w:tcW w:w="2466" w:type="dxa"/>
            <w:vAlign w:val="center"/>
          </w:tcPr>
          <w:p w14:paraId="2BA08961" w14:textId="77777777" w:rsidR="00BF6536" w:rsidRPr="008E73B8" w:rsidRDefault="00BE041A" w:rsidP="001E4635">
            <w:pPr>
              <w:pStyle w:val="a9"/>
              <w:rPr>
                <w:rFonts w:ascii="微軟正黑體" w:eastAsia="微軟正黑體" w:hAnsi="微軟正黑體"/>
              </w:rPr>
            </w:pPr>
            <w:r w:rsidRPr="008E73B8">
              <w:rPr>
                <w:rFonts w:ascii="微軟正黑體" w:eastAsia="微軟正黑體" w:hAnsi="微軟正黑體"/>
                <w:sz w:val="16"/>
              </w:rPr>
              <w:t>共同備課（</w:t>
            </w:r>
            <w:r w:rsidRPr="008E73B8">
              <w:rPr>
                <w:rFonts w:ascii="微軟正黑體" w:eastAsia="微軟正黑體" w:hAnsi="微軟正黑體" w:cs="微軟正黑體" w:hint="eastAsia"/>
                <w:sz w:val="16"/>
              </w:rPr>
              <w:t>說</w:t>
            </w:r>
            <w:r w:rsidRPr="008E73B8">
              <w:rPr>
                <w:rFonts w:ascii="微軟正黑體" w:eastAsia="微軟正黑體" w:hAnsi="微軟正黑體" w:cs="MS Mincho" w:hint="eastAsia"/>
                <w:sz w:val="16"/>
              </w:rPr>
              <w:t>課）</w:t>
            </w:r>
          </w:p>
        </w:tc>
        <w:tc>
          <w:tcPr>
            <w:tcW w:w="2466" w:type="dxa"/>
            <w:vAlign w:val="center"/>
          </w:tcPr>
          <w:p w14:paraId="48C30636" w14:textId="77777777" w:rsidR="00BF6536" w:rsidRPr="008E73B8" w:rsidRDefault="00BE041A" w:rsidP="001E4635">
            <w:pPr>
              <w:pStyle w:val="a9"/>
              <w:rPr>
                <w:rFonts w:ascii="微軟正黑體" w:eastAsia="微軟正黑體" w:hAnsi="微軟正黑體"/>
                <w:lang w:eastAsia="zh-TW"/>
              </w:rPr>
            </w:pPr>
            <w:r w:rsidRPr="008E73B8">
              <w:rPr>
                <w:rFonts w:ascii="微軟正黑體" w:eastAsia="微軟正黑體" w:hAnsi="微軟正黑體"/>
                <w:sz w:val="16"/>
                <w:lang w:eastAsia="zh-TW"/>
              </w:rPr>
              <w:t>1. 授課人員於公開授課前，應與同組夥伴進行課程前的討論與分享，落實以學生學習為主體的教學法，且需有備課紀錄。</w:t>
            </w:r>
            <w:r w:rsidRPr="008E73B8">
              <w:rPr>
                <w:rFonts w:ascii="微軟正黑體" w:eastAsia="微軟正黑體" w:hAnsi="微軟正黑體"/>
                <w:sz w:val="16"/>
                <w:lang w:eastAsia="zh-TW"/>
              </w:rPr>
              <w:br/>
              <w:t xml:space="preserve">2. </w:t>
            </w:r>
            <w:r w:rsidRPr="008E73B8">
              <w:rPr>
                <w:rFonts w:ascii="微軟正黑體" w:eastAsia="微軟正黑體" w:hAnsi="微軟正黑體" w:cs="微軟正黑體" w:hint="eastAsia"/>
                <w:sz w:val="16"/>
                <w:lang w:eastAsia="zh-TW"/>
              </w:rPr>
              <w:t>說</w:t>
            </w:r>
            <w:r w:rsidRPr="008E73B8">
              <w:rPr>
                <w:rFonts w:ascii="微軟正黑體" w:eastAsia="微軟正黑體" w:hAnsi="微軟正黑體" w:cs="MS Mincho" w:hint="eastAsia"/>
                <w:sz w:val="16"/>
                <w:lang w:eastAsia="zh-TW"/>
              </w:rPr>
              <w:t>明課程設計原則、理念、教學流程、學生學習目標及觀察焦點等，提供觀課教師掌握觀課重點。</w:t>
            </w:r>
          </w:p>
        </w:tc>
        <w:tc>
          <w:tcPr>
            <w:tcW w:w="2466" w:type="dxa"/>
            <w:vAlign w:val="center"/>
          </w:tcPr>
          <w:p w14:paraId="7CD21364" w14:textId="77777777" w:rsidR="00BF6536" w:rsidRPr="001E4635" w:rsidRDefault="00BF6536" w:rsidP="001E4635">
            <w:pPr>
              <w:pStyle w:val="a9"/>
              <w:rPr>
                <w:lang w:eastAsia="zh-TW"/>
              </w:rPr>
            </w:pPr>
          </w:p>
        </w:tc>
      </w:tr>
      <w:tr w:rsidR="00BF6536" w:rsidRPr="001E4635" w14:paraId="48442953" w14:textId="77777777">
        <w:trPr>
          <w:jc w:val="center"/>
        </w:trPr>
        <w:tc>
          <w:tcPr>
            <w:tcW w:w="2466" w:type="dxa"/>
            <w:vAlign w:val="center"/>
          </w:tcPr>
          <w:p w14:paraId="5F0B086A" w14:textId="77777777" w:rsidR="00BF6536" w:rsidRPr="008E73B8" w:rsidRDefault="00BE041A" w:rsidP="001E4635">
            <w:pPr>
              <w:pStyle w:val="a9"/>
              <w:rPr>
                <w:rFonts w:ascii="微軟正黑體" w:eastAsia="微軟正黑體" w:hAnsi="微軟正黑體"/>
              </w:rPr>
            </w:pPr>
            <w:r w:rsidRPr="008E73B8">
              <w:rPr>
                <w:rFonts w:ascii="微軟正黑體" w:eastAsia="微軟正黑體" w:hAnsi="微軟正黑體"/>
                <w:sz w:val="16"/>
              </w:rPr>
              <w:t>公開授課</w:t>
            </w:r>
          </w:p>
        </w:tc>
        <w:tc>
          <w:tcPr>
            <w:tcW w:w="2466" w:type="dxa"/>
            <w:vAlign w:val="center"/>
          </w:tcPr>
          <w:p w14:paraId="454EB01C" w14:textId="77777777" w:rsidR="00BF6536" w:rsidRPr="008E73B8" w:rsidRDefault="00BE041A" w:rsidP="001E4635">
            <w:pPr>
              <w:pStyle w:val="a9"/>
              <w:rPr>
                <w:rFonts w:ascii="微軟正黑體" w:eastAsia="微軟正黑體" w:hAnsi="微軟正黑體"/>
              </w:rPr>
            </w:pPr>
            <w:r w:rsidRPr="008E73B8">
              <w:rPr>
                <w:rFonts w:ascii="微軟正黑體" w:eastAsia="微軟正黑體" w:hAnsi="微軟正黑體"/>
                <w:sz w:val="16"/>
              </w:rPr>
              <w:t>教學觀察（觀課）</w:t>
            </w:r>
          </w:p>
        </w:tc>
        <w:tc>
          <w:tcPr>
            <w:tcW w:w="2466" w:type="dxa"/>
            <w:vAlign w:val="center"/>
          </w:tcPr>
          <w:p w14:paraId="76C707B2" w14:textId="77777777" w:rsidR="00BF6536" w:rsidRPr="008E73B8" w:rsidRDefault="00BE041A" w:rsidP="001E4635">
            <w:pPr>
              <w:pStyle w:val="a9"/>
              <w:rPr>
                <w:rFonts w:ascii="微軟正黑體" w:eastAsia="微軟正黑體" w:hAnsi="微軟正黑體"/>
                <w:lang w:eastAsia="zh-TW"/>
              </w:rPr>
            </w:pPr>
            <w:r w:rsidRPr="008E73B8">
              <w:rPr>
                <w:rFonts w:ascii="微軟正黑體" w:eastAsia="微軟正黑體" w:hAnsi="微軟正黑體"/>
                <w:sz w:val="16"/>
                <w:lang w:eastAsia="zh-TW"/>
              </w:rPr>
              <w:t>1. 請授課教師提供簡要版課程與教學設計書面資料或教學媒體，供觀課教師參考，以利專業回饋之進行。</w:t>
            </w:r>
            <w:r w:rsidRPr="008E73B8">
              <w:rPr>
                <w:rFonts w:ascii="微軟正黑體" w:eastAsia="微軟正黑體" w:hAnsi="微軟正黑體"/>
                <w:sz w:val="16"/>
                <w:lang w:eastAsia="zh-TW"/>
              </w:rPr>
              <w:br/>
              <w:t>2. 觀課人員應就具體客觀之教學事實，不呈現個人主觀價</w:t>
            </w:r>
            <w:r w:rsidRPr="008E73B8">
              <w:rPr>
                <w:rFonts w:ascii="微軟正黑體" w:eastAsia="微軟正黑體" w:hAnsi="微軟正黑體" w:cs="微軟正黑體" w:hint="eastAsia"/>
                <w:sz w:val="16"/>
                <w:lang w:eastAsia="zh-TW"/>
              </w:rPr>
              <w:t>值</w:t>
            </w:r>
            <w:r w:rsidRPr="008E73B8">
              <w:rPr>
                <w:rFonts w:ascii="微軟正黑體" w:eastAsia="微軟正黑體" w:hAnsi="微軟正黑體" w:cs="MS Mincho" w:hint="eastAsia"/>
                <w:sz w:val="16"/>
                <w:lang w:eastAsia="zh-TW"/>
              </w:rPr>
              <w:t>判斷，並得於觀課前分配觀課教師觀察不同學生之學習。</w:t>
            </w:r>
          </w:p>
        </w:tc>
        <w:tc>
          <w:tcPr>
            <w:tcW w:w="2466" w:type="dxa"/>
            <w:vAlign w:val="center"/>
          </w:tcPr>
          <w:p w14:paraId="4C7F3C96" w14:textId="77777777" w:rsidR="00BF6536" w:rsidRPr="001E4635" w:rsidRDefault="00BF6536" w:rsidP="001E4635">
            <w:pPr>
              <w:pStyle w:val="a9"/>
              <w:rPr>
                <w:lang w:eastAsia="zh-TW"/>
              </w:rPr>
            </w:pPr>
          </w:p>
        </w:tc>
      </w:tr>
      <w:tr w:rsidR="00BF6536" w:rsidRPr="001E4635" w14:paraId="3928165C" w14:textId="77777777">
        <w:trPr>
          <w:jc w:val="center"/>
        </w:trPr>
        <w:tc>
          <w:tcPr>
            <w:tcW w:w="2466" w:type="dxa"/>
            <w:vAlign w:val="center"/>
          </w:tcPr>
          <w:p w14:paraId="79F21F07" w14:textId="77777777" w:rsidR="00BF6536" w:rsidRPr="008E73B8" w:rsidRDefault="00BE041A" w:rsidP="001E4635">
            <w:pPr>
              <w:pStyle w:val="a9"/>
              <w:rPr>
                <w:rFonts w:ascii="微軟正黑體" w:eastAsia="微軟正黑體" w:hAnsi="微軟正黑體"/>
              </w:rPr>
            </w:pPr>
            <w:r w:rsidRPr="008E73B8">
              <w:rPr>
                <w:rFonts w:ascii="微軟正黑體" w:eastAsia="微軟正黑體" w:hAnsi="微軟正黑體"/>
                <w:sz w:val="16"/>
              </w:rPr>
              <w:t>觀課後</w:t>
            </w:r>
          </w:p>
        </w:tc>
        <w:tc>
          <w:tcPr>
            <w:tcW w:w="2466" w:type="dxa"/>
            <w:vAlign w:val="center"/>
          </w:tcPr>
          <w:p w14:paraId="589D537E" w14:textId="77777777" w:rsidR="00BF6536" w:rsidRPr="008E73B8" w:rsidRDefault="00BE041A" w:rsidP="001E4635">
            <w:pPr>
              <w:pStyle w:val="a9"/>
              <w:rPr>
                <w:rFonts w:ascii="微軟正黑體" w:eastAsia="微軟正黑體" w:hAnsi="微軟正黑體"/>
              </w:rPr>
            </w:pPr>
            <w:r w:rsidRPr="008E73B8">
              <w:rPr>
                <w:rFonts w:ascii="微軟正黑體" w:eastAsia="微軟正黑體" w:hAnsi="微軟正黑體"/>
                <w:sz w:val="16"/>
              </w:rPr>
              <w:t>回饋會談（議課）</w:t>
            </w:r>
          </w:p>
        </w:tc>
        <w:tc>
          <w:tcPr>
            <w:tcW w:w="2466" w:type="dxa"/>
            <w:vAlign w:val="center"/>
          </w:tcPr>
          <w:p w14:paraId="2698DDAB" w14:textId="77777777" w:rsidR="00BF6536" w:rsidRPr="008E73B8" w:rsidRDefault="00BE041A" w:rsidP="001E4635">
            <w:pPr>
              <w:pStyle w:val="a9"/>
              <w:rPr>
                <w:rFonts w:ascii="微軟正黑體" w:eastAsia="微軟正黑體" w:hAnsi="微軟正黑體"/>
                <w:lang w:eastAsia="zh-TW"/>
              </w:rPr>
            </w:pPr>
            <w:r w:rsidRPr="008E73B8">
              <w:rPr>
                <w:rFonts w:ascii="微軟正黑體" w:eastAsia="微軟正黑體" w:hAnsi="微軟正黑體"/>
                <w:sz w:val="16"/>
                <w:lang w:eastAsia="zh-TW"/>
              </w:rPr>
              <w:t>公開授課人員及觀課教師於公開授課後，就該公開授課之學生課堂學習情形及教學觀察結果，進行專業回饋及研討。</w:t>
            </w:r>
          </w:p>
        </w:tc>
        <w:tc>
          <w:tcPr>
            <w:tcW w:w="2466" w:type="dxa"/>
            <w:vAlign w:val="center"/>
          </w:tcPr>
          <w:p w14:paraId="517CBB3E" w14:textId="77777777" w:rsidR="00BF6536" w:rsidRPr="001E4635" w:rsidRDefault="00BF6536" w:rsidP="001E4635">
            <w:pPr>
              <w:pStyle w:val="a9"/>
              <w:rPr>
                <w:lang w:eastAsia="zh-TW"/>
              </w:rPr>
            </w:pPr>
          </w:p>
        </w:tc>
      </w:tr>
    </w:tbl>
    <w:p w14:paraId="51EEA348" w14:textId="77777777" w:rsidR="00BF6536" w:rsidRPr="008E73B8" w:rsidRDefault="00BE041A" w:rsidP="001E4635">
      <w:pPr>
        <w:pStyle w:val="a9"/>
        <w:rPr>
          <w:rFonts w:ascii="微軟正黑體" w:eastAsia="微軟正黑體" w:hAnsi="微軟正黑體"/>
          <w:sz w:val="24"/>
          <w:szCs w:val="24"/>
          <w:lang w:eastAsia="zh-TW"/>
        </w:rPr>
      </w:pPr>
      <w:r w:rsidRPr="008E73B8">
        <w:rPr>
          <w:rFonts w:ascii="微軟正黑體" w:eastAsia="微軟正黑體" w:hAnsi="微軟正黑體"/>
          <w:sz w:val="24"/>
          <w:szCs w:val="24"/>
          <w:lang w:eastAsia="zh-TW"/>
        </w:rPr>
        <w:t>（二）執行對象與人數：</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969"/>
        <w:gridCol w:w="1970"/>
        <w:gridCol w:w="1969"/>
        <w:gridCol w:w="1969"/>
        <w:gridCol w:w="1969"/>
      </w:tblGrid>
      <w:tr w:rsidR="00BF6536" w:rsidRPr="001E4635" w14:paraId="36267BF6" w14:textId="77777777">
        <w:trPr>
          <w:jc w:val="center"/>
        </w:trPr>
        <w:tc>
          <w:tcPr>
            <w:tcW w:w="1973" w:type="dxa"/>
            <w:shd w:val="clear" w:color="auto" w:fill="EAF2F8"/>
            <w:vAlign w:val="center"/>
          </w:tcPr>
          <w:p w14:paraId="4AFAF585" w14:textId="77777777" w:rsidR="00BF6536" w:rsidRPr="008E73B8" w:rsidRDefault="00BE041A" w:rsidP="008E73B8">
            <w:pPr>
              <w:pStyle w:val="a9"/>
              <w:ind w:rightChars="-52" w:right="-109"/>
              <w:rPr>
                <w:rFonts w:ascii="微軟正黑體" w:eastAsia="微軟正黑體" w:hAnsi="微軟正黑體"/>
                <w:sz w:val="20"/>
                <w:szCs w:val="28"/>
              </w:rPr>
            </w:pPr>
            <w:r w:rsidRPr="008E73B8">
              <w:rPr>
                <w:rFonts w:ascii="微軟正黑體" w:eastAsia="微軟正黑體" w:hAnsi="微軟正黑體"/>
                <w:sz w:val="20"/>
                <w:szCs w:val="28"/>
              </w:rPr>
              <w:t>全校班級數</w:t>
            </w:r>
          </w:p>
        </w:tc>
        <w:tc>
          <w:tcPr>
            <w:tcW w:w="1973" w:type="dxa"/>
            <w:shd w:val="clear" w:color="auto" w:fill="EAF2F8"/>
            <w:vAlign w:val="center"/>
          </w:tcPr>
          <w:p w14:paraId="18A9CC88" w14:textId="77777777" w:rsidR="00BF6536" w:rsidRPr="008E73B8" w:rsidRDefault="00BE041A" w:rsidP="008E73B8">
            <w:pPr>
              <w:pStyle w:val="a9"/>
              <w:ind w:rightChars="-61" w:right="-128"/>
              <w:rPr>
                <w:rFonts w:ascii="微軟正黑體" w:eastAsia="微軟正黑體" w:hAnsi="微軟正黑體"/>
                <w:sz w:val="20"/>
                <w:szCs w:val="28"/>
                <w:lang w:eastAsia="zh-TW"/>
              </w:rPr>
            </w:pPr>
            <w:r w:rsidRPr="008E73B8">
              <w:rPr>
                <w:rFonts w:ascii="微軟正黑體" w:eastAsia="微軟正黑體" w:hAnsi="微軟正黑體"/>
                <w:sz w:val="20"/>
                <w:szCs w:val="28"/>
                <w:lang w:eastAsia="zh-TW"/>
              </w:rPr>
              <w:t>編制</w:t>
            </w:r>
            <w:r w:rsidRPr="008E73B8">
              <w:rPr>
                <w:rFonts w:ascii="微軟正黑體" w:eastAsia="微軟正黑體" w:hAnsi="微軟正黑體" w:cs="微軟正黑體" w:hint="eastAsia"/>
                <w:sz w:val="20"/>
                <w:szCs w:val="28"/>
                <w:lang w:eastAsia="zh-TW"/>
              </w:rPr>
              <w:t>內</w:t>
            </w:r>
            <w:r w:rsidRPr="008E73B8">
              <w:rPr>
                <w:rFonts w:ascii="微軟正黑體" w:eastAsia="微軟正黑體" w:hAnsi="微軟正黑體" w:cs="MS Mincho" w:hint="eastAsia"/>
                <w:sz w:val="20"/>
                <w:szCs w:val="28"/>
                <w:lang w:eastAsia="zh-TW"/>
              </w:rPr>
              <w:t>正式教師（含校長）</w:t>
            </w:r>
          </w:p>
        </w:tc>
        <w:tc>
          <w:tcPr>
            <w:tcW w:w="1973" w:type="dxa"/>
            <w:shd w:val="clear" w:color="auto" w:fill="EAF2F8"/>
            <w:vAlign w:val="center"/>
          </w:tcPr>
          <w:p w14:paraId="45182F62" w14:textId="77777777" w:rsidR="00BF6536" w:rsidRPr="008E73B8" w:rsidRDefault="00BE041A" w:rsidP="008E73B8">
            <w:pPr>
              <w:pStyle w:val="a9"/>
              <w:ind w:rightChars="-70" w:right="-147"/>
              <w:rPr>
                <w:rFonts w:ascii="微軟正黑體" w:eastAsia="微軟正黑體" w:hAnsi="微軟正黑體"/>
                <w:sz w:val="20"/>
                <w:szCs w:val="28"/>
                <w:lang w:eastAsia="zh-TW"/>
              </w:rPr>
            </w:pPr>
            <w:r w:rsidRPr="008E73B8">
              <w:rPr>
                <w:rFonts w:ascii="微軟正黑體" w:eastAsia="微軟正黑體" w:hAnsi="微軟正黑體"/>
                <w:sz w:val="20"/>
                <w:szCs w:val="28"/>
                <w:lang w:eastAsia="zh-TW"/>
              </w:rPr>
              <w:t>三個月以上代理代課教師</w:t>
            </w:r>
          </w:p>
        </w:tc>
        <w:tc>
          <w:tcPr>
            <w:tcW w:w="1973" w:type="dxa"/>
            <w:shd w:val="clear" w:color="auto" w:fill="EAF2F8"/>
            <w:vAlign w:val="center"/>
          </w:tcPr>
          <w:p w14:paraId="4BDEA25C" w14:textId="77777777" w:rsidR="00BF6536" w:rsidRPr="008E73B8" w:rsidRDefault="00BE041A" w:rsidP="008E73B8">
            <w:pPr>
              <w:pStyle w:val="a9"/>
              <w:ind w:rightChars="-72" w:right="-151"/>
              <w:rPr>
                <w:rFonts w:ascii="微軟正黑體" w:eastAsia="微軟正黑體" w:hAnsi="微軟正黑體"/>
                <w:sz w:val="20"/>
                <w:szCs w:val="28"/>
                <w:lang w:eastAsia="zh-TW"/>
              </w:rPr>
            </w:pPr>
            <w:r w:rsidRPr="008E73B8">
              <w:rPr>
                <w:rFonts w:ascii="微軟正黑體" w:eastAsia="微軟正黑體" w:hAnsi="微軟正黑體"/>
                <w:sz w:val="20"/>
                <w:szCs w:val="28"/>
                <w:lang w:eastAsia="zh-TW"/>
              </w:rPr>
              <w:t>有意願參加之三個月以下代理代課教師</w:t>
            </w:r>
          </w:p>
        </w:tc>
        <w:tc>
          <w:tcPr>
            <w:tcW w:w="1973" w:type="dxa"/>
            <w:shd w:val="clear" w:color="auto" w:fill="EAF2F8"/>
            <w:vAlign w:val="center"/>
          </w:tcPr>
          <w:p w14:paraId="37078282" w14:textId="77777777" w:rsidR="00BF6536" w:rsidRPr="008E73B8" w:rsidRDefault="00BE041A" w:rsidP="008E73B8">
            <w:pPr>
              <w:pStyle w:val="a9"/>
              <w:ind w:rightChars="-81" w:right="-170"/>
              <w:rPr>
                <w:rFonts w:ascii="微軟正黑體" w:eastAsia="微軟正黑體" w:hAnsi="微軟正黑體"/>
                <w:sz w:val="20"/>
                <w:szCs w:val="28"/>
                <w:lang w:eastAsia="zh-TW"/>
              </w:rPr>
            </w:pPr>
            <w:r w:rsidRPr="008E73B8">
              <w:rPr>
                <w:rFonts w:ascii="微軟正黑體" w:eastAsia="微軟正黑體" w:hAnsi="微軟正黑體"/>
                <w:sz w:val="20"/>
                <w:szCs w:val="28"/>
                <w:lang w:eastAsia="zh-TW"/>
              </w:rPr>
              <w:t>115學年度參與公開授課人數</w:t>
            </w:r>
          </w:p>
        </w:tc>
      </w:tr>
      <w:tr w:rsidR="00BF6536" w:rsidRPr="001E4635" w14:paraId="169CC9AB" w14:textId="77777777">
        <w:trPr>
          <w:jc w:val="center"/>
        </w:trPr>
        <w:tc>
          <w:tcPr>
            <w:tcW w:w="1973" w:type="dxa"/>
            <w:vAlign w:val="center"/>
          </w:tcPr>
          <w:p w14:paraId="7D6E51D3" w14:textId="77777777" w:rsidR="00BF6536" w:rsidRPr="008E73B8" w:rsidRDefault="00BF6536" w:rsidP="008E73B8">
            <w:pPr>
              <w:pStyle w:val="a9"/>
              <w:rPr>
                <w:rFonts w:ascii="微軟正黑體" w:eastAsia="微軟正黑體" w:hAnsi="微軟正黑體"/>
                <w:sz w:val="20"/>
                <w:szCs w:val="28"/>
                <w:lang w:eastAsia="zh-TW"/>
              </w:rPr>
            </w:pPr>
          </w:p>
        </w:tc>
        <w:tc>
          <w:tcPr>
            <w:tcW w:w="1973" w:type="dxa"/>
            <w:vAlign w:val="center"/>
          </w:tcPr>
          <w:p w14:paraId="0C45F41B" w14:textId="77777777" w:rsidR="00BF6536" w:rsidRPr="008E73B8" w:rsidRDefault="00BF6536" w:rsidP="008E73B8">
            <w:pPr>
              <w:pStyle w:val="a9"/>
              <w:rPr>
                <w:rFonts w:ascii="微軟正黑體" w:eastAsia="微軟正黑體" w:hAnsi="微軟正黑體"/>
                <w:sz w:val="20"/>
                <w:szCs w:val="28"/>
                <w:lang w:eastAsia="zh-TW"/>
              </w:rPr>
            </w:pPr>
          </w:p>
        </w:tc>
        <w:tc>
          <w:tcPr>
            <w:tcW w:w="1973" w:type="dxa"/>
            <w:vAlign w:val="center"/>
          </w:tcPr>
          <w:p w14:paraId="72B26B60" w14:textId="77777777" w:rsidR="00BF6536" w:rsidRPr="008E73B8" w:rsidRDefault="00BF6536" w:rsidP="008E73B8">
            <w:pPr>
              <w:pStyle w:val="a9"/>
              <w:rPr>
                <w:rFonts w:ascii="微軟正黑體" w:eastAsia="微軟正黑體" w:hAnsi="微軟正黑體"/>
                <w:sz w:val="20"/>
                <w:szCs w:val="28"/>
                <w:lang w:eastAsia="zh-TW"/>
              </w:rPr>
            </w:pPr>
          </w:p>
        </w:tc>
        <w:tc>
          <w:tcPr>
            <w:tcW w:w="1973" w:type="dxa"/>
            <w:vAlign w:val="center"/>
          </w:tcPr>
          <w:p w14:paraId="41CE2B39" w14:textId="77777777" w:rsidR="00BF6536" w:rsidRPr="008E73B8" w:rsidRDefault="00BF6536" w:rsidP="008E73B8">
            <w:pPr>
              <w:pStyle w:val="a9"/>
              <w:rPr>
                <w:rFonts w:ascii="微軟正黑體" w:eastAsia="微軟正黑體" w:hAnsi="微軟正黑體"/>
                <w:sz w:val="20"/>
                <w:szCs w:val="28"/>
                <w:lang w:eastAsia="zh-TW"/>
              </w:rPr>
            </w:pPr>
          </w:p>
        </w:tc>
        <w:tc>
          <w:tcPr>
            <w:tcW w:w="1973" w:type="dxa"/>
            <w:vAlign w:val="center"/>
          </w:tcPr>
          <w:p w14:paraId="1D5D1289" w14:textId="77777777" w:rsidR="00BF6536" w:rsidRPr="008E73B8" w:rsidRDefault="00BF6536" w:rsidP="008E73B8">
            <w:pPr>
              <w:pStyle w:val="a9"/>
              <w:rPr>
                <w:rFonts w:ascii="微軟正黑體" w:eastAsia="微軟正黑體" w:hAnsi="微軟正黑體"/>
                <w:sz w:val="20"/>
                <w:szCs w:val="28"/>
                <w:lang w:eastAsia="zh-TW"/>
              </w:rPr>
            </w:pPr>
          </w:p>
        </w:tc>
      </w:tr>
    </w:tbl>
    <w:p w14:paraId="17F16BEE" w14:textId="77777777" w:rsidR="00BF6536" w:rsidRPr="008E73B8" w:rsidRDefault="00BE041A" w:rsidP="001E4635">
      <w:pPr>
        <w:pStyle w:val="a9"/>
        <w:rPr>
          <w:rFonts w:ascii="微軟正黑體" w:eastAsia="微軟正黑體" w:hAnsi="微軟正黑體"/>
          <w:sz w:val="24"/>
          <w:szCs w:val="24"/>
          <w:lang w:eastAsia="zh-TW"/>
        </w:rPr>
      </w:pPr>
      <w:r w:rsidRPr="008E73B8">
        <w:rPr>
          <w:rFonts w:ascii="微軟正黑體" w:eastAsia="微軟正黑體" w:hAnsi="微軟正黑體"/>
          <w:sz w:val="24"/>
          <w:szCs w:val="24"/>
          <w:lang w:eastAsia="zh-TW"/>
        </w:rPr>
        <w:lastRenderedPageBreak/>
        <w:t>（三）本校校</w:t>
      </w:r>
      <w:r w:rsidRPr="008E73B8">
        <w:rPr>
          <w:rFonts w:ascii="微軟正黑體" w:eastAsia="微軟正黑體" w:hAnsi="微軟正黑體" w:cs="微軟正黑體" w:hint="eastAsia"/>
          <w:sz w:val="24"/>
          <w:szCs w:val="24"/>
          <w:lang w:eastAsia="zh-TW"/>
        </w:rPr>
        <w:t>內</w:t>
      </w:r>
      <w:r w:rsidRPr="008E73B8">
        <w:rPr>
          <w:rFonts w:ascii="微軟正黑體" w:eastAsia="微軟正黑體" w:hAnsi="微軟正黑體" w:cs="MS Mincho" w:hint="eastAsia"/>
          <w:sz w:val="24"/>
          <w:szCs w:val="24"/>
          <w:lang w:eastAsia="zh-TW"/>
        </w:rPr>
        <w:t>觀課共分為</w:t>
      </w:r>
      <w:r w:rsidRPr="008E73B8">
        <w:rPr>
          <w:rFonts w:ascii="微軟正黑體" w:eastAsia="微軟正黑體" w:hAnsi="微軟正黑體"/>
          <w:sz w:val="24"/>
          <w:szCs w:val="24"/>
          <w:lang w:eastAsia="zh-TW"/>
        </w:rPr>
        <w:t>____組進行（每組至少3人以上）；有關分組表及各教師公開授課班級、時間、領域科目，請參</w:t>
      </w:r>
      <w:r w:rsidRPr="008E73B8">
        <w:rPr>
          <w:rFonts w:ascii="微軟正黑體" w:eastAsia="微軟正黑體" w:hAnsi="微軟正黑體" w:cs="微軟正黑體" w:hint="eastAsia"/>
          <w:sz w:val="24"/>
          <w:szCs w:val="24"/>
          <w:lang w:eastAsia="zh-TW"/>
        </w:rPr>
        <w:t>閱</w:t>
      </w:r>
      <w:r w:rsidRPr="008E73B8">
        <w:rPr>
          <w:rFonts w:ascii="微軟正黑體" w:eastAsia="微軟正黑體" w:hAnsi="微軟正黑體" w:cs="MS Mincho" w:hint="eastAsia"/>
          <w:sz w:val="24"/>
          <w:szCs w:val="24"/>
          <w:lang w:eastAsia="zh-TW"/>
        </w:rPr>
        <w:t>實施期程表如附件</w:t>
      </w:r>
      <w:r w:rsidRPr="008E73B8">
        <w:rPr>
          <w:rFonts w:ascii="微軟正黑體" w:eastAsia="微軟正黑體" w:hAnsi="微軟正黑體"/>
          <w:sz w:val="24"/>
          <w:szCs w:val="24"/>
          <w:lang w:eastAsia="zh-TW"/>
        </w:rPr>
        <w:t>1。</w:t>
      </w:r>
    </w:p>
    <w:p w14:paraId="23C655E4" w14:textId="77777777" w:rsidR="00BF6536" w:rsidRPr="008E73B8" w:rsidRDefault="00BE041A" w:rsidP="001E4635">
      <w:pPr>
        <w:pStyle w:val="a9"/>
        <w:rPr>
          <w:rFonts w:ascii="微軟正黑體" w:eastAsia="微軟正黑體" w:hAnsi="微軟正黑體"/>
          <w:sz w:val="24"/>
          <w:szCs w:val="24"/>
          <w:lang w:eastAsia="zh-TW"/>
        </w:rPr>
      </w:pPr>
      <w:r w:rsidRPr="008E73B8">
        <w:rPr>
          <w:rFonts w:ascii="微軟正黑體" w:eastAsia="微軟正黑體" w:hAnsi="微軟正黑體"/>
          <w:sz w:val="24"/>
          <w:szCs w:val="24"/>
          <w:lang w:eastAsia="zh-TW"/>
        </w:rPr>
        <w:t>（四）有關公開授課活動相關表格，請參</w:t>
      </w:r>
      <w:r w:rsidRPr="008E73B8">
        <w:rPr>
          <w:rFonts w:ascii="微軟正黑體" w:eastAsia="微軟正黑體" w:hAnsi="微軟正黑體" w:cs="微軟正黑體" w:hint="eastAsia"/>
          <w:sz w:val="24"/>
          <w:szCs w:val="24"/>
          <w:lang w:eastAsia="zh-TW"/>
        </w:rPr>
        <w:t>閱</w:t>
      </w:r>
      <w:r w:rsidRPr="008E73B8">
        <w:rPr>
          <w:rFonts w:ascii="微軟正黑體" w:eastAsia="微軟正黑體" w:hAnsi="微軟正黑體" w:cs="MS Mincho" w:hint="eastAsia"/>
          <w:sz w:val="24"/>
          <w:szCs w:val="24"/>
          <w:lang w:eastAsia="zh-TW"/>
        </w:rPr>
        <w:t>附件</w:t>
      </w:r>
      <w:r w:rsidRPr="008E73B8">
        <w:rPr>
          <w:rFonts w:ascii="微軟正黑體" w:eastAsia="微軟正黑體" w:hAnsi="微軟正黑體"/>
          <w:sz w:val="24"/>
          <w:szCs w:val="24"/>
          <w:lang w:eastAsia="zh-TW"/>
        </w:rPr>
        <w:t>2～4。</w:t>
      </w:r>
    </w:p>
    <w:p w14:paraId="0AD9C9CC" w14:textId="77777777" w:rsidR="00BF6536" w:rsidRPr="008E73B8" w:rsidRDefault="00BE041A" w:rsidP="001E4635">
      <w:pPr>
        <w:pStyle w:val="a9"/>
        <w:rPr>
          <w:rFonts w:ascii="微軟正黑體" w:eastAsia="微軟正黑體" w:hAnsi="微軟正黑體"/>
          <w:sz w:val="24"/>
          <w:szCs w:val="24"/>
          <w:lang w:eastAsia="zh-TW"/>
        </w:rPr>
      </w:pPr>
      <w:r w:rsidRPr="008E73B8">
        <w:rPr>
          <w:rFonts w:ascii="微軟正黑體" w:eastAsia="微軟正黑體" w:hAnsi="微軟正黑體"/>
          <w:sz w:val="24"/>
          <w:szCs w:val="24"/>
          <w:lang w:eastAsia="zh-TW"/>
        </w:rPr>
        <w:t>（五）</w:t>
      </w:r>
      <w:r w:rsidRPr="008E73B8">
        <w:rPr>
          <w:rFonts w:ascii="微軟正黑體" w:eastAsia="微軟正黑體" w:hAnsi="微軟正黑體" w:cs="微軟正黑體" w:hint="eastAsia"/>
          <w:sz w:val="24"/>
          <w:szCs w:val="24"/>
          <w:lang w:eastAsia="zh-TW"/>
        </w:rPr>
        <w:t>說</w:t>
      </w:r>
      <w:r w:rsidRPr="008E73B8">
        <w:rPr>
          <w:rFonts w:ascii="微軟正黑體" w:eastAsia="微軟正黑體" w:hAnsi="微軟正黑體" w:cs="MS Mincho" w:hint="eastAsia"/>
          <w:sz w:val="24"/>
          <w:szCs w:val="24"/>
          <w:lang w:eastAsia="zh-TW"/>
        </w:rPr>
        <w:t>明事項：</w:t>
      </w:r>
    </w:p>
    <w:p w14:paraId="601F52E7" w14:textId="77777777" w:rsidR="00BF6536" w:rsidRPr="008E73B8" w:rsidRDefault="00BE041A" w:rsidP="001E4635">
      <w:pPr>
        <w:pStyle w:val="a9"/>
        <w:rPr>
          <w:rFonts w:ascii="微軟正黑體" w:eastAsia="微軟正黑體" w:hAnsi="微軟正黑體"/>
          <w:sz w:val="24"/>
          <w:szCs w:val="24"/>
          <w:lang w:eastAsia="zh-TW"/>
        </w:rPr>
      </w:pPr>
      <w:r w:rsidRPr="008E73B8">
        <w:rPr>
          <w:rFonts w:ascii="微軟正黑體" w:eastAsia="微軟正黑體" w:hAnsi="微軟正黑體"/>
          <w:sz w:val="24"/>
          <w:szCs w:val="24"/>
          <w:lang w:eastAsia="zh-TW"/>
        </w:rPr>
        <w:t>1. 各組觀課前、中、後相關表件紀錄，請於____________前繳交至教導處，以利逐級核章；並提供於教育處教學正常化訪視或督學視導時檢核。</w:t>
      </w:r>
    </w:p>
    <w:p w14:paraId="2CBC3FCF" w14:textId="77777777" w:rsidR="00BF6536" w:rsidRPr="008E73B8" w:rsidRDefault="00BE041A" w:rsidP="001E4635">
      <w:pPr>
        <w:pStyle w:val="a9"/>
        <w:rPr>
          <w:rFonts w:ascii="微軟正黑體" w:eastAsia="微軟正黑體" w:hAnsi="微軟正黑體"/>
          <w:sz w:val="24"/>
          <w:szCs w:val="24"/>
          <w:lang w:eastAsia="zh-TW"/>
        </w:rPr>
      </w:pPr>
      <w:r w:rsidRPr="008E73B8">
        <w:rPr>
          <w:rFonts w:ascii="微軟正黑體" w:eastAsia="微軟正黑體" w:hAnsi="微軟正黑體"/>
          <w:sz w:val="24"/>
          <w:szCs w:val="24"/>
          <w:lang w:eastAsia="zh-TW"/>
        </w:rPr>
        <w:t>2. ________________________________________________________________________</w:t>
      </w:r>
    </w:p>
    <w:p w14:paraId="4CE8C483" w14:textId="77777777" w:rsidR="00BF6536" w:rsidRPr="008E73B8" w:rsidRDefault="00BE041A" w:rsidP="001E4635">
      <w:pPr>
        <w:pStyle w:val="a9"/>
        <w:rPr>
          <w:rFonts w:ascii="微軟正黑體" w:eastAsia="微軟正黑體" w:hAnsi="微軟正黑體"/>
          <w:sz w:val="24"/>
          <w:szCs w:val="24"/>
          <w:lang w:eastAsia="zh-TW"/>
        </w:rPr>
      </w:pPr>
      <w:r w:rsidRPr="008E73B8">
        <w:rPr>
          <w:rFonts w:ascii="微軟正黑體" w:eastAsia="微軟正黑體" w:hAnsi="微軟正黑體"/>
          <w:sz w:val="24"/>
          <w:szCs w:val="24"/>
          <w:lang w:eastAsia="zh-TW"/>
        </w:rPr>
        <w:t>3. ________________________________________________________________________</w:t>
      </w:r>
    </w:p>
    <w:p w14:paraId="18C7A70A" w14:textId="77777777" w:rsidR="00BF6536" w:rsidRPr="008E73B8" w:rsidRDefault="00BE041A" w:rsidP="001E4635">
      <w:pPr>
        <w:pStyle w:val="a9"/>
        <w:rPr>
          <w:rFonts w:ascii="微軟正黑體" w:eastAsia="微軟正黑體" w:hAnsi="微軟正黑體"/>
          <w:sz w:val="24"/>
          <w:szCs w:val="24"/>
          <w:lang w:eastAsia="zh-TW"/>
        </w:rPr>
      </w:pPr>
      <w:r w:rsidRPr="008E73B8">
        <w:rPr>
          <w:rFonts w:ascii="微軟正黑體" w:eastAsia="微軟正黑體" w:hAnsi="微軟正黑體"/>
          <w:sz w:val="24"/>
          <w:szCs w:val="24"/>
          <w:lang w:eastAsia="zh-TW"/>
        </w:rPr>
        <w:t>4. ________________________________________________________________________</w:t>
      </w:r>
    </w:p>
    <w:p w14:paraId="3E5FEF1E" w14:textId="77777777" w:rsidR="00BF6536" w:rsidRPr="008E73B8" w:rsidRDefault="00BE041A" w:rsidP="001E4635">
      <w:pPr>
        <w:pStyle w:val="a9"/>
        <w:rPr>
          <w:rFonts w:ascii="微軟正黑體" w:eastAsia="微軟正黑體" w:hAnsi="微軟正黑體"/>
          <w:sz w:val="24"/>
          <w:szCs w:val="24"/>
          <w:lang w:eastAsia="zh-TW"/>
        </w:rPr>
      </w:pPr>
      <w:r w:rsidRPr="008E73B8">
        <w:rPr>
          <w:rFonts w:ascii="微軟正黑體" w:eastAsia="微軟正黑體" w:hAnsi="微軟正黑體"/>
          <w:sz w:val="24"/>
          <w:szCs w:val="24"/>
          <w:lang w:eastAsia="zh-TW"/>
        </w:rPr>
        <w:t>五、預期效益</w:t>
      </w:r>
    </w:p>
    <w:p w14:paraId="01652C7E" w14:textId="77777777" w:rsidR="00BF6536" w:rsidRPr="008E73B8" w:rsidRDefault="00BE041A" w:rsidP="001E4635">
      <w:pPr>
        <w:pStyle w:val="a9"/>
        <w:rPr>
          <w:rFonts w:ascii="微軟正黑體" w:eastAsia="微軟正黑體" w:hAnsi="微軟正黑體"/>
          <w:sz w:val="24"/>
          <w:szCs w:val="24"/>
          <w:lang w:eastAsia="zh-TW"/>
        </w:rPr>
      </w:pPr>
      <w:r w:rsidRPr="008E73B8">
        <w:rPr>
          <w:rFonts w:ascii="微軟正黑體" w:eastAsia="微軟正黑體" w:hAnsi="微軟正黑體"/>
          <w:sz w:val="24"/>
          <w:szCs w:val="24"/>
          <w:lang w:eastAsia="zh-TW"/>
        </w:rPr>
        <w:t>（一）______________________________________________________________________</w:t>
      </w:r>
    </w:p>
    <w:p w14:paraId="2168820A" w14:textId="77777777" w:rsidR="00BF6536" w:rsidRPr="008E73B8" w:rsidRDefault="00BE041A" w:rsidP="001E4635">
      <w:pPr>
        <w:pStyle w:val="a9"/>
        <w:rPr>
          <w:rFonts w:ascii="微軟正黑體" w:eastAsia="微軟正黑體" w:hAnsi="微軟正黑體"/>
          <w:sz w:val="24"/>
          <w:szCs w:val="24"/>
          <w:lang w:eastAsia="zh-TW"/>
        </w:rPr>
      </w:pPr>
      <w:r w:rsidRPr="008E73B8">
        <w:rPr>
          <w:rFonts w:ascii="微軟正黑體" w:eastAsia="微軟正黑體" w:hAnsi="微軟正黑體"/>
          <w:sz w:val="24"/>
          <w:szCs w:val="24"/>
          <w:lang w:eastAsia="zh-TW"/>
        </w:rPr>
        <w:t>（二）______________________________________________________________________</w:t>
      </w:r>
    </w:p>
    <w:p w14:paraId="4151902D" w14:textId="77777777" w:rsidR="00BF6536" w:rsidRPr="008E73B8" w:rsidRDefault="00BE041A" w:rsidP="001E4635">
      <w:pPr>
        <w:pStyle w:val="a9"/>
        <w:rPr>
          <w:rFonts w:ascii="微軟正黑體" w:eastAsia="微軟正黑體" w:hAnsi="微軟正黑體"/>
          <w:sz w:val="24"/>
          <w:szCs w:val="24"/>
          <w:lang w:eastAsia="zh-TW"/>
        </w:rPr>
      </w:pPr>
      <w:r w:rsidRPr="008E73B8">
        <w:rPr>
          <w:rFonts w:ascii="微軟正黑體" w:eastAsia="微軟正黑體" w:hAnsi="微軟正黑體"/>
          <w:sz w:val="24"/>
          <w:szCs w:val="24"/>
          <w:lang w:eastAsia="zh-TW"/>
        </w:rPr>
        <w:t>（三）______________________________________________________________________</w:t>
      </w:r>
    </w:p>
    <w:p w14:paraId="7114EBD1" w14:textId="77777777" w:rsidR="00BF6536" w:rsidRPr="008E73B8" w:rsidRDefault="00BE041A" w:rsidP="001E4635">
      <w:pPr>
        <w:pStyle w:val="a9"/>
        <w:rPr>
          <w:rFonts w:ascii="微軟正黑體" w:eastAsia="微軟正黑體" w:hAnsi="微軟正黑體"/>
          <w:sz w:val="24"/>
          <w:szCs w:val="24"/>
          <w:lang w:eastAsia="zh-TW"/>
        </w:rPr>
      </w:pPr>
      <w:r w:rsidRPr="008E73B8">
        <w:rPr>
          <w:rFonts w:ascii="微軟正黑體" w:eastAsia="微軟正黑體" w:hAnsi="微軟正黑體"/>
          <w:sz w:val="24"/>
          <w:szCs w:val="24"/>
          <w:lang w:eastAsia="zh-TW"/>
        </w:rPr>
        <w:t>六、本計畫經核定後施行，修正時亦同。</w:t>
      </w:r>
    </w:p>
    <w:sectPr w:rsidR="00BF6536" w:rsidRPr="008E73B8" w:rsidSect="00034616">
      <w:pgSz w:w="11906" w:h="16838"/>
      <w:pgMar w:top="850" w:right="1020" w:bottom="850"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CEBEA3" w14:textId="77777777" w:rsidR="00873B1C" w:rsidRDefault="00873B1C">
      <w:pPr>
        <w:spacing w:after="0" w:line="240" w:lineRule="auto"/>
      </w:pPr>
      <w:r>
        <w:separator/>
      </w:r>
    </w:p>
  </w:endnote>
  <w:endnote w:type="continuationSeparator" w:id="0">
    <w:p w14:paraId="7B828CCA" w14:textId="77777777" w:rsidR="00873B1C" w:rsidRDefault="00873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微軟正黑體">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88D15" w14:textId="1F139C4E" w:rsidR="00BF6536" w:rsidRDefault="00BE041A">
    <w:pPr>
      <w:pStyle w:val="a7"/>
      <w:jc w:val="center"/>
    </w:pPr>
    <w:r>
      <w:fldChar w:fldCharType="begin"/>
    </w:r>
    <w:r>
      <w:instrText>PAGE</w:instrText>
    </w:r>
    <w:r>
      <w:fldChar w:fldCharType="separate"/>
    </w:r>
    <w:r w:rsidR="00F60FA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F50AB" w14:textId="77777777" w:rsidR="00873B1C" w:rsidRDefault="00873B1C">
      <w:pPr>
        <w:spacing w:after="0" w:line="240" w:lineRule="auto"/>
      </w:pPr>
      <w:r>
        <w:separator/>
      </w:r>
    </w:p>
  </w:footnote>
  <w:footnote w:type="continuationSeparator" w:id="0">
    <w:p w14:paraId="4A7BC90C" w14:textId="77777777" w:rsidR="00873B1C" w:rsidRDefault="00873B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27541456">
    <w:abstractNumId w:val="8"/>
  </w:num>
  <w:num w:numId="2" w16cid:durableId="814179669">
    <w:abstractNumId w:val="6"/>
  </w:num>
  <w:num w:numId="3" w16cid:durableId="625697584">
    <w:abstractNumId w:val="5"/>
  </w:num>
  <w:num w:numId="4" w16cid:durableId="1036468204">
    <w:abstractNumId w:val="4"/>
  </w:num>
  <w:num w:numId="5" w16cid:durableId="629749522">
    <w:abstractNumId w:val="7"/>
  </w:num>
  <w:num w:numId="6" w16cid:durableId="1111627004">
    <w:abstractNumId w:val="3"/>
  </w:num>
  <w:num w:numId="7" w16cid:durableId="2101442329">
    <w:abstractNumId w:val="2"/>
  </w:num>
  <w:num w:numId="8" w16cid:durableId="650138558">
    <w:abstractNumId w:val="1"/>
  </w:num>
  <w:num w:numId="9" w16cid:durableId="12700411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4715"/>
    <w:rsid w:val="00034616"/>
    <w:rsid w:val="00040816"/>
    <w:rsid w:val="0006063C"/>
    <w:rsid w:val="000B5DDF"/>
    <w:rsid w:val="0015074B"/>
    <w:rsid w:val="001A0742"/>
    <w:rsid w:val="001D61F5"/>
    <w:rsid w:val="001E4635"/>
    <w:rsid w:val="00202E58"/>
    <w:rsid w:val="00235322"/>
    <w:rsid w:val="0029639D"/>
    <w:rsid w:val="002D076D"/>
    <w:rsid w:val="00326F90"/>
    <w:rsid w:val="00392D8E"/>
    <w:rsid w:val="003A39FD"/>
    <w:rsid w:val="003B6272"/>
    <w:rsid w:val="00483F0D"/>
    <w:rsid w:val="004905B9"/>
    <w:rsid w:val="004C79D7"/>
    <w:rsid w:val="00512464"/>
    <w:rsid w:val="00527E98"/>
    <w:rsid w:val="00546F82"/>
    <w:rsid w:val="0058275A"/>
    <w:rsid w:val="005D3223"/>
    <w:rsid w:val="005F37C6"/>
    <w:rsid w:val="006229E4"/>
    <w:rsid w:val="006972AA"/>
    <w:rsid w:val="008249CC"/>
    <w:rsid w:val="00843B58"/>
    <w:rsid w:val="00873B1C"/>
    <w:rsid w:val="008C7592"/>
    <w:rsid w:val="008E73B8"/>
    <w:rsid w:val="00AA1D8D"/>
    <w:rsid w:val="00B47730"/>
    <w:rsid w:val="00BE041A"/>
    <w:rsid w:val="00BF6536"/>
    <w:rsid w:val="00CB0664"/>
    <w:rsid w:val="00DB0039"/>
    <w:rsid w:val="00E20550"/>
    <w:rsid w:val="00E52825"/>
    <w:rsid w:val="00F42DB0"/>
    <w:rsid w:val="00F60FAF"/>
    <w:rsid w:val="00FC693F"/>
    <w:rsid w:val="00FF32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E75A2E6"/>
  <w14:defaultImageDpi w14:val="300"/>
  <w15:docId w15:val="{A14ACD3C-016C-4659-9AFC-7F2876056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微軟正黑體" w:eastAsia="微軟正黑體" w:hAnsi="微軟正黑體"/>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頁首 字元"/>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頁尾 字元"/>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標題 1 字元"/>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標題 2 字元"/>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標題 3 字元"/>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標題 字元"/>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標題 字元"/>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字元"/>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字元"/>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字元"/>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巨集文字 字元"/>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文 字元"/>
    <w:basedOn w:val="a2"/>
    <w:link w:val="af5"/>
    <w:uiPriority w:val="29"/>
    <w:rsid w:val="00FC693F"/>
    <w:rPr>
      <w:i/>
      <w:iCs/>
      <w:color w:val="000000" w:themeColor="text1"/>
    </w:rPr>
  </w:style>
  <w:style w:type="character" w:customStyle="1" w:styleId="40">
    <w:name w:val="標題 4 字元"/>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標題 5 字元"/>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標題 6 字元"/>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標題 7 字元"/>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標題 8 字元"/>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標題 9 字元"/>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鮮明引文 字元"/>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7</Pages>
  <Words>635</Words>
  <Characters>3625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忠誠 郭</cp:lastModifiedBy>
  <cp:revision>7</cp:revision>
  <dcterms:created xsi:type="dcterms:W3CDTF">2026-09-29T03:47:00Z</dcterms:created>
  <dcterms:modified xsi:type="dcterms:W3CDTF">2026-09-29T04:07:00Z</dcterms:modified>
  <cp:category/>
</cp:coreProperties>
</file>